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85DBE" w14:textId="77777777" w:rsidR="001C2CD9" w:rsidRDefault="001C2CD9">
      <w:pPr>
        <w:jc w:val="center"/>
        <w:rPr>
          <w:b/>
          <w:sz w:val="40"/>
        </w:rPr>
      </w:pPr>
    </w:p>
    <w:p w14:paraId="458531A6" w14:textId="6518B94C" w:rsidR="00D103D5" w:rsidRPr="001C2CD9" w:rsidRDefault="00285AFB">
      <w:pPr>
        <w:jc w:val="center"/>
        <w:rPr>
          <w:sz w:val="32"/>
          <w:szCs w:val="32"/>
        </w:rPr>
      </w:pPr>
      <w:r w:rsidRPr="001C2CD9">
        <w:rPr>
          <w:b/>
          <w:sz w:val="52"/>
          <w:szCs w:val="32"/>
        </w:rPr>
        <w:t>GCSE BUSINESS (AQA)</w:t>
      </w:r>
      <w:r w:rsidRPr="001C2CD9">
        <w:rPr>
          <w:b/>
          <w:sz w:val="52"/>
          <w:szCs w:val="32"/>
        </w:rPr>
        <w:br/>
        <w:t>SUMMER TRANSITION BOOKLET</w:t>
      </w:r>
      <w:r w:rsidRPr="001C2CD9">
        <w:rPr>
          <w:b/>
          <w:sz w:val="52"/>
          <w:szCs w:val="32"/>
        </w:rPr>
        <w:br/>
        <w:t>Year 10 → Year 11</w:t>
      </w:r>
    </w:p>
    <w:p w14:paraId="3EB51538" w14:textId="77777777" w:rsidR="001C2CD9" w:rsidRPr="001C2CD9" w:rsidRDefault="00285AFB">
      <w:pPr>
        <w:rPr>
          <w:sz w:val="48"/>
          <w:szCs w:val="48"/>
        </w:rPr>
      </w:pPr>
      <w:r w:rsidRPr="001C2CD9">
        <w:rPr>
          <w:sz w:val="32"/>
          <w:szCs w:val="32"/>
        </w:rPr>
        <w:br/>
      </w:r>
    </w:p>
    <w:p w14:paraId="2D3B6773" w14:textId="77777777" w:rsidR="001C2CD9" w:rsidRDefault="001C2CD9">
      <w:pPr>
        <w:rPr>
          <w:sz w:val="36"/>
          <w:szCs w:val="36"/>
        </w:rPr>
      </w:pPr>
    </w:p>
    <w:p w14:paraId="23AE2145" w14:textId="77777777" w:rsidR="001C2CD9" w:rsidRDefault="001C2CD9">
      <w:pPr>
        <w:rPr>
          <w:sz w:val="36"/>
          <w:szCs w:val="36"/>
        </w:rPr>
      </w:pPr>
    </w:p>
    <w:p w14:paraId="13BFDB3E" w14:textId="77777777" w:rsidR="001C2CD9" w:rsidRDefault="001C2CD9">
      <w:pPr>
        <w:rPr>
          <w:sz w:val="36"/>
          <w:szCs w:val="36"/>
        </w:rPr>
      </w:pPr>
    </w:p>
    <w:p w14:paraId="422C9DDE" w14:textId="77777777" w:rsidR="001C2CD9" w:rsidRDefault="001C2CD9">
      <w:pPr>
        <w:rPr>
          <w:sz w:val="36"/>
          <w:szCs w:val="36"/>
        </w:rPr>
      </w:pPr>
    </w:p>
    <w:p w14:paraId="5D4D00AC" w14:textId="77777777" w:rsidR="001C2CD9" w:rsidRDefault="001C2CD9">
      <w:pPr>
        <w:rPr>
          <w:sz w:val="36"/>
          <w:szCs w:val="36"/>
        </w:rPr>
      </w:pPr>
    </w:p>
    <w:p w14:paraId="21CE84E6" w14:textId="44B1350D" w:rsidR="00D103D5" w:rsidRPr="001C2CD9" w:rsidRDefault="00285AFB">
      <w:pPr>
        <w:rPr>
          <w:sz w:val="36"/>
          <w:szCs w:val="36"/>
        </w:rPr>
      </w:pPr>
      <w:r w:rsidRPr="001C2CD9">
        <w:rPr>
          <w:sz w:val="36"/>
          <w:szCs w:val="36"/>
        </w:rPr>
        <w:t>Student Name: ______________________________</w:t>
      </w:r>
    </w:p>
    <w:p w14:paraId="0ACD2BFF" w14:textId="77777777" w:rsidR="00D103D5" w:rsidRPr="001C2CD9" w:rsidRDefault="00285AFB">
      <w:pPr>
        <w:rPr>
          <w:sz w:val="36"/>
          <w:szCs w:val="36"/>
        </w:rPr>
      </w:pPr>
      <w:r w:rsidRPr="001C2CD9">
        <w:rPr>
          <w:sz w:val="36"/>
          <w:szCs w:val="36"/>
        </w:rPr>
        <w:t>Tutor Group: ______________________________</w:t>
      </w:r>
    </w:p>
    <w:p w14:paraId="7C1D9134" w14:textId="77777777" w:rsidR="00D103D5" w:rsidRPr="001C2CD9" w:rsidRDefault="00285AFB">
      <w:pPr>
        <w:rPr>
          <w:sz w:val="36"/>
          <w:szCs w:val="36"/>
        </w:rPr>
      </w:pPr>
      <w:r w:rsidRPr="001C2CD9">
        <w:rPr>
          <w:sz w:val="36"/>
          <w:szCs w:val="36"/>
        </w:rPr>
        <w:t>Teacher: ______________________________</w:t>
      </w:r>
    </w:p>
    <w:p w14:paraId="1558613E" w14:textId="77777777" w:rsidR="00D103D5" w:rsidRPr="001C2CD9" w:rsidRDefault="00285AFB">
      <w:pPr>
        <w:rPr>
          <w:sz w:val="36"/>
          <w:szCs w:val="36"/>
        </w:rPr>
      </w:pPr>
      <w:r w:rsidRPr="001C2CD9">
        <w:rPr>
          <w:sz w:val="36"/>
          <w:szCs w:val="36"/>
        </w:rPr>
        <w:t>Hand In Date: First Business Lesson in September</w:t>
      </w:r>
    </w:p>
    <w:p w14:paraId="7A9749FB" w14:textId="77777777" w:rsidR="00D103D5" w:rsidRPr="001C2CD9" w:rsidRDefault="00285AFB">
      <w:pPr>
        <w:rPr>
          <w:sz w:val="36"/>
          <w:szCs w:val="36"/>
        </w:rPr>
      </w:pPr>
      <w:r w:rsidRPr="001C2CD9">
        <w:rPr>
          <w:sz w:val="36"/>
          <w:szCs w:val="36"/>
        </w:rPr>
        <w:br w:type="page"/>
      </w:r>
    </w:p>
    <w:p w14:paraId="18FE26CF" w14:textId="77777777" w:rsidR="00D103D5" w:rsidRDefault="00285AFB">
      <w:pPr>
        <w:pStyle w:val="Heading1"/>
      </w:pPr>
      <w:r>
        <w:lastRenderedPageBreak/>
        <w:t>Contents</w:t>
      </w:r>
    </w:p>
    <w:p w14:paraId="69239A27" w14:textId="77777777" w:rsidR="00D103D5" w:rsidRDefault="00285AFB">
      <w:r>
        <w:t>Welcome &amp; Success Criteria</w:t>
      </w:r>
    </w:p>
    <w:p w14:paraId="15DDCAE6" w14:textId="77777777" w:rsidR="00D103D5" w:rsidRDefault="00285AFB">
      <w:r>
        <w:t>Task 1 Understanding Customers</w:t>
      </w:r>
    </w:p>
    <w:p w14:paraId="78BD8F46" w14:textId="77777777" w:rsidR="00D103D5" w:rsidRDefault="00285AFB">
      <w:r>
        <w:t>Task 2 Market Segmentation</w:t>
      </w:r>
    </w:p>
    <w:p w14:paraId="1B2E79B3" w14:textId="77777777" w:rsidR="00D103D5" w:rsidRDefault="00285AFB">
      <w:r>
        <w:t>Task 3 Market Research</w:t>
      </w:r>
    </w:p>
    <w:p w14:paraId="60FF98E0" w14:textId="77777777" w:rsidR="00D103D5" w:rsidRDefault="00285AFB">
      <w:r>
        <w:t>Task 4 Marketing Mix</w:t>
      </w:r>
    </w:p>
    <w:p w14:paraId="4898A2D7" w14:textId="77777777" w:rsidR="00D103D5" w:rsidRDefault="00285AFB">
      <w:r>
        <w:t>Task 5 Product Life Cycle</w:t>
      </w:r>
    </w:p>
    <w:p w14:paraId="22ABE74D" w14:textId="77777777" w:rsidR="00D103D5" w:rsidRDefault="00285AFB">
      <w:r>
        <w:t>Task 6 E-Commerce</w:t>
      </w:r>
    </w:p>
    <w:p w14:paraId="37D53C9B" w14:textId="77777777" w:rsidR="00D103D5" w:rsidRDefault="00285AFB">
      <w:r>
        <w:t>Task 7 Sources of Finance</w:t>
      </w:r>
    </w:p>
    <w:p w14:paraId="0A82D2AA" w14:textId="77777777" w:rsidR="00D103D5" w:rsidRDefault="00285AFB">
      <w:r>
        <w:t>Task 8 Cash Flow</w:t>
      </w:r>
    </w:p>
    <w:p w14:paraId="57D87AC1" w14:textId="77777777" w:rsidR="00D103D5" w:rsidRDefault="00285AFB">
      <w:r>
        <w:t>Task 9 Financial Calculations</w:t>
      </w:r>
    </w:p>
    <w:p w14:paraId="26EA2464" w14:textId="77777777" w:rsidR="00D103D5" w:rsidRDefault="00285AFB">
      <w:r>
        <w:t>Task 10 Business News Investigation</w:t>
      </w:r>
    </w:p>
    <w:p w14:paraId="7F82E7D7" w14:textId="77777777" w:rsidR="00D103D5" w:rsidRDefault="00285AFB">
      <w:r>
        <w:t>Glossary</w:t>
      </w:r>
    </w:p>
    <w:p w14:paraId="5C05294D" w14:textId="77777777" w:rsidR="00D103D5" w:rsidRDefault="00285AFB">
      <w:r>
        <w:t>Year 11 Formula Sheet</w:t>
      </w:r>
    </w:p>
    <w:p w14:paraId="4D0E5519" w14:textId="77777777" w:rsidR="00D103D5" w:rsidRDefault="00285AFB">
      <w:r>
        <w:t>Formula Practice</w:t>
      </w:r>
    </w:p>
    <w:p w14:paraId="39E39007" w14:textId="77777777" w:rsidR="00D103D5" w:rsidRDefault="00285AFB">
      <w:r>
        <w:t>Teacher Assessment Sheet</w:t>
      </w:r>
    </w:p>
    <w:p w14:paraId="6A191E41" w14:textId="77777777" w:rsidR="00D103D5" w:rsidRDefault="00285AFB">
      <w:r>
        <w:br w:type="page"/>
      </w:r>
    </w:p>
    <w:p w14:paraId="60AA88EA" w14:textId="77777777" w:rsidR="00D103D5" w:rsidRDefault="00285AFB">
      <w:pPr>
        <w:pStyle w:val="Heading1"/>
      </w:pPr>
      <w:r>
        <w:lastRenderedPageBreak/>
        <w:t>Welcome &amp; Success Criteria</w:t>
      </w:r>
    </w:p>
    <w:p w14:paraId="09536907" w14:textId="77777777" w:rsidR="00D103D5" w:rsidRDefault="00285AFB">
      <w:r>
        <w:t>This booklet prepares you for Year 11 Marketing and Finance. Complete all activities using real business examples. Present work neatly and use business terminology.</w:t>
      </w:r>
    </w:p>
    <w:p w14:paraId="5FF0FA39" w14:textId="77777777" w:rsidR="00D103D5" w:rsidRDefault="00285AFB">
      <w:r>
        <w:t>✓ Identify and satisfy customer needs</w:t>
      </w:r>
    </w:p>
    <w:p w14:paraId="3ABC3DE4" w14:textId="77777777" w:rsidR="00D103D5" w:rsidRDefault="00285AFB">
      <w:r>
        <w:t>✓ Use market segmentation and research</w:t>
      </w:r>
    </w:p>
    <w:p w14:paraId="629F1DDB" w14:textId="77777777" w:rsidR="00D103D5" w:rsidRDefault="00285AFB">
      <w:r>
        <w:t>✓ Apply the 4Ps</w:t>
      </w:r>
    </w:p>
    <w:p w14:paraId="0D494616" w14:textId="77777777" w:rsidR="00D103D5" w:rsidRDefault="00285AFB">
      <w:r>
        <w:t>✓ Understand sources of finance</w:t>
      </w:r>
    </w:p>
    <w:p w14:paraId="4F126034" w14:textId="77777777" w:rsidR="00D103D5" w:rsidRDefault="00285AFB">
      <w:r>
        <w:t>✓ Calculate profit and margins</w:t>
      </w:r>
    </w:p>
    <w:p w14:paraId="0F019D29" w14:textId="77777777" w:rsidR="00D103D5" w:rsidRDefault="00285AFB">
      <w:r>
        <w:t>✓ Interpret cash flow information</w:t>
      </w:r>
    </w:p>
    <w:p w14:paraId="4BF6E172" w14:textId="77777777" w:rsidR="00D103D5" w:rsidRDefault="00285AFB">
      <w:r>
        <w:t>✓ Learn key GCSE formulae</w:t>
      </w:r>
    </w:p>
    <w:p w14:paraId="5933AB0E" w14:textId="77777777" w:rsidR="00D103D5" w:rsidRDefault="00285AFB">
      <w:r>
        <w:br w:type="page"/>
      </w:r>
    </w:p>
    <w:p w14:paraId="2E360D5B" w14:textId="77777777" w:rsidR="00D103D5" w:rsidRDefault="00285AFB">
      <w:pPr>
        <w:pStyle w:val="Heading1"/>
      </w:pPr>
      <w:r>
        <w:lastRenderedPageBreak/>
        <w:t>Task 1: Understanding Customers</w:t>
      </w:r>
    </w:p>
    <w:p w14:paraId="6AAB2AA8" w14:textId="77777777" w:rsidR="00D103D5" w:rsidRDefault="00285AFB">
      <w:r>
        <w:t>Choose a business you regularly use. Explain who its customers are, what needs they have, how the business satisfies those needs and why understanding customers helps increase sales and competitiveness.</w:t>
      </w:r>
    </w:p>
    <w:p w14:paraId="43905DA0" w14:textId="77777777" w:rsidR="00D103D5" w:rsidRDefault="00285A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1464A0DD" w14:textId="77777777" w:rsidR="00D103D5" w:rsidRDefault="00285AFB">
      <w:r>
        <w:br w:type="page"/>
      </w:r>
    </w:p>
    <w:p w14:paraId="737BFAAD" w14:textId="77777777" w:rsidR="00D103D5" w:rsidRDefault="00285AFB">
      <w:pPr>
        <w:pStyle w:val="Heading1"/>
      </w:pPr>
      <w:r>
        <w:lastRenderedPageBreak/>
        <w:t>Task 2: Market Segmentation</w:t>
      </w:r>
    </w:p>
    <w:p w14:paraId="764CA81E" w14:textId="77777777" w:rsidR="00D103D5" w:rsidRDefault="00285AFB">
      <w:r>
        <w:t>Choose a product and identify target customers by age, gender, income and location. Explain why segmentation helps businesses target customers effectively.</w:t>
      </w:r>
    </w:p>
    <w:p w14:paraId="75DA8F0A" w14:textId="77777777" w:rsidR="00D103D5" w:rsidRDefault="00285A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5CAE747B" w14:textId="77777777" w:rsidR="00D103D5" w:rsidRDefault="00285AFB">
      <w:r>
        <w:br w:type="page"/>
      </w:r>
    </w:p>
    <w:p w14:paraId="2BB78AA5" w14:textId="77777777" w:rsidR="00D103D5" w:rsidRDefault="00285AFB">
      <w:pPr>
        <w:pStyle w:val="Heading1"/>
      </w:pPr>
      <w:r>
        <w:lastRenderedPageBreak/>
        <w:t>Task 3: Market Research</w:t>
      </w:r>
    </w:p>
    <w:p w14:paraId="3B4EAE5D" w14:textId="77777777" w:rsidR="00D103D5" w:rsidRDefault="00285AFB">
      <w:r>
        <w:t>Create a 5-question questionnaire. Explain the difference between qualitative and quantitative data. Evaluate the advantages and disadvantages of questionnaires.</w:t>
      </w:r>
    </w:p>
    <w:p w14:paraId="5483F821" w14:textId="77777777" w:rsidR="00D103D5" w:rsidRDefault="00285A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65D2FBBA" w14:textId="77777777" w:rsidR="00D103D5" w:rsidRDefault="00285AFB">
      <w:r>
        <w:br w:type="page"/>
      </w:r>
    </w:p>
    <w:p w14:paraId="6A10046E" w14:textId="77777777" w:rsidR="00D103D5" w:rsidRDefault="00285AFB">
      <w:pPr>
        <w:pStyle w:val="Heading1"/>
      </w:pPr>
      <w:r>
        <w:lastRenderedPageBreak/>
        <w:t>Task 4: Marketing Mix (4Ps)</w:t>
      </w:r>
    </w:p>
    <w:p w14:paraId="0386E574" w14:textId="77777777" w:rsidR="00D103D5" w:rsidRDefault="00285AFB">
      <w:r>
        <w:t>Choose a product and analyse Product, Price, Promotion and Place. Complete a 6-mark exam-style response explaining how two elements attract customers.</w:t>
      </w:r>
    </w:p>
    <w:p w14:paraId="691D3F6C" w14:textId="77777777" w:rsidR="00D103D5" w:rsidRDefault="00285A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2216F97D" w14:textId="77777777" w:rsidR="00D103D5" w:rsidRDefault="00285AFB">
      <w:r>
        <w:br w:type="page"/>
      </w:r>
    </w:p>
    <w:p w14:paraId="666DEF6C" w14:textId="77777777" w:rsidR="00D103D5" w:rsidRDefault="00285AFB">
      <w:pPr>
        <w:pStyle w:val="Heading1"/>
      </w:pPr>
      <w:r>
        <w:lastRenderedPageBreak/>
        <w:t>Task 5: Product Life Cycle</w:t>
      </w:r>
    </w:p>
    <w:p w14:paraId="2286F939" w14:textId="77777777" w:rsidR="00D103D5" w:rsidRDefault="00285AFB">
      <w:r>
        <w:t>Research a product. Draw and label the product life cycle. Identify its stage and suggest an extension strategy.</w:t>
      </w:r>
    </w:p>
    <w:p w14:paraId="2F13C445" w14:textId="77777777" w:rsidR="00D103D5" w:rsidRDefault="00285A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245D4643" w14:textId="77777777" w:rsidR="00D103D5" w:rsidRDefault="00285AFB">
      <w:r>
        <w:br w:type="page"/>
      </w:r>
    </w:p>
    <w:p w14:paraId="295D3ED9" w14:textId="77777777" w:rsidR="00D103D5" w:rsidRDefault="00285AFB">
      <w:pPr>
        <w:pStyle w:val="Heading1"/>
      </w:pPr>
      <w:r>
        <w:lastRenderedPageBreak/>
        <w:t>Task 6: E-Commerce and M-Commerce</w:t>
      </w:r>
    </w:p>
    <w:p w14:paraId="7940E1BF" w14:textId="77777777" w:rsidR="00D103D5" w:rsidRDefault="00285AFB">
      <w:r>
        <w:t>Investigate an online business. Explain advantages, disadvantages and how it reaches international customers.</w:t>
      </w:r>
    </w:p>
    <w:p w14:paraId="49215133" w14:textId="77777777" w:rsidR="00D103D5" w:rsidRDefault="00285A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1E34F243" w14:textId="77777777" w:rsidR="00D103D5" w:rsidRDefault="00285AFB">
      <w:r>
        <w:br w:type="page"/>
      </w:r>
    </w:p>
    <w:p w14:paraId="703EBAEB" w14:textId="77777777" w:rsidR="00D103D5" w:rsidRDefault="00285AFB">
      <w:pPr>
        <w:pStyle w:val="Heading1"/>
      </w:pPr>
      <w:r>
        <w:lastRenderedPageBreak/>
        <w:t>Task 7: Sources of Finance</w:t>
      </w:r>
    </w:p>
    <w:p w14:paraId="3195CD9F" w14:textId="77777777" w:rsidR="00D103D5" w:rsidRDefault="00285AFB">
      <w:r>
        <w:t>Compare loans, family and friends, grants, retained profit and selling assets. Recommend the best source for a new café.</w:t>
      </w:r>
    </w:p>
    <w:p w14:paraId="5AFE172A" w14:textId="77777777" w:rsidR="00D103D5" w:rsidRDefault="00285A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60CB8E42" w14:textId="77777777" w:rsidR="00D103D5" w:rsidRDefault="00285AFB">
      <w:r>
        <w:br w:type="page"/>
      </w:r>
    </w:p>
    <w:p w14:paraId="7C1D584F" w14:textId="77777777" w:rsidR="00D103D5" w:rsidRDefault="00285AFB">
      <w:pPr>
        <w:pStyle w:val="Heading1"/>
      </w:pPr>
      <w:r>
        <w:lastRenderedPageBreak/>
        <w:t>Task 8: Cash Flow</w:t>
      </w:r>
    </w:p>
    <w:p w14:paraId="0CD1C2D7" w14:textId="77777777" w:rsidR="00D103D5" w:rsidRDefault="00285AFB">
      <w:r>
        <w:t>Calculate net cash flow from the given figures and explain why cash is important.</w:t>
      </w:r>
    </w:p>
    <w:p w14:paraId="662C7A8F" w14:textId="77777777" w:rsidR="00D103D5" w:rsidRDefault="00285A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5366B297" w14:textId="77777777" w:rsidR="00D103D5" w:rsidRDefault="00285AFB">
      <w:r>
        <w:br w:type="page"/>
      </w:r>
    </w:p>
    <w:p w14:paraId="25DE2140" w14:textId="77777777" w:rsidR="00D103D5" w:rsidRDefault="00285AFB">
      <w:pPr>
        <w:pStyle w:val="Heading1"/>
      </w:pPr>
      <w:r>
        <w:lastRenderedPageBreak/>
        <w:t>Task 9: Financial Calculations</w:t>
      </w:r>
    </w:p>
    <w:p w14:paraId="55AE5849" w14:textId="77777777" w:rsidR="00D103D5" w:rsidRDefault="00285AFB">
      <w:r>
        <w:t>Calculate profit, gross profit margin and net profit margin. Explain why ratios are useful.</w:t>
      </w:r>
    </w:p>
    <w:p w14:paraId="1C7DBFAA" w14:textId="77777777" w:rsidR="00D103D5" w:rsidRDefault="00285A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1F2E99C0" w14:textId="77777777" w:rsidR="00D103D5" w:rsidRDefault="00285AFB">
      <w:r>
        <w:br w:type="page"/>
      </w:r>
    </w:p>
    <w:p w14:paraId="59CD2F0B" w14:textId="77777777" w:rsidR="00D103D5" w:rsidRDefault="00285AFB">
      <w:pPr>
        <w:pStyle w:val="Heading1"/>
      </w:pPr>
      <w:r>
        <w:lastRenderedPageBreak/>
        <w:t>Task 10: Business News Investigation</w:t>
      </w:r>
    </w:p>
    <w:p w14:paraId="2F92A019" w14:textId="77777777" w:rsidR="00D103D5" w:rsidRDefault="00285AFB">
      <w:r>
        <w:t>Analyse a recent business article and link it to marketing or finance.</w:t>
      </w:r>
    </w:p>
    <w:p w14:paraId="2714B686" w14:textId="77777777" w:rsidR="00D103D5" w:rsidRDefault="00285A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60AB0B8B" w14:textId="77777777" w:rsidR="00D103D5" w:rsidRDefault="00285AFB">
      <w:r>
        <w:br w:type="page"/>
      </w:r>
    </w:p>
    <w:p w14:paraId="1CE6BDAC" w14:textId="77777777" w:rsidR="00D103D5" w:rsidRDefault="00285AFB">
      <w:pPr>
        <w:pStyle w:val="Heading1"/>
      </w:pPr>
      <w:r>
        <w:lastRenderedPageBreak/>
        <w:t>GCSE Business Glossary</w:t>
      </w:r>
    </w:p>
    <w:p w14:paraId="5B0731B8" w14:textId="77777777" w:rsidR="00D103D5" w:rsidRDefault="00285AFB">
      <w:r>
        <w:t>Market Research: ________________________________________________</w:t>
      </w:r>
    </w:p>
    <w:p w14:paraId="3E0B4F90" w14:textId="77777777" w:rsidR="00D103D5" w:rsidRDefault="00285AFB">
      <w:r>
        <w:t>Primary Research: ________________________________________________</w:t>
      </w:r>
    </w:p>
    <w:p w14:paraId="52F81A7B" w14:textId="77777777" w:rsidR="00D103D5" w:rsidRDefault="00285AFB">
      <w:r>
        <w:t>Secondary Research: ________________________________________________</w:t>
      </w:r>
    </w:p>
    <w:p w14:paraId="131CD25A" w14:textId="77777777" w:rsidR="00D103D5" w:rsidRDefault="00285AFB">
      <w:r>
        <w:t>Quantitative Data: ________________________________________________</w:t>
      </w:r>
    </w:p>
    <w:p w14:paraId="53BE8F3A" w14:textId="77777777" w:rsidR="00D103D5" w:rsidRDefault="00285AFB">
      <w:r>
        <w:t>Qualitative Data: ________________________________________________</w:t>
      </w:r>
    </w:p>
    <w:p w14:paraId="50897751" w14:textId="77777777" w:rsidR="00D103D5" w:rsidRDefault="00285AFB">
      <w:r>
        <w:t>Segmentation: ________________________________________________</w:t>
      </w:r>
    </w:p>
    <w:p w14:paraId="44B330B2" w14:textId="77777777" w:rsidR="00D103D5" w:rsidRDefault="00285AFB">
      <w:r>
        <w:t>Market Share: ________________________________________________</w:t>
      </w:r>
    </w:p>
    <w:p w14:paraId="29600770" w14:textId="77777777" w:rsidR="00D103D5" w:rsidRDefault="00285AFB">
      <w:r>
        <w:t>Market Size: ________________________________________________</w:t>
      </w:r>
    </w:p>
    <w:p w14:paraId="640A274E" w14:textId="77777777" w:rsidR="00D103D5" w:rsidRDefault="00285AFB">
      <w:r>
        <w:t>USP: ________________________________________________</w:t>
      </w:r>
    </w:p>
    <w:p w14:paraId="7492D072" w14:textId="77777777" w:rsidR="00D103D5" w:rsidRDefault="00285AFB">
      <w:r>
        <w:t>Brand Image: ________________________________________________</w:t>
      </w:r>
    </w:p>
    <w:p w14:paraId="3F53A1F2" w14:textId="77777777" w:rsidR="00D103D5" w:rsidRDefault="00285AFB">
      <w:r>
        <w:t>Product Life Cycle: ________________________________________________</w:t>
      </w:r>
    </w:p>
    <w:p w14:paraId="06789690" w14:textId="77777777" w:rsidR="00D103D5" w:rsidRDefault="00285AFB">
      <w:r>
        <w:t>Extension Strategy: ________________________________________________</w:t>
      </w:r>
    </w:p>
    <w:p w14:paraId="5B34B707" w14:textId="77777777" w:rsidR="00D103D5" w:rsidRDefault="00285AFB">
      <w:r>
        <w:t>E-commerce: ________________________________________________</w:t>
      </w:r>
    </w:p>
    <w:p w14:paraId="105E6189" w14:textId="77777777" w:rsidR="00D103D5" w:rsidRDefault="00285AFB">
      <w:r>
        <w:t>M-commerce: ________________________________________________</w:t>
      </w:r>
    </w:p>
    <w:p w14:paraId="0FD07E05" w14:textId="77777777" w:rsidR="00D103D5" w:rsidRDefault="00285AFB">
      <w:r>
        <w:t>Source of Finance: ________________________________________________</w:t>
      </w:r>
    </w:p>
    <w:p w14:paraId="4C7F309A" w14:textId="77777777" w:rsidR="00D103D5" w:rsidRDefault="00285AFB">
      <w:r>
        <w:t>Cash Flow: ________________________________________________</w:t>
      </w:r>
    </w:p>
    <w:p w14:paraId="467852EB" w14:textId="77777777" w:rsidR="00D103D5" w:rsidRDefault="00285AFB">
      <w:r>
        <w:t>Revenue: ________________________________________________</w:t>
      </w:r>
    </w:p>
    <w:p w14:paraId="1111EC72" w14:textId="77777777" w:rsidR="00D103D5" w:rsidRDefault="00285AFB">
      <w:r>
        <w:t>Profit: ________________________________________________</w:t>
      </w:r>
    </w:p>
    <w:p w14:paraId="77A89A8A" w14:textId="77777777" w:rsidR="00D103D5" w:rsidRDefault="00285AFB">
      <w:r>
        <w:t>Fixed Costs: ________________________________________________</w:t>
      </w:r>
    </w:p>
    <w:p w14:paraId="1A3DAB21" w14:textId="77777777" w:rsidR="00D103D5" w:rsidRDefault="00285AFB">
      <w:r>
        <w:t>Variable Costs: ________________________________________________</w:t>
      </w:r>
    </w:p>
    <w:p w14:paraId="4ADAC25E" w14:textId="77777777" w:rsidR="00D103D5" w:rsidRDefault="00285AFB">
      <w:r>
        <w:t>Break-even: ________________________________________________</w:t>
      </w:r>
    </w:p>
    <w:p w14:paraId="455F5E86" w14:textId="77777777" w:rsidR="00D103D5" w:rsidRDefault="00285AFB">
      <w:r>
        <w:t>Gross Profit Margin: ________________________________________________</w:t>
      </w:r>
    </w:p>
    <w:p w14:paraId="76BA145E" w14:textId="77777777" w:rsidR="00D103D5" w:rsidRDefault="00285AFB">
      <w:r>
        <w:t>Net Profit Margin: ________________________________________________</w:t>
      </w:r>
    </w:p>
    <w:p w14:paraId="5BAC443F" w14:textId="77777777" w:rsidR="00D103D5" w:rsidRDefault="00285AFB">
      <w:r>
        <w:br w:type="page"/>
      </w:r>
    </w:p>
    <w:p w14:paraId="7AC30684" w14:textId="77777777" w:rsidR="00D103D5" w:rsidRDefault="00285AFB">
      <w:pPr>
        <w:pStyle w:val="Heading1"/>
      </w:pPr>
      <w:r>
        <w:lastRenderedPageBreak/>
        <w:t>Year 11 Essential Formula Sheet</w:t>
      </w:r>
    </w:p>
    <w:p w14:paraId="26DDE9CB" w14:textId="77777777" w:rsidR="00D103D5" w:rsidRDefault="00285AFB">
      <w:r>
        <w:t>• Total Costs = Total Fixed Costs + Total Variable Costs</w:t>
      </w:r>
    </w:p>
    <w:p w14:paraId="2A5EE3B2" w14:textId="77777777" w:rsidR="00D103D5" w:rsidRDefault="00285AFB">
      <w:r>
        <w:t>• Total Fixed Costs = Total Costs − Total Variable Costs</w:t>
      </w:r>
    </w:p>
    <w:p w14:paraId="1551DA11" w14:textId="77777777" w:rsidR="00D103D5" w:rsidRDefault="00285AFB">
      <w:r>
        <w:t>• Total Variable Costs = Total Costs − Total Fixed Costs</w:t>
      </w:r>
    </w:p>
    <w:p w14:paraId="00276CB6" w14:textId="77777777" w:rsidR="00D103D5" w:rsidRDefault="00285AFB">
      <w:r>
        <w:t>• Revenue = Selling Price per Unit × Quantity Sold</w:t>
      </w:r>
    </w:p>
    <w:p w14:paraId="03822DE1" w14:textId="77777777" w:rsidR="00D103D5" w:rsidRDefault="00285AFB">
      <w:r>
        <w:t>• Profit/Loss = Revenue − Total Costs</w:t>
      </w:r>
    </w:p>
    <w:p w14:paraId="3426C737" w14:textId="77777777" w:rsidR="00D103D5" w:rsidRDefault="00285AFB">
      <w:r>
        <w:t>• Average Unit Cost = Total Costs ÷ Output</w:t>
      </w:r>
    </w:p>
    <w:p w14:paraId="4EB54CDA" w14:textId="77777777" w:rsidR="00D103D5" w:rsidRDefault="00285AFB">
      <w:r>
        <w:t>• Net Cash Flow = Total Cash Inflows − Total Cash Outflows</w:t>
      </w:r>
    </w:p>
    <w:p w14:paraId="1C521FE0" w14:textId="77777777" w:rsidR="00D103D5" w:rsidRDefault="00285AFB">
      <w:r>
        <w:t>• Opening Balance = Previous Period Closing Balance</w:t>
      </w:r>
    </w:p>
    <w:p w14:paraId="159D99E9" w14:textId="77777777" w:rsidR="00D103D5" w:rsidRDefault="00285AFB">
      <w:r>
        <w:t>• Closing Balance = Opening Balance + Net Cash Flow</w:t>
      </w:r>
    </w:p>
    <w:p w14:paraId="5A2648B3" w14:textId="77777777" w:rsidR="00D103D5" w:rsidRDefault="00285AFB">
      <w:r>
        <w:t>• Break-even occurs when Total Revenue = Total Costs</w:t>
      </w:r>
    </w:p>
    <w:p w14:paraId="09BFD8B1" w14:textId="77777777" w:rsidR="00D103D5" w:rsidRDefault="00285AFB">
      <w:r>
        <w:t>• Margin of Safety = Actual Output − Break-even Output</w:t>
      </w:r>
    </w:p>
    <w:p w14:paraId="1FE8B3BA" w14:textId="77777777" w:rsidR="00D103D5" w:rsidRDefault="00285AFB">
      <w:r>
        <w:t>• ARR (%) = (Average Annual Profit ÷ Cost of Investment) × 100</w:t>
      </w:r>
    </w:p>
    <w:p w14:paraId="3D43AD9A" w14:textId="77777777" w:rsidR="00D103D5" w:rsidRDefault="00285AFB">
      <w:r>
        <w:t>• Gross Profit = Sales Revenue − Cost of Sales</w:t>
      </w:r>
    </w:p>
    <w:p w14:paraId="6867CE46" w14:textId="77777777" w:rsidR="00D103D5" w:rsidRDefault="00285AFB">
      <w:r>
        <w:t>• Gross Profit Margin (%) = (Gross Profit ÷ Sales Revenue) × 100</w:t>
      </w:r>
    </w:p>
    <w:p w14:paraId="716151C2" w14:textId="77777777" w:rsidR="00D103D5" w:rsidRDefault="00285AFB">
      <w:r>
        <w:t>• Operating Profit = Gross Profit − Overheads</w:t>
      </w:r>
    </w:p>
    <w:p w14:paraId="3D8A62C2" w14:textId="77777777" w:rsidR="00D103D5" w:rsidRDefault="00285AFB">
      <w:r>
        <w:t>• Net Profit = Gross Profit − Overheads − Tax − Interest</w:t>
      </w:r>
    </w:p>
    <w:p w14:paraId="00FB79E2" w14:textId="77777777" w:rsidR="00D103D5" w:rsidRPr="001C2CD9" w:rsidRDefault="00285AFB">
      <w:pPr>
        <w:rPr>
          <w:lang w:val="fr-FR"/>
        </w:rPr>
      </w:pPr>
      <w:r w:rsidRPr="001C2CD9">
        <w:rPr>
          <w:lang w:val="fr-FR"/>
        </w:rPr>
        <w:t xml:space="preserve">• Net Profit </w:t>
      </w:r>
      <w:proofErr w:type="spellStart"/>
      <w:r w:rsidRPr="001C2CD9">
        <w:rPr>
          <w:lang w:val="fr-FR"/>
        </w:rPr>
        <w:t>Margin</w:t>
      </w:r>
      <w:proofErr w:type="spellEnd"/>
      <w:r w:rsidRPr="001C2CD9">
        <w:rPr>
          <w:lang w:val="fr-FR"/>
        </w:rPr>
        <w:t xml:space="preserve"> (%) = (Net Profit ÷ Sales Revenue) × 100</w:t>
      </w:r>
    </w:p>
    <w:p w14:paraId="4A7F7891" w14:textId="77777777" w:rsidR="00D103D5" w:rsidRPr="001C2CD9" w:rsidRDefault="00285AFB">
      <w:pPr>
        <w:rPr>
          <w:lang w:val="fr-FR"/>
        </w:rPr>
      </w:pPr>
      <w:r w:rsidRPr="001C2CD9">
        <w:rPr>
          <w:lang w:val="fr-FR"/>
        </w:rPr>
        <w:t xml:space="preserve">• Net Current Assets = Current Assets − Current </w:t>
      </w:r>
      <w:proofErr w:type="spellStart"/>
      <w:r w:rsidRPr="001C2CD9">
        <w:rPr>
          <w:lang w:val="fr-FR"/>
        </w:rPr>
        <w:t>Liabilities</w:t>
      </w:r>
      <w:proofErr w:type="spellEnd"/>
    </w:p>
    <w:p w14:paraId="174125A0" w14:textId="77777777" w:rsidR="00D103D5" w:rsidRPr="001C2CD9" w:rsidRDefault="00285AFB">
      <w:pPr>
        <w:rPr>
          <w:lang w:val="fr-FR"/>
        </w:rPr>
      </w:pPr>
      <w:r w:rsidRPr="001C2CD9">
        <w:rPr>
          <w:lang w:val="fr-FR"/>
        </w:rPr>
        <w:t>• Net Assets = Non-</w:t>
      </w:r>
      <w:proofErr w:type="spellStart"/>
      <w:r w:rsidRPr="001C2CD9">
        <w:rPr>
          <w:lang w:val="fr-FR"/>
        </w:rPr>
        <w:t>current</w:t>
      </w:r>
      <w:proofErr w:type="spellEnd"/>
      <w:r w:rsidRPr="001C2CD9">
        <w:rPr>
          <w:lang w:val="fr-FR"/>
        </w:rPr>
        <w:t xml:space="preserve"> Assets + Net Current Assets − Non-</w:t>
      </w:r>
      <w:proofErr w:type="spellStart"/>
      <w:r w:rsidRPr="001C2CD9">
        <w:rPr>
          <w:lang w:val="fr-FR"/>
        </w:rPr>
        <w:t>current</w:t>
      </w:r>
      <w:proofErr w:type="spellEnd"/>
      <w:r w:rsidRPr="001C2CD9">
        <w:rPr>
          <w:lang w:val="fr-FR"/>
        </w:rPr>
        <w:t xml:space="preserve"> </w:t>
      </w:r>
      <w:proofErr w:type="spellStart"/>
      <w:r w:rsidRPr="001C2CD9">
        <w:rPr>
          <w:lang w:val="fr-FR"/>
        </w:rPr>
        <w:t>Liabilities</w:t>
      </w:r>
      <w:proofErr w:type="spellEnd"/>
    </w:p>
    <w:p w14:paraId="394D2CFD" w14:textId="77777777" w:rsidR="00D103D5" w:rsidRDefault="00285AFB">
      <w:r>
        <w:t>• Total Equity = Value of Net Assets</w:t>
      </w:r>
    </w:p>
    <w:p w14:paraId="60C3B2C9" w14:textId="77777777" w:rsidR="00D103D5" w:rsidRDefault="00285AFB">
      <w:r>
        <w:t>• Market Share (%) = (Sales of One Business ÷ Total Market Sales) × 100</w:t>
      </w:r>
    </w:p>
    <w:p w14:paraId="4EAEB0CB" w14:textId="77777777" w:rsidR="00D103D5" w:rsidRDefault="00285AFB">
      <w:r>
        <w:t>• Market Size = Total volume or value of sales in a market</w:t>
      </w:r>
    </w:p>
    <w:p w14:paraId="1EC14B8B" w14:textId="77777777" w:rsidR="00D103D5" w:rsidRDefault="00285AFB">
      <w:r>
        <w:br w:type="page"/>
      </w:r>
    </w:p>
    <w:p w14:paraId="787BC745" w14:textId="77777777" w:rsidR="00D103D5" w:rsidRDefault="00285AFB">
      <w:pPr>
        <w:pStyle w:val="Heading1"/>
      </w:pPr>
      <w:r>
        <w:lastRenderedPageBreak/>
        <w:t>Formula Practice</w:t>
      </w:r>
    </w:p>
    <w:p w14:paraId="3F988F9D" w14:textId="77777777" w:rsidR="00D103D5" w:rsidRDefault="00285AFB">
      <w:r>
        <w:t>Fixed Costs £12,000 and Variable Costs £8,000. Calculate Total Costs.</w:t>
      </w:r>
    </w:p>
    <w:p w14:paraId="5ACA4317" w14:textId="77777777" w:rsidR="00D103D5" w:rsidRDefault="00285AFB">
      <w:r>
        <w:t>Answer: __________________________</w:t>
      </w:r>
    </w:p>
    <w:p w14:paraId="1C7CA705" w14:textId="77777777" w:rsidR="00D103D5" w:rsidRDefault="00285AFB">
      <w:r>
        <w:t>A business sells 500 units at £20. Calculate Revenue.</w:t>
      </w:r>
    </w:p>
    <w:p w14:paraId="7520203D" w14:textId="77777777" w:rsidR="00D103D5" w:rsidRDefault="00285AFB">
      <w:r>
        <w:t>Answer: __________________________</w:t>
      </w:r>
    </w:p>
    <w:p w14:paraId="6C81B18E" w14:textId="77777777" w:rsidR="00D103D5" w:rsidRDefault="00285AFB">
      <w:r>
        <w:t>Revenue £15,000 and Total Costs £10,500. Calculate Profit.</w:t>
      </w:r>
    </w:p>
    <w:p w14:paraId="468575EB" w14:textId="77777777" w:rsidR="00D103D5" w:rsidRDefault="00285AFB">
      <w:r>
        <w:t>Answer: __________________________</w:t>
      </w:r>
    </w:p>
    <w:p w14:paraId="0909906A" w14:textId="77777777" w:rsidR="00D103D5" w:rsidRDefault="00285AFB">
      <w:r>
        <w:t>Cash Inflows £22,000 and Outflows £18,000. Calculate Net Cash Flow.</w:t>
      </w:r>
    </w:p>
    <w:p w14:paraId="4EF5F664" w14:textId="77777777" w:rsidR="00D103D5" w:rsidRDefault="00285AFB">
      <w:r>
        <w:t>Answer: __________________________</w:t>
      </w:r>
    </w:p>
    <w:p w14:paraId="4CFA49E5" w14:textId="77777777" w:rsidR="00D103D5" w:rsidRDefault="00285AFB">
      <w:r>
        <w:t>Gross Profit £40,000 and Revenue £100,000. Calculate Gross Profit Margin.</w:t>
      </w:r>
    </w:p>
    <w:p w14:paraId="38F1C1CA" w14:textId="77777777" w:rsidR="00D103D5" w:rsidRDefault="00285AFB">
      <w:r>
        <w:t>Answer: __________________________</w:t>
      </w:r>
    </w:p>
    <w:p w14:paraId="2DA435EE" w14:textId="77777777" w:rsidR="00D103D5" w:rsidRDefault="00285AFB">
      <w:r>
        <w:t>Net Profit £15,000 and Revenue £120,000. Calculate Net Profit Margin.</w:t>
      </w:r>
    </w:p>
    <w:p w14:paraId="0FB5B33F" w14:textId="77777777" w:rsidR="00D103D5" w:rsidRDefault="00285AFB">
      <w:r>
        <w:t>Answer: __________________________</w:t>
      </w:r>
    </w:p>
    <w:p w14:paraId="48AA2BD0" w14:textId="77777777" w:rsidR="00D103D5" w:rsidRDefault="00285AFB">
      <w:r>
        <w:br w:type="page"/>
      </w:r>
    </w:p>
    <w:p w14:paraId="435F9FAE" w14:textId="77777777" w:rsidR="00D103D5" w:rsidRDefault="00285AFB">
      <w:pPr>
        <w:pStyle w:val="Heading1"/>
      </w:pPr>
      <w:r>
        <w:lastRenderedPageBreak/>
        <w:t>Teacher Assessment Sheet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103D5" w14:paraId="6359F78A" w14:textId="77777777">
        <w:tc>
          <w:tcPr>
            <w:tcW w:w="2880" w:type="dxa"/>
          </w:tcPr>
          <w:p w14:paraId="467DBD3D" w14:textId="77777777" w:rsidR="00D103D5" w:rsidRDefault="00285AFB">
            <w:r>
              <w:t>Section</w:t>
            </w:r>
          </w:p>
        </w:tc>
        <w:tc>
          <w:tcPr>
            <w:tcW w:w="2880" w:type="dxa"/>
          </w:tcPr>
          <w:p w14:paraId="60D19DA2" w14:textId="77777777" w:rsidR="00D103D5" w:rsidRDefault="00285AFB">
            <w:r>
              <w:t>Completed</w:t>
            </w:r>
          </w:p>
        </w:tc>
        <w:tc>
          <w:tcPr>
            <w:tcW w:w="2880" w:type="dxa"/>
          </w:tcPr>
          <w:p w14:paraId="64992CD6" w14:textId="77777777" w:rsidR="00D103D5" w:rsidRDefault="00285AFB">
            <w:r>
              <w:t>Teacher Comment</w:t>
            </w:r>
          </w:p>
        </w:tc>
      </w:tr>
      <w:tr w:rsidR="00D103D5" w14:paraId="21DA83F1" w14:textId="77777777">
        <w:tc>
          <w:tcPr>
            <w:tcW w:w="2880" w:type="dxa"/>
          </w:tcPr>
          <w:p w14:paraId="0D7A5542" w14:textId="77777777" w:rsidR="00D103D5" w:rsidRDefault="00285AFB">
            <w:r>
              <w:t>Tasks 1-10</w:t>
            </w:r>
          </w:p>
        </w:tc>
        <w:tc>
          <w:tcPr>
            <w:tcW w:w="2880" w:type="dxa"/>
          </w:tcPr>
          <w:p w14:paraId="29257C93" w14:textId="77777777" w:rsidR="00D103D5" w:rsidRDefault="00D103D5"/>
        </w:tc>
        <w:tc>
          <w:tcPr>
            <w:tcW w:w="2880" w:type="dxa"/>
          </w:tcPr>
          <w:p w14:paraId="1E28E4B4" w14:textId="77777777" w:rsidR="00D103D5" w:rsidRDefault="00D103D5"/>
        </w:tc>
      </w:tr>
      <w:tr w:rsidR="00D103D5" w14:paraId="18135412" w14:textId="77777777">
        <w:tc>
          <w:tcPr>
            <w:tcW w:w="2880" w:type="dxa"/>
          </w:tcPr>
          <w:p w14:paraId="57047104" w14:textId="77777777" w:rsidR="00D103D5" w:rsidRDefault="00285AFB">
            <w:r>
              <w:t>Glossary</w:t>
            </w:r>
          </w:p>
        </w:tc>
        <w:tc>
          <w:tcPr>
            <w:tcW w:w="2880" w:type="dxa"/>
          </w:tcPr>
          <w:p w14:paraId="607096B2" w14:textId="77777777" w:rsidR="00D103D5" w:rsidRDefault="00D103D5"/>
        </w:tc>
        <w:tc>
          <w:tcPr>
            <w:tcW w:w="2880" w:type="dxa"/>
          </w:tcPr>
          <w:p w14:paraId="5A520840" w14:textId="77777777" w:rsidR="00D103D5" w:rsidRDefault="00D103D5"/>
        </w:tc>
      </w:tr>
      <w:tr w:rsidR="00D103D5" w14:paraId="2B3FEDC1" w14:textId="77777777">
        <w:tc>
          <w:tcPr>
            <w:tcW w:w="2880" w:type="dxa"/>
          </w:tcPr>
          <w:p w14:paraId="388D01B1" w14:textId="77777777" w:rsidR="00D103D5" w:rsidRDefault="00285AFB">
            <w:r>
              <w:t>Formula Practice</w:t>
            </w:r>
          </w:p>
        </w:tc>
        <w:tc>
          <w:tcPr>
            <w:tcW w:w="2880" w:type="dxa"/>
          </w:tcPr>
          <w:p w14:paraId="1486C443" w14:textId="77777777" w:rsidR="00D103D5" w:rsidRDefault="00D103D5"/>
        </w:tc>
        <w:tc>
          <w:tcPr>
            <w:tcW w:w="2880" w:type="dxa"/>
          </w:tcPr>
          <w:p w14:paraId="1123F378" w14:textId="77777777" w:rsidR="00D103D5" w:rsidRDefault="00D103D5"/>
        </w:tc>
      </w:tr>
      <w:tr w:rsidR="00D103D5" w14:paraId="47100F6F" w14:textId="77777777">
        <w:tc>
          <w:tcPr>
            <w:tcW w:w="2880" w:type="dxa"/>
          </w:tcPr>
          <w:p w14:paraId="4E90D091" w14:textId="77777777" w:rsidR="00D103D5" w:rsidRDefault="00285AFB">
            <w:r>
              <w:t>Presentation</w:t>
            </w:r>
          </w:p>
        </w:tc>
        <w:tc>
          <w:tcPr>
            <w:tcW w:w="2880" w:type="dxa"/>
          </w:tcPr>
          <w:p w14:paraId="249E2125" w14:textId="77777777" w:rsidR="00D103D5" w:rsidRDefault="00D103D5"/>
        </w:tc>
        <w:tc>
          <w:tcPr>
            <w:tcW w:w="2880" w:type="dxa"/>
          </w:tcPr>
          <w:p w14:paraId="616A5371" w14:textId="77777777" w:rsidR="00D103D5" w:rsidRDefault="00D103D5"/>
        </w:tc>
      </w:tr>
      <w:tr w:rsidR="00D103D5" w14:paraId="42DE1230" w14:textId="77777777">
        <w:tc>
          <w:tcPr>
            <w:tcW w:w="2880" w:type="dxa"/>
          </w:tcPr>
          <w:p w14:paraId="4E2CF90E" w14:textId="77777777" w:rsidR="00D103D5" w:rsidRDefault="00285AFB">
            <w:r>
              <w:t>Overall Effort</w:t>
            </w:r>
          </w:p>
        </w:tc>
        <w:tc>
          <w:tcPr>
            <w:tcW w:w="2880" w:type="dxa"/>
          </w:tcPr>
          <w:p w14:paraId="2E5B5EDC" w14:textId="77777777" w:rsidR="00D103D5" w:rsidRDefault="00D103D5"/>
        </w:tc>
        <w:tc>
          <w:tcPr>
            <w:tcW w:w="2880" w:type="dxa"/>
          </w:tcPr>
          <w:p w14:paraId="0252F06C" w14:textId="77777777" w:rsidR="00D103D5" w:rsidRDefault="00D103D5"/>
        </w:tc>
      </w:tr>
    </w:tbl>
    <w:p w14:paraId="5C6C82B2" w14:textId="77777777" w:rsidR="00285AFB" w:rsidRDefault="00285AFB"/>
    <w:sectPr w:rsidR="00285AFB" w:rsidSect="001C2CD9">
      <w:pgSz w:w="12240" w:h="15840"/>
      <w:pgMar w:top="1440" w:right="1800" w:bottom="1440" w:left="180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3955648">
    <w:abstractNumId w:val="8"/>
  </w:num>
  <w:num w:numId="2" w16cid:durableId="751464814">
    <w:abstractNumId w:val="6"/>
  </w:num>
  <w:num w:numId="3" w16cid:durableId="623657320">
    <w:abstractNumId w:val="5"/>
  </w:num>
  <w:num w:numId="4" w16cid:durableId="438187958">
    <w:abstractNumId w:val="4"/>
  </w:num>
  <w:num w:numId="5" w16cid:durableId="629870366">
    <w:abstractNumId w:val="7"/>
  </w:num>
  <w:num w:numId="6" w16cid:durableId="361394738">
    <w:abstractNumId w:val="3"/>
  </w:num>
  <w:num w:numId="7" w16cid:durableId="86461126">
    <w:abstractNumId w:val="2"/>
  </w:num>
  <w:num w:numId="8" w16cid:durableId="1594699829">
    <w:abstractNumId w:val="1"/>
  </w:num>
  <w:num w:numId="9" w16cid:durableId="1955012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B5C"/>
    <w:rsid w:val="00034616"/>
    <w:rsid w:val="0006063C"/>
    <w:rsid w:val="0015074B"/>
    <w:rsid w:val="001C2CD9"/>
    <w:rsid w:val="00285AFB"/>
    <w:rsid w:val="0029639D"/>
    <w:rsid w:val="00326F90"/>
    <w:rsid w:val="009A0FCD"/>
    <w:rsid w:val="00AA1D8D"/>
    <w:rsid w:val="00AE47E0"/>
    <w:rsid w:val="00B47730"/>
    <w:rsid w:val="00CB0664"/>
    <w:rsid w:val="00D103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1D4967"/>
  <w14:defaultImageDpi w14:val="300"/>
  <w15:docId w15:val="{E908619F-D291-4B5A-8AC7-CFC5810D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FAnnan</cp:lastModifiedBy>
  <cp:revision>2</cp:revision>
  <dcterms:created xsi:type="dcterms:W3CDTF">2026-07-02T08:58:00Z</dcterms:created>
  <dcterms:modified xsi:type="dcterms:W3CDTF">2026-07-02T08:58:00Z</dcterms:modified>
  <cp:category/>
</cp:coreProperties>
</file>