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7CA23" w14:textId="77777777" w:rsidR="00736337" w:rsidRPr="003B3D52" w:rsidRDefault="00000000">
      <w:pPr>
        <w:jc w:val="center"/>
        <w:rPr>
          <w:sz w:val="28"/>
          <w:szCs w:val="28"/>
        </w:rPr>
      </w:pPr>
      <w:r w:rsidRPr="003B3D52">
        <w:rPr>
          <w:b/>
          <w:color w:val="1F4E79"/>
          <w:sz w:val="28"/>
          <w:szCs w:val="28"/>
        </w:rPr>
        <w:t>GCSE Music Summer Transition Work</w:t>
      </w:r>
    </w:p>
    <w:p w14:paraId="0DC27157" w14:textId="77777777" w:rsidR="00736337" w:rsidRPr="003B3D52" w:rsidRDefault="00000000">
      <w:pPr>
        <w:jc w:val="center"/>
        <w:rPr>
          <w:sz w:val="28"/>
          <w:szCs w:val="28"/>
        </w:rPr>
      </w:pPr>
      <w:r w:rsidRPr="003B3D52">
        <w:rPr>
          <w:b/>
          <w:color w:val="2F75B5"/>
          <w:sz w:val="28"/>
          <w:szCs w:val="28"/>
        </w:rPr>
        <w:t>Year 10 into Year 11</w:t>
      </w:r>
    </w:p>
    <w:p w14:paraId="7782DB29" w14:textId="77777777" w:rsidR="00736337" w:rsidRPr="003B3D52" w:rsidRDefault="00000000">
      <w:pPr>
        <w:jc w:val="center"/>
        <w:rPr>
          <w:sz w:val="28"/>
          <w:szCs w:val="28"/>
        </w:rPr>
      </w:pPr>
      <w:r w:rsidRPr="003B3D52">
        <w:rPr>
          <w:b/>
          <w:sz w:val="28"/>
          <w:szCs w:val="28"/>
        </w:rPr>
        <w:t>Free Composition and Solo Performance</w:t>
      </w:r>
    </w:p>
    <w:p w14:paraId="721EBBD0" w14:textId="77777777" w:rsidR="00736337" w:rsidRPr="003B3D52" w:rsidRDefault="00736337">
      <w:pPr>
        <w:rPr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12"/>
      </w:tblGrid>
      <w:tr w:rsidR="00736337" w:rsidRPr="003B3D52" w14:paraId="03BBF675" w14:textId="77777777">
        <w:trPr>
          <w:jc w:val="center"/>
        </w:trPr>
        <w:tc>
          <w:tcPr>
            <w:tcW w:w="10512" w:type="dxa"/>
            <w:shd w:val="clear" w:color="auto" w:fill="D9EAF7"/>
          </w:tcPr>
          <w:p w14:paraId="20180796" w14:textId="77777777" w:rsidR="00736337" w:rsidRPr="003B3D52" w:rsidRDefault="00000000">
            <w:pPr>
              <w:spacing w:after="60"/>
              <w:rPr>
                <w:sz w:val="28"/>
                <w:szCs w:val="28"/>
              </w:rPr>
            </w:pPr>
            <w:r w:rsidRPr="003B3D52">
              <w:rPr>
                <w:b/>
                <w:color w:val="1F4E79"/>
                <w:sz w:val="28"/>
                <w:szCs w:val="28"/>
              </w:rPr>
              <w:t>Purpose of this transition work</w:t>
            </w:r>
          </w:p>
          <w:p w14:paraId="54E7C40E" w14:textId="77777777" w:rsidR="00736337" w:rsidRPr="003B3D52" w:rsidRDefault="00000000">
            <w:pPr>
              <w:spacing w:after="30"/>
              <w:ind w:left="173"/>
              <w:rPr>
                <w:sz w:val="28"/>
                <w:szCs w:val="28"/>
              </w:rPr>
            </w:pPr>
            <w:r w:rsidRPr="003B3D52">
              <w:rPr>
                <w:b/>
                <w:sz w:val="28"/>
                <w:szCs w:val="28"/>
              </w:rPr>
              <w:t xml:space="preserve">• </w:t>
            </w:r>
            <w:r w:rsidRPr="003B3D52">
              <w:rPr>
                <w:sz w:val="28"/>
                <w:szCs w:val="28"/>
              </w:rPr>
              <w:t>To prepare you for Year 11 coursework by developing your free composition and solo performance work over the summer.</w:t>
            </w:r>
          </w:p>
          <w:p w14:paraId="5A5940A0" w14:textId="77777777" w:rsidR="00736337" w:rsidRPr="003B3D52" w:rsidRDefault="00000000">
            <w:pPr>
              <w:spacing w:after="30"/>
              <w:ind w:left="173"/>
              <w:rPr>
                <w:sz w:val="28"/>
                <w:szCs w:val="28"/>
              </w:rPr>
            </w:pPr>
            <w:r w:rsidRPr="003B3D52">
              <w:rPr>
                <w:b/>
                <w:sz w:val="28"/>
                <w:szCs w:val="28"/>
              </w:rPr>
              <w:t xml:space="preserve">• </w:t>
            </w:r>
            <w:r w:rsidRPr="003B3D52">
              <w:rPr>
                <w:sz w:val="28"/>
                <w:szCs w:val="28"/>
              </w:rPr>
              <w:t>To build regular, focused practice habits and a clear record of improvement.</w:t>
            </w:r>
          </w:p>
          <w:p w14:paraId="2D11176A" w14:textId="77777777" w:rsidR="00736337" w:rsidRPr="003B3D52" w:rsidRDefault="00000000">
            <w:pPr>
              <w:spacing w:after="30"/>
              <w:ind w:left="173"/>
              <w:rPr>
                <w:sz w:val="28"/>
                <w:szCs w:val="28"/>
              </w:rPr>
            </w:pPr>
            <w:r w:rsidRPr="003B3D52">
              <w:rPr>
                <w:b/>
                <w:sz w:val="28"/>
                <w:szCs w:val="28"/>
              </w:rPr>
              <w:t xml:space="preserve">• </w:t>
            </w:r>
            <w:r w:rsidRPr="003B3D52">
              <w:rPr>
                <w:sz w:val="28"/>
                <w:szCs w:val="28"/>
              </w:rPr>
              <w:t>To return in September with practical evidence that can be developed into GCSE coursework.</w:t>
            </w:r>
          </w:p>
        </w:tc>
      </w:tr>
    </w:tbl>
    <w:p w14:paraId="5CEA9BC7" w14:textId="77777777" w:rsidR="00736337" w:rsidRPr="003B3D52" w:rsidRDefault="00736337">
      <w:pPr>
        <w:rPr>
          <w:sz w:val="28"/>
          <w:szCs w:val="2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722"/>
        <w:gridCol w:w="6624"/>
      </w:tblGrid>
      <w:tr w:rsidR="00736337" w:rsidRPr="003B3D52" w14:paraId="6C16DA5E" w14:textId="77777777">
        <w:trPr>
          <w:jc w:val="center"/>
        </w:trPr>
        <w:tc>
          <w:tcPr>
            <w:tcW w:w="3168" w:type="dxa"/>
            <w:shd w:val="clear" w:color="auto" w:fill="1F4E79"/>
          </w:tcPr>
          <w:p w14:paraId="2F6700C1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Student details</w:t>
            </w:r>
          </w:p>
        </w:tc>
        <w:tc>
          <w:tcPr>
            <w:tcW w:w="6624" w:type="dxa"/>
            <w:shd w:val="clear" w:color="auto" w:fill="1F4E79"/>
          </w:tcPr>
          <w:p w14:paraId="1D94AF54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Response</w:t>
            </w:r>
          </w:p>
        </w:tc>
      </w:tr>
      <w:tr w:rsidR="00736337" w:rsidRPr="003B3D52" w14:paraId="6933E555" w14:textId="77777777">
        <w:trPr>
          <w:jc w:val="center"/>
        </w:trPr>
        <w:tc>
          <w:tcPr>
            <w:tcW w:w="3168" w:type="dxa"/>
          </w:tcPr>
          <w:p w14:paraId="43C43279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Name</w:t>
            </w:r>
          </w:p>
        </w:tc>
        <w:tc>
          <w:tcPr>
            <w:tcW w:w="6624" w:type="dxa"/>
          </w:tcPr>
          <w:p w14:paraId="58D11C34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</w:tr>
      <w:tr w:rsidR="00736337" w:rsidRPr="003B3D52" w14:paraId="385D8F04" w14:textId="77777777">
        <w:trPr>
          <w:jc w:val="center"/>
        </w:trPr>
        <w:tc>
          <w:tcPr>
            <w:tcW w:w="3168" w:type="dxa"/>
          </w:tcPr>
          <w:p w14:paraId="06F1E40B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Instrument/voice/technology specialism</w:t>
            </w:r>
          </w:p>
        </w:tc>
        <w:tc>
          <w:tcPr>
            <w:tcW w:w="6624" w:type="dxa"/>
          </w:tcPr>
          <w:p w14:paraId="08C63EA2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</w:tr>
      <w:tr w:rsidR="00736337" w:rsidRPr="003B3D52" w14:paraId="37EBC50F" w14:textId="77777777">
        <w:trPr>
          <w:jc w:val="center"/>
        </w:trPr>
        <w:tc>
          <w:tcPr>
            <w:tcW w:w="3168" w:type="dxa"/>
          </w:tcPr>
          <w:p w14:paraId="78444ED6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Solo performance piece</w:t>
            </w:r>
          </w:p>
        </w:tc>
        <w:tc>
          <w:tcPr>
            <w:tcW w:w="6624" w:type="dxa"/>
          </w:tcPr>
          <w:p w14:paraId="6F916565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</w:tr>
      <w:tr w:rsidR="00736337" w:rsidRPr="003B3D52" w14:paraId="6E52A8D0" w14:textId="77777777">
        <w:trPr>
          <w:jc w:val="center"/>
        </w:trPr>
        <w:tc>
          <w:tcPr>
            <w:tcW w:w="3168" w:type="dxa"/>
          </w:tcPr>
          <w:p w14:paraId="6AF3A38B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Free composition title or working title</w:t>
            </w:r>
          </w:p>
        </w:tc>
        <w:tc>
          <w:tcPr>
            <w:tcW w:w="6624" w:type="dxa"/>
          </w:tcPr>
          <w:p w14:paraId="1FD5F632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</w:tr>
      <w:tr w:rsidR="00736337" w:rsidRPr="003B3D52" w14:paraId="665D2DBF" w14:textId="77777777">
        <w:trPr>
          <w:jc w:val="center"/>
        </w:trPr>
        <w:tc>
          <w:tcPr>
            <w:tcW w:w="3168" w:type="dxa"/>
          </w:tcPr>
          <w:p w14:paraId="74232CCB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Chosen style/genre for composition</w:t>
            </w:r>
          </w:p>
        </w:tc>
        <w:tc>
          <w:tcPr>
            <w:tcW w:w="6624" w:type="dxa"/>
          </w:tcPr>
          <w:p w14:paraId="047A640E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</w:tr>
      <w:tr w:rsidR="00736337" w:rsidRPr="003B3D52" w14:paraId="72968219" w14:textId="77777777">
        <w:trPr>
          <w:jc w:val="center"/>
        </w:trPr>
        <w:tc>
          <w:tcPr>
            <w:tcW w:w="3168" w:type="dxa"/>
          </w:tcPr>
          <w:p w14:paraId="1FB0EF3A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Target grade/current working level</w:t>
            </w:r>
          </w:p>
        </w:tc>
        <w:tc>
          <w:tcPr>
            <w:tcW w:w="6624" w:type="dxa"/>
          </w:tcPr>
          <w:p w14:paraId="61D63AB1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</w:tr>
    </w:tbl>
    <w:p w14:paraId="1309E535" w14:textId="77777777" w:rsidR="00736337" w:rsidRPr="003B3D52" w:rsidRDefault="00736337">
      <w:pPr>
        <w:rPr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12"/>
      </w:tblGrid>
      <w:tr w:rsidR="00736337" w:rsidRPr="003B3D52" w14:paraId="6166F9CF" w14:textId="77777777">
        <w:trPr>
          <w:jc w:val="center"/>
        </w:trPr>
        <w:tc>
          <w:tcPr>
            <w:tcW w:w="10512" w:type="dxa"/>
            <w:shd w:val="clear" w:color="auto" w:fill="D9EAF7"/>
          </w:tcPr>
          <w:p w14:paraId="7DAAD9EC" w14:textId="77777777" w:rsidR="00736337" w:rsidRPr="003B3D52" w:rsidRDefault="00000000">
            <w:pPr>
              <w:spacing w:after="60"/>
              <w:rPr>
                <w:sz w:val="28"/>
                <w:szCs w:val="28"/>
              </w:rPr>
            </w:pPr>
            <w:r w:rsidRPr="003B3D52">
              <w:rPr>
                <w:b/>
                <w:color w:val="1F4E79"/>
                <w:sz w:val="28"/>
                <w:szCs w:val="28"/>
              </w:rPr>
              <w:t>September submission checklist</w:t>
            </w:r>
          </w:p>
          <w:p w14:paraId="1E77315E" w14:textId="77777777" w:rsidR="00736337" w:rsidRPr="003B3D52" w:rsidRDefault="00000000">
            <w:pPr>
              <w:spacing w:after="30"/>
              <w:ind w:left="173"/>
              <w:rPr>
                <w:sz w:val="28"/>
                <w:szCs w:val="28"/>
              </w:rPr>
            </w:pPr>
            <w:r w:rsidRPr="003B3D52">
              <w:rPr>
                <w:b/>
                <w:sz w:val="28"/>
                <w:szCs w:val="28"/>
              </w:rPr>
              <w:t xml:space="preserve">• </w:t>
            </w:r>
            <w:r w:rsidRPr="003B3D52">
              <w:rPr>
                <w:sz w:val="28"/>
                <w:szCs w:val="28"/>
              </w:rPr>
              <w:t>Solo performance: at least six completed practice log entries and one audio/video recording of your best summer run-through.</w:t>
            </w:r>
          </w:p>
          <w:p w14:paraId="5DAD95B9" w14:textId="77777777" w:rsidR="00736337" w:rsidRPr="003B3D52" w:rsidRDefault="00000000">
            <w:pPr>
              <w:spacing w:after="30"/>
              <w:ind w:left="173"/>
              <w:rPr>
                <w:sz w:val="28"/>
                <w:szCs w:val="28"/>
              </w:rPr>
            </w:pPr>
            <w:r w:rsidRPr="003B3D52">
              <w:rPr>
                <w:b/>
                <w:sz w:val="28"/>
                <w:szCs w:val="28"/>
              </w:rPr>
              <w:t xml:space="preserve">• </w:t>
            </w:r>
            <w:r w:rsidRPr="003B3D52">
              <w:rPr>
                <w:sz w:val="28"/>
                <w:szCs w:val="28"/>
              </w:rPr>
              <w:t>Free composition: at least six completed composition log entries, a saved DAW/notation project, and an exported MP3 or WAV draft.</w:t>
            </w:r>
          </w:p>
          <w:p w14:paraId="6755CB59" w14:textId="77777777" w:rsidR="00736337" w:rsidRPr="003B3D52" w:rsidRDefault="00000000">
            <w:pPr>
              <w:spacing w:after="30"/>
              <w:ind w:left="173"/>
              <w:rPr>
                <w:sz w:val="28"/>
                <w:szCs w:val="28"/>
              </w:rPr>
            </w:pPr>
            <w:r w:rsidRPr="003B3D52">
              <w:rPr>
                <w:b/>
                <w:sz w:val="28"/>
                <w:szCs w:val="28"/>
              </w:rPr>
              <w:t xml:space="preserve">• </w:t>
            </w:r>
            <w:r w:rsidRPr="003B3D52">
              <w:rPr>
                <w:sz w:val="28"/>
                <w:szCs w:val="28"/>
              </w:rPr>
              <w:t>Bring this booklet completed in your first GCSE Music lesson in September.</w:t>
            </w:r>
          </w:p>
        </w:tc>
      </w:tr>
    </w:tbl>
    <w:p w14:paraId="468A6A4B" w14:textId="77777777" w:rsidR="00736337" w:rsidRPr="003B3D52" w:rsidRDefault="00000000">
      <w:pPr>
        <w:rPr>
          <w:sz w:val="28"/>
          <w:szCs w:val="28"/>
        </w:rPr>
      </w:pPr>
      <w:r w:rsidRPr="003B3D52">
        <w:rPr>
          <w:sz w:val="28"/>
          <w:szCs w:val="28"/>
        </w:rPr>
        <w:br w:type="page"/>
      </w:r>
    </w:p>
    <w:p w14:paraId="471C8EE5" w14:textId="77777777" w:rsidR="00736337" w:rsidRPr="003B3D52" w:rsidRDefault="00000000">
      <w:pPr>
        <w:pStyle w:val="Heading1"/>
        <w:rPr>
          <w:sz w:val="28"/>
        </w:rPr>
      </w:pPr>
      <w:r w:rsidRPr="003B3D52">
        <w:rPr>
          <w:sz w:val="28"/>
        </w:rPr>
        <w:lastRenderedPageBreak/>
        <w:t>1. GCSE Coursework Focus</w:t>
      </w:r>
    </w:p>
    <w:p w14:paraId="2DA2C441" w14:textId="77777777" w:rsidR="00736337" w:rsidRPr="003B3D52" w:rsidRDefault="00000000">
      <w:pPr>
        <w:spacing w:after="40"/>
        <w:rPr>
          <w:sz w:val="28"/>
          <w:szCs w:val="28"/>
        </w:rPr>
      </w:pPr>
      <w:r w:rsidRPr="003B3D52">
        <w:rPr>
          <w:sz w:val="28"/>
          <w:szCs w:val="28"/>
        </w:rPr>
        <w:t>This booklet focuses on the two practical coursework areas that need sustained development before Year 11: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03"/>
        <w:gridCol w:w="4315"/>
        <w:gridCol w:w="3884"/>
      </w:tblGrid>
      <w:tr w:rsidR="00736337" w:rsidRPr="003B3D52" w14:paraId="5FE24B18" w14:textId="77777777">
        <w:trPr>
          <w:jc w:val="center"/>
        </w:trPr>
        <w:tc>
          <w:tcPr>
            <w:tcW w:w="2304" w:type="dxa"/>
            <w:shd w:val="clear" w:color="auto" w:fill="1F4E79"/>
          </w:tcPr>
          <w:p w14:paraId="584FBC04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Area</w:t>
            </w:r>
          </w:p>
        </w:tc>
        <w:tc>
          <w:tcPr>
            <w:tcW w:w="4320" w:type="dxa"/>
            <w:shd w:val="clear" w:color="auto" w:fill="1F4E79"/>
          </w:tcPr>
          <w:p w14:paraId="05ECCD75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What you must develop over summer</w:t>
            </w:r>
          </w:p>
        </w:tc>
        <w:tc>
          <w:tcPr>
            <w:tcW w:w="3888" w:type="dxa"/>
            <w:shd w:val="clear" w:color="auto" w:fill="1F4E79"/>
          </w:tcPr>
          <w:p w14:paraId="6892B979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Evidence to bring back</w:t>
            </w:r>
          </w:p>
        </w:tc>
      </w:tr>
      <w:tr w:rsidR="00736337" w:rsidRPr="003B3D52" w14:paraId="1FA783C4" w14:textId="77777777">
        <w:trPr>
          <w:jc w:val="center"/>
        </w:trPr>
        <w:tc>
          <w:tcPr>
            <w:tcW w:w="2304" w:type="dxa"/>
          </w:tcPr>
          <w:p w14:paraId="0767C664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Solo performance</w:t>
            </w:r>
          </w:p>
        </w:tc>
        <w:tc>
          <w:tcPr>
            <w:tcW w:w="4320" w:type="dxa"/>
          </w:tcPr>
          <w:p w14:paraId="3332A8AB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A polished solo piece showing technical control, accuracy, fluency, expression and stylistic awareness.</w:t>
            </w:r>
          </w:p>
        </w:tc>
        <w:tc>
          <w:tcPr>
            <w:tcW w:w="3888" w:type="dxa"/>
          </w:tcPr>
          <w:p w14:paraId="397D86C2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Practice log, annotated score/lyrics/tab if available, and one recorded performance.</w:t>
            </w:r>
          </w:p>
        </w:tc>
      </w:tr>
      <w:tr w:rsidR="00736337" w:rsidRPr="003B3D52" w14:paraId="26C2A7D6" w14:textId="77777777">
        <w:trPr>
          <w:jc w:val="center"/>
        </w:trPr>
        <w:tc>
          <w:tcPr>
            <w:tcW w:w="2304" w:type="dxa"/>
          </w:tcPr>
          <w:p w14:paraId="7876AE06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Free composition</w:t>
            </w:r>
          </w:p>
        </w:tc>
        <w:tc>
          <w:tcPr>
            <w:tcW w:w="4320" w:type="dxa"/>
          </w:tcPr>
          <w:p w14:paraId="7BFF0261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A complete or developing original piece using musical ideas that are shaped, extended and controlled effectively.</w:t>
            </w:r>
          </w:p>
        </w:tc>
        <w:tc>
          <w:tcPr>
            <w:tcW w:w="3888" w:type="dxa"/>
          </w:tcPr>
          <w:p w14:paraId="010B3A27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Composition log, DAW/notation file, exported audio, and notes explaining your creative choices.</w:t>
            </w:r>
          </w:p>
        </w:tc>
      </w:tr>
    </w:tbl>
    <w:p w14:paraId="14AD8307" w14:textId="77777777" w:rsidR="00736337" w:rsidRPr="003B3D52" w:rsidRDefault="00736337">
      <w:pPr>
        <w:rPr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12"/>
      </w:tblGrid>
      <w:tr w:rsidR="00736337" w:rsidRPr="003B3D52" w14:paraId="1CF78090" w14:textId="77777777">
        <w:trPr>
          <w:jc w:val="center"/>
        </w:trPr>
        <w:tc>
          <w:tcPr>
            <w:tcW w:w="10512" w:type="dxa"/>
            <w:shd w:val="clear" w:color="auto" w:fill="D9EAF7"/>
          </w:tcPr>
          <w:p w14:paraId="5F88710E" w14:textId="77777777" w:rsidR="00736337" w:rsidRPr="003B3D52" w:rsidRDefault="00000000">
            <w:pPr>
              <w:spacing w:after="60"/>
              <w:rPr>
                <w:sz w:val="28"/>
                <w:szCs w:val="28"/>
              </w:rPr>
            </w:pPr>
            <w:r w:rsidRPr="003B3D52">
              <w:rPr>
                <w:b/>
                <w:color w:val="1F4E79"/>
                <w:sz w:val="28"/>
                <w:szCs w:val="28"/>
              </w:rPr>
              <w:t>Minimum summer expectation</w:t>
            </w:r>
          </w:p>
          <w:p w14:paraId="10660F8D" w14:textId="77777777" w:rsidR="00736337" w:rsidRPr="003B3D52" w:rsidRDefault="00000000">
            <w:pPr>
              <w:spacing w:after="30"/>
              <w:ind w:left="173"/>
              <w:rPr>
                <w:sz w:val="28"/>
                <w:szCs w:val="28"/>
              </w:rPr>
            </w:pPr>
            <w:r w:rsidRPr="003B3D52">
              <w:rPr>
                <w:b/>
                <w:sz w:val="28"/>
                <w:szCs w:val="28"/>
              </w:rPr>
              <w:t xml:space="preserve">• </w:t>
            </w:r>
            <w:r w:rsidRPr="003B3D52">
              <w:rPr>
                <w:sz w:val="28"/>
                <w:szCs w:val="28"/>
              </w:rPr>
              <w:t>Performance: practise at least twice per week for 20-30 minutes. Record yourself at least twice during the summer.</w:t>
            </w:r>
          </w:p>
          <w:p w14:paraId="366F4DC5" w14:textId="77777777" w:rsidR="00736337" w:rsidRPr="003B3D52" w:rsidRDefault="00000000">
            <w:pPr>
              <w:spacing w:after="30"/>
              <w:ind w:left="173"/>
              <w:rPr>
                <w:sz w:val="28"/>
                <w:szCs w:val="28"/>
              </w:rPr>
            </w:pPr>
            <w:r w:rsidRPr="003B3D52">
              <w:rPr>
                <w:b/>
                <w:sz w:val="28"/>
                <w:szCs w:val="28"/>
              </w:rPr>
              <w:t xml:space="preserve">• </w:t>
            </w:r>
            <w:r w:rsidRPr="003B3D52">
              <w:rPr>
                <w:sz w:val="28"/>
                <w:szCs w:val="28"/>
              </w:rPr>
              <w:t>Composition: compose at least once per week for 30-45 minutes. Export or save a new version after each major change.</w:t>
            </w:r>
          </w:p>
          <w:p w14:paraId="67074539" w14:textId="77777777" w:rsidR="00736337" w:rsidRPr="003B3D52" w:rsidRDefault="00000000">
            <w:pPr>
              <w:spacing w:after="30"/>
              <w:ind w:left="173"/>
              <w:rPr>
                <w:sz w:val="28"/>
                <w:szCs w:val="28"/>
              </w:rPr>
            </w:pPr>
            <w:r w:rsidRPr="003B3D52">
              <w:rPr>
                <w:b/>
                <w:sz w:val="28"/>
                <w:szCs w:val="28"/>
              </w:rPr>
              <w:t xml:space="preserve">• </w:t>
            </w:r>
            <w:r w:rsidRPr="003B3D52">
              <w:rPr>
                <w:sz w:val="28"/>
                <w:szCs w:val="28"/>
              </w:rPr>
              <w:t>Reflection: each log entry must include what you worked on, what improved, and what the next target is.</w:t>
            </w:r>
          </w:p>
        </w:tc>
      </w:tr>
    </w:tbl>
    <w:p w14:paraId="5E0BDA85" w14:textId="77777777" w:rsidR="00736337" w:rsidRPr="003B3D52" w:rsidRDefault="00000000">
      <w:pPr>
        <w:pStyle w:val="Heading1"/>
        <w:rPr>
          <w:sz w:val="28"/>
        </w:rPr>
      </w:pPr>
      <w:r w:rsidRPr="003B3D52">
        <w:rPr>
          <w:sz w:val="28"/>
        </w:rPr>
        <w:t>2. Suggested Six-Week Summer Plan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41"/>
        <w:gridCol w:w="3168"/>
        <w:gridCol w:w="3600"/>
        <w:gridCol w:w="2448"/>
      </w:tblGrid>
      <w:tr w:rsidR="00736337" w:rsidRPr="003B3D52" w14:paraId="5E25999F" w14:textId="77777777">
        <w:trPr>
          <w:jc w:val="center"/>
        </w:trPr>
        <w:tc>
          <w:tcPr>
            <w:tcW w:w="792" w:type="dxa"/>
            <w:shd w:val="clear" w:color="auto" w:fill="1F4E79"/>
          </w:tcPr>
          <w:p w14:paraId="07CB01BA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Week</w:t>
            </w:r>
          </w:p>
        </w:tc>
        <w:tc>
          <w:tcPr>
            <w:tcW w:w="3168" w:type="dxa"/>
            <w:shd w:val="clear" w:color="auto" w:fill="1F4E79"/>
          </w:tcPr>
          <w:p w14:paraId="120DF525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Solo performance focus</w:t>
            </w:r>
          </w:p>
        </w:tc>
        <w:tc>
          <w:tcPr>
            <w:tcW w:w="3600" w:type="dxa"/>
            <w:shd w:val="clear" w:color="auto" w:fill="1F4E79"/>
          </w:tcPr>
          <w:p w14:paraId="3C82453D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Free composition focus</w:t>
            </w:r>
          </w:p>
        </w:tc>
        <w:tc>
          <w:tcPr>
            <w:tcW w:w="2448" w:type="dxa"/>
            <w:shd w:val="clear" w:color="auto" w:fill="1F4E79"/>
          </w:tcPr>
          <w:p w14:paraId="6CA702DC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Evidence</w:t>
            </w:r>
          </w:p>
        </w:tc>
      </w:tr>
      <w:tr w:rsidR="00736337" w:rsidRPr="003B3D52" w14:paraId="6C31E639" w14:textId="77777777">
        <w:trPr>
          <w:jc w:val="center"/>
        </w:trPr>
        <w:tc>
          <w:tcPr>
            <w:tcW w:w="792" w:type="dxa"/>
          </w:tcPr>
          <w:p w14:paraId="63835196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1</w:t>
            </w:r>
          </w:p>
        </w:tc>
        <w:tc>
          <w:tcPr>
            <w:tcW w:w="3168" w:type="dxa"/>
          </w:tcPr>
          <w:p w14:paraId="3FDDC5C1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Choose/confirm solo piece. Identify hardest section. Complete first slow practice session.</w:t>
            </w:r>
          </w:p>
        </w:tc>
        <w:tc>
          <w:tcPr>
            <w:tcW w:w="3600" w:type="dxa"/>
          </w:tcPr>
          <w:p w14:paraId="39F843EC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Choose style, mood, instruments and structure. Create first 8-16 bars.</w:t>
            </w:r>
          </w:p>
        </w:tc>
        <w:tc>
          <w:tcPr>
            <w:tcW w:w="2448" w:type="dxa"/>
          </w:tcPr>
          <w:p w14:paraId="0452812A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Practice log 1; composition log 1.</w:t>
            </w:r>
          </w:p>
        </w:tc>
      </w:tr>
      <w:tr w:rsidR="00736337" w:rsidRPr="003B3D52" w14:paraId="592FA95C" w14:textId="77777777">
        <w:trPr>
          <w:jc w:val="center"/>
        </w:trPr>
        <w:tc>
          <w:tcPr>
            <w:tcW w:w="792" w:type="dxa"/>
          </w:tcPr>
          <w:p w14:paraId="5159FADD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2</w:t>
            </w:r>
          </w:p>
        </w:tc>
        <w:tc>
          <w:tcPr>
            <w:tcW w:w="3168" w:type="dxa"/>
          </w:tcPr>
          <w:p w14:paraId="03F9C854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Work on accuracy: notes, rhythm, lyrics, fingering, breathing or technique.</w:t>
            </w:r>
          </w:p>
        </w:tc>
        <w:tc>
          <w:tcPr>
            <w:tcW w:w="3600" w:type="dxa"/>
          </w:tcPr>
          <w:p w14:paraId="20870267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Create or refine main melody/riff/hook and chord progression.</w:t>
            </w:r>
          </w:p>
        </w:tc>
        <w:tc>
          <w:tcPr>
            <w:tcW w:w="2448" w:type="dxa"/>
          </w:tcPr>
          <w:p w14:paraId="7673F29F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Practice log 2; composition log 2.</w:t>
            </w:r>
          </w:p>
        </w:tc>
      </w:tr>
      <w:tr w:rsidR="00736337" w:rsidRPr="003B3D52" w14:paraId="0D185768" w14:textId="77777777">
        <w:trPr>
          <w:jc w:val="center"/>
        </w:trPr>
        <w:tc>
          <w:tcPr>
            <w:tcW w:w="792" w:type="dxa"/>
          </w:tcPr>
          <w:p w14:paraId="148101F8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3</w:t>
            </w:r>
          </w:p>
        </w:tc>
        <w:tc>
          <w:tcPr>
            <w:tcW w:w="3168" w:type="dxa"/>
          </w:tcPr>
          <w:p w14:paraId="34354EE0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Work on fluency: link phrases/sections without stopping.</w:t>
            </w:r>
          </w:p>
        </w:tc>
        <w:tc>
          <w:tcPr>
            <w:tcW w:w="3600" w:type="dxa"/>
          </w:tcPr>
          <w:p w14:paraId="7C1FC1A9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Develop ideas using repetition, sequence, contrast, texture or variation.</w:t>
            </w:r>
          </w:p>
        </w:tc>
        <w:tc>
          <w:tcPr>
            <w:tcW w:w="2448" w:type="dxa"/>
          </w:tcPr>
          <w:p w14:paraId="69556BE0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Practice log 3; composition log 3.</w:t>
            </w:r>
          </w:p>
        </w:tc>
      </w:tr>
      <w:tr w:rsidR="00736337" w:rsidRPr="003B3D52" w14:paraId="704F7758" w14:textId="77777777">
        <w:trPr>
          <w:jc w:val="center"/>
        </w:trPr>
        <w:tc>
          <w:tcPr>
            <w:tcW w:w="792" w:type="dxa"/>
          </w:tcPr>
          <w:p w14:paraId="79DDDAE3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168" w:type="dxa"/>
          </w:tcPr>
          <w:p w14:paraId="4F2339D0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Work on expression: dynamics, articulation, tone, phrasing and style.</w:t>
            </w:r>
          </w:p>
        </w:tc>
        <w:tc>
          <w:tcPr>
            <w:tcW w:w="3600" w:type="dxa"/>
          </w:tcPr>
          <w:p w14:paraId="156DCA70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Build a clear structure: intro, main section, contrasting section, ending.</w:t>
            </w:r>
          </w:p>
        </w:tc>
        <w:tc>
          <w:tcPr>
            <w:tcW w:w="2448" w:type="dxa"/>
          </w:tcPr>
          <w:p w14:paraId="2FFBF76A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Practice log 4; composition log 4.</w:t>
            </w:r>
          </w:p>
        </w:tc>
      </w:tr>
      <w:tr w:rsidR="00736337" w:rsidRPr="003B3D52" w14:paraId="70AF2E8B" w14:textId="77777777">
        <w:trPr>
          <w:jc w:val="center"/>
        </w:trPr>
        <w:tc>
          <w:tcPr>
            <w:tcW w:w="792" w:type="dxa"/>
          </w:tcPr>
          <w:p w14:paraId="33A26301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5</w:t>
            </w:r>
          </w:p>
        </w:tc>
        <w:tc>
          <w:tcPr>
            <w:tcW w:w="3168" w:type="dxa"/>
          </w:tcPr>
          <w:p w14:paraId="77BCF6E6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Record a full run-through. Listen back and set three improvement targets.</w:t>
            </w:r>
          </w:p>
        </w:tc>
        <w:tc>
          <w:tcPr>
            <w:tcW w:w="3600" w:type="dxa"/>
          </w:tcPr>
          <w:p w14:paraId="2758D815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Improve harmony, bass, rhythm, texture, instrumentation and transitions.</w:t>
            </w:r>
          </w:p>
        </w:tc>
        <w:tc>
          <w:tcPr>
            <w:tcW w:w="2448" w:type="dxa"/>
          </w:tcPr>
          <w:p w14:paraId="1666614B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Practice log 5; composition log 5; recording 1.</w:t>
            </w:r>
          </w:p>
        </w:tc>
      </w:tr>
      <w:tr w:rsidR="00736337" w:rsidRPr="003B3D52" w14:paraId="018C5574" w14:textId="77777777">
        <w:trPr>
          <w:jc w:val="center"/>
        </w:trPr>
        <w:tc>
          <w:tcPr>
            <w:tcW w:w="792" w:type="dxa"/>
          </w:tcPr>
          <w:p w14:paraId="0B998276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6</w:t>
            </w:r>
          </w:p>
        </w:tc>
        <w:tc>
          <w:tcPr>
            <w:tcW w:w="3168" w:type="dxa"/>
          </w:tcPr>
          <w:p w14:paraId="1B2E9501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Record best version. Focus on confidence, accuracy and performance communication.</w:t>
            </w:r>
          </w:p>
        </w:tc>
        <w:tc>
          <w:tcPr>
            <w:tcW w:w="3600" w:type="dxa"/>
          </w:tcPr>
          <w:p w14:paraId="6516FA50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Mix/export draft. Write notes on what is successful and what needs development.</w:t>
            </w:r>
          </w:p>
        </w:tc>
        <w:tc>
          <w:tcPr>
            <w:tcW w:w="2448" w:type="dxa"/>
          </w:tcPr>
          <w:p w14:paraId="3D8DBCAF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Practice log 6; composition log 6; exported draft.</w:t>
            </w:r>
          </w:p>
        </w:tc>
      </w:tr>
    </w:tbl>
    <w:p w14:paraId="7FB6E860" w14:textId="77777777" w:rsidR="00736337" w:rsidRPr="003B3D52" w:rsidRDefault="00736337">
      <w:pPr>
        <w:rPr>
          <w:sz w:val="28"/>
          <w:szCs w:val="28"/>
        </w:rPr>
      </w:pPr>
    </w:p>
    <w:p w14:paraId="26FDB5A5" w14:textId="77777777" w:rsidR="00736337" w:rsidRPr="003B3D52" w:rsidRDefault="00000000">
      <w:pPr>
        <w:rPr>
          <w:sz w:val="28"/>
          <w:szCs w:val="28"/>
        </w:rPr>
      </w:pPr>
      <w:r w:rsidRPr="003B3D52">
        <w:rPr>
          <w:sz w:val="28"/>
          <w:szCs w:val="28"/>
        </w:rPr>
        <w:br w:type="page"/>
      </w:r>
    </w:p>
    <w:p w14:paraId="6E2E493D" w14:textId="77777777" w:rsidR="00736337" w:rsidRPr="003B3D52" w:rsidRDefault="00000000">
      <w:pPr>
        <w:pStyle w:val="Heading1"/>
        <w:rPr>
          <w:sz w:val="28"/>
        </w:rPr>
      </w:pPr>
      <w:r w:rsidRPr="003B3D52">
        <w:rPr>
          <w:sz w:val="28"/>
        </w:rPr>
        <w:lastRenderedPageBreak/>
        <w:t>3. Solo Performance Guidance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12"/>
      </w:tblGrid>
      <w:tr w:rsidR="00736337" w:rsidRPr="003B3D52" w14:paraId="49A47654" w14:textId="77777777">
        <w:trPr>
          <w:jc w:val="center"/>
        </w:trPr>
        <w:tc>
          <w:tcPr>
            <w:tcW w:w="10512" w:type="dxa"/>
            <w:shd w:val="clear" w:color="auto" w:fill="D9EAF7"/>
          </w:tcPr>
          <w:p w14:paraId="00BCA240" w14:textId="77777777" w:rsidR="00736337" w:rsidRPr="003B3D52" w:rsidRDefault="00000000">
            <w:pPr>
              <w:spacing w:after="60"/>
              <w:rPr>
                <w:sz w:val="28"/>
                <w:szCs w:val="28"/>
              </w:rPr>
            </w:pPr>
            <w:r w:rsidRPr="003B3D52">
              <w:rPr>
                <w:b/>
                <w:color w:val="1F4E79"/>
                <w:sz w:val="28"/>
                <w:szCs w:val="28"/>
              </w:rPr>
              <w:t>Your solo performance should show</w:t>
            </w:r>
          </w:p>
          <w:p w14:paraId="5FA912BE" w14:textId="77777777" w:rsidR="00736337" w:rsidRPr="003B3D52" w:rsidRDefault="00000000">
            <w:pPr>
              <w:spacing w:after="30"/>
              <w:ind w:left="173"/>
              <w:rPr>
                <w:sz w:val="28"/>
                <w:szCs w:val="28"/>
              </w:rPr>
            </w:pPr>
            <w:r w:rsidRPr="003B3D52">
              <w:rPr>
                <w:b/>
                <w:sz w:val="28"/>
                <w:szCs w:val="28"/>
              </w:rPr>
              <w:t xml:space="preserve">• </w:t>
            </w:r>
            <w:r w:rsidRPr="003B3D52">
              <w:rPr>
                <w:sz w:val="28"/>
                <w:szCs w:val="28"/>
              </w:rPr>
              <w:t>Accuracy: correct pitches, rhythms, timing, lyrics or instrumental techniques.</w:t>
            </w:r>
          </w:p>
          <w:p w14:paraId="7440E447" w14:textId="77777777" w:rsidR="00736337" w:rsidRPr="003B3D52" w:rsidRDefault="00000000">
            <w:pPr>
              <w:spacing w:after="30"/>
              <w:ind w:left="173"/>
              <w:rPr>
                <w:sz w:val="28"/>
                <w:szCs w:val="28"/>
              </w:rPr>
            </w:pPr>
            <w:r w:rsidRPr="003B3D52">
              <w:rPr>
                <w:b/>
                <w:sz w:val="28"/>
                <w:szCs w:val="28"/>
              </w:rPr>
              <w:t xml:space="preserve">• </w:t>
            </w:r>
            <w:r w:rsidRPr="003B3D52">
              <w:rPr>
                <w:sz w:val="28"/>
                <w:szCs w:val="28"/>
              </w:rPr>
              <w:t>Fluency: the ability to keep going without regular stops or hesitations.</w:t>
            </w:r>
          </w:p>
          <w:p w14:paraId="78827A9D" w14:textId="77777777" w:rsidR="00736337" w:rsidRPr="003B3D52" w:rsidRDefault="00000000">
            <w:pPr>
              <w:spacing w:after="30"/>
              <w:ind w:left="173"/>
              <w:rPr>
                <w:sz w:val="28"/>
                <w:szCs w:val="28"/>
              </w:rPr>
            </w:pPr>
            <w:r w:rsidRPr="003B3D52">
              <w:rPr>
                <w:b/>
                <w:sz w:val="28"/>
                <w:szCs w:val="28"/>
              </w:rPr>
              <w:t xml:space="preserve">• </w:t>
            </w:r>
            <w:r w:rsidRPr="003B3D52">
              <w:rPr>
                <w:sz w:val="28"/>
                <w:szCs w:val="28"/>
              </w:rPr>
              <w:t>Technical control: secure tone, tuning, coordination, breath control, articulation, dexterity or production technique.</w:t>
            </w:r>
          </w:p>
          <w:p w14:paraId="40A6DEEF" w14:textId="77777777" w:rsidR="00736337" w:rsidRPr="003B3D52" w:rsidRDefault="00000000">
            <w:pPr>
              <w:spacing w:after="30"/>
              <w:ind w:left="173"/>
              <w:rPr>
                <w:sz w:val="28"/>
                <w:szCs w:val="28"/>
              </w:rPr>
            </w:pPr>
            <w:r w:rsidRPr="003B3D52">
              <w:rPr>
                <w:b/>
                <w:sz w:val="28"/>
                <w:szCs w:val="28"/>
              </w:rPr>
              <w:t xml:space="preserve">• </w:t>
            </w:r>
            <w:r w:rsidRPr="003B3D52">
              <w:rPr>
                <w:sz w:val="28"/>
                <w:szCs w:val="28"/>
              </w:rPr>
              <w:t>Expression: dynamics, phrasing, articulation, style, mood and communication.</w:t>
            </w:r>
          </w:p>
          <w:p w14:paraId="5CC34114" w14:textId="77777777" w:rsidR="00736337" w:rsidRPr="003B3D52" w:rsidRDefault="00000000">
            <w:pPr>
              <w:spacing w:after="30"/>
              <w:ind w:left="173"/>
              <w:rPr>
                <w:sz w:val="28"/>
                <w:szCs w:val="28"/>
              </w:rPr>
            </w:pPr>
            <w:r w:rsidRPr="003B3D52">
              <w:rPr>
                <w:b/>
                <w:sz w:val="28"/>
                <w:szCs w:val="28"/>
              </w:rPr>
              <w:t xml:space="preserve">• </w:t>
            </w:r>
            <w:r w:rsidRPr="003B3D52">
              <w:rPr>
                <w:sz w:val="28"/>
                <w:szCs w:val="28"/>
              </w:rPr>
              <w:t>Interpretation: musical decisions that suit the style and character of the piece.</w:t>
            </w:r>
          </w:p>
        </w:tc>
      </w:tr>
    </w:tbl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48"/>
        <w:gridCol w:w="7488"/>
      </w:tblGrid>
      <w:tr w:rsidR="00736337" w:rsidRPr="003B3D52" w14:paraId="68CE92BC" w14:textId="77777777">
        <w:trPr>
          <w:jc w:val="center"/>
        </w:trPr>
        <w:tc>
          <w:tcPr>
            <w:tcW w:w="2448" w:type="dxa"/>
            <w:shd w:val="clear" w:color="auto" w:fill="1F4E79"/>
          </w:tcPr>
          <w:p w14:paraId="455C5B18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Practice method</w:t>
            </w:r>
          </w:p>
        </w:tc>
        <w:tc>
          <w:tcPr>
            <w:tcW w:w="7488" w:type="dxa"/>
            <w:shd w:val="clear" w:color="auto" w:fill="1F4E79"/>
          </w:tcPr>
          <w:p w14:paraId="031F74C0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How to use it</w:t>
            </w:r>
          </w:p>
        </w:tc>
      </w:tr>
      <w:tr w:rsidR="00736337" w:rsidRPr="003B3D52" w14:paraId="519039A4" w14:textId="77777777">
        <w:trPr>
          <w:jc w:val="center"/>
        </w:trPr>
        <w:tc>
          <w:tcPr>
            <w:tcW w:w="2448" w:type="dxa"/>
          </w:tcPr>
          <w:p w14:paraId="57E01DD9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Slow practice</w:t>
            </w:r>
          </w:p>
        </w:tc>
        <w:tc>
          <w:tcPr>
            <w:tcW w:w="7488" w:type="dxa"/>
          </w:tcPr>
          <w:p w14:paraId="4BE5FFB9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Play/sing below performance speed, keeping accuracy as the priority. Increase tempo gradually.</w:t>
            </w:r>
          </w:p>
        </w:tc>
      </w:tr>
      <w:tr w:rsidR="00736337" w:rsidRPr="003B3D52" w14:paraId="526AB391" w14:textId="77777777">
        <w:trPr>
          <w:jc w:val="center"/>
        </w:trPr>
        <w:tc>
          <w:tcPr>
            <w:tcW w:w="2448" w:type="dxa"/>
          </w:tcPr>
          <w:p w14:paraId="250035D3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Sectional practice</w:t>
            </w:r>
          </w:p>
        </w:tc>
        <w:tc>
          <w:tcPr>
            <w:tcW w:w="7488" w:type="dxa"/>
          </w:tcPr>
          <w:p w14:paraId="141DB30D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Repeat a small difficult section until it improves, then connect it to the bars before and after.</w:t>
            </w:r>
          </w:p>
        </w:tc>
      </w:tr>
      <w:tr w:rsidR="00736337" w:rsidRPr="003B3D52" w14:paraId="06F216D6" w14:textId="77777777">
        <w:trPr>
          <w:jc w:val="center"/>
        </w:trPr>
        <w:tc>
          <w:tcPr>
            <w:tcW w:w="2448" w:type="dxa"/>
          </w:tcPr>
          <w:p w14:paraId="6277A434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Loop practice</w:t>
            </w:r>
          </w:p>
        </w:tc>
        <w:tc>
          <w:tcPr>
            <w:tcW w:w="7488" w:type="dxa"/>
          </w:tcPr>
          <w:p w14:paraId="22E359A0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Repeat 2-4 bars several times without stopping. Aim for consistent control.</w:t>
            </w:r>
          </w:p>
        </w:tc>
      </w:tr>
      <w:tr w:rsidR="00736337" w:rsidRPr="003B3D52" w14:paraId="625A2F5A" w14:textId="77777777">
        <w:trPr>
          <w:jc w:val="center"/>
        </w:trPr>
        <w:tc>
          <w:tcPr>
            <w:tcW w:w="2448" w:type="dxa"/>
          </w:tcPr>
          <w:p w14:paraId="1062BCB4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Recording practice</w:t>
            </w:r>
          </w:p>
        </w:tc>
        <w:tc>
          <w:tcPr>
            <w:tcW w:w="7488" w:type="dxa"/>
          </w:tcPr>
          <w:p w14:paraId="36EDF845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Record yourself, listen back, and identify one technical target and one expressive target.</w:t>
            </w:r>
          </w:p>
        </w:tc>
      </w:tr>
      <w:tr w:rsidR="00736337" w:rsidRPr="003B3D52" w14:paraId="5D7712FD" w14:textId="77777777">
        <w:trPr>
          <w:jc w:val="center"/>
        </w:trPr>
        <w:tc>
          <w:tcPr>
            <w:tcW w:w="2448" w:type="dxa"/>
          </w:tcPr>
          <w:p w14:paraId="38D78A0E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Performance run-through</w:t>
            </w:r>
          </w:p>
        </w:tc>
        <w:tc>
          <w:tcPr>
            <w:tcW w:w="7488" w:type="dxa"/>
          </w:tcPr>
          <w:p w14:paraId="3FD80650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Perform from start to finish without stopping. Note problems afterwards rather than stopping mid-performance.</w:t>
            </w:r>
          </w:p>
        </w:tc>
      </w:tr>
    </w:tbl>
    <w:p w14:paraId="3C204B47" w14:textId="77777777" w:rsidR="00736337" w:rsidRPr="003B3D52" w:rsidRDefault="00736337">
      <w:pPr>
        <w:rPr>
          <w:sz w:val="28"/>
          <w:szCs w:val="28"/>
        </w:rPr>
      </w:pPr>
    </w:p>
    <w:p w14:paraId="19995CB5" w14:textId="77777777" w:rsidR="003B3D52" w:rsidRPr="003B3D52" w:rsidRDefault="003B3D52">
      <w:pPr>
        <w:rPr>
          <w:sz w:val="28"/>
          <w:szCs w:val="28"/>
        </w:rPr>
      </w:pPr>
    </w:p>
    <w:p w14:paraId="594B5F8F" w14:textId="77777777" w:rsidR="003B3D52" w:rsidRPr="003B3D52" w:rsidRDefault="003B3D52">
      <w:pPr>
        <w:rPr>
          <w:sz w:val="28"/>
          <w:szCs w:val="28"/>
        </w:rPr>
      </w:pPr>
    </w:p>
    <w:p w14:paraId="32BDF36C" w14:textId="77777777" w:rsidR="003B3D52" w:rsidRPr="003B3D52" w:rsidRDefault="003B3D52">
      <w:pPr>
        <w:rPr>
          <w:sz w:val="28"/>
          <w:szCs w:val="28"/>
        </w:rPr>
      </w:pPr>
    </w:p>
    <w:p w14:paraId="22ED2C8D" w14:textId="77777777" w:rsidR="003B3D52" w:rsidRPr="003B3D52" w:rsidRDefault="003B3D52">
      <w:pPr>
        <w:rPr>
          <w:sz w:val="28"/>
          <w:szCs w:val="28"/>
        </w:rPr>
      </w:pPr>
    </w:p>
    <w:p w14:paraId="5AE717C9" w14:textId="77777777" w:rsidR="003B3D52" w:rsidRPr="003B3D52" w:rsidRDefault="003B3D52">
      <w:pPr>
        <w:rPr>
          <w:sz w:val="28"/>
          <w:szCs w:val="28"/>
        </w:rPr>
      </w:pPr>
    </w:p>
    <w:p w14:paraId="014A9679" w14:textId="77777777" w:rsidR="003B3D52" w:rsidRPr="003B3D52" w:rsidRDefault="003B3D52">
      <w:pPr>
        <w:rPr>
          <w:sz w:val="28"/>
          <w:szCs w:val="28"/>
        </w:rPr>
      </w:pPr>
    </w:p>
    <w:p w14:paraId="08E607DC" w14:textId="77777777" w:rsidR="003B3D52" w:rsidRPr="003B3D52" w:rsidRDefault="003B3D52">
      <w:pPr>
        <w:rPr>
          <w:sz w:val="28"/>
          <w:szCs w:val="28"/>
        </w:rPr>
      </w:pPr>
    </w:p>
    <w:p w14:paraId="4D192EED" w14:textId="77777777" w:rsidR="003B3D52" w:rsidRPr="003B3D52" w:rsidRDefault="003B3D52">
      <w:pPr>
        <w:rPr>
          <w:sz w:val="28"/>
          <w:szCs w:val="28"/>
        </w:rPr>
      </w:pPr>
    </w:p>
    <w:p w14:paraId="1BA1EBFB" w14:textId="77777777" w:rsidR="003B3D52" w:rsidRPr="003B3D52" w:rsidRDefault="003B3D52">
      <w:pPr>
        <w:rPr>
          <w:sz w:val="28"/>
          <w:szCs w:val="28"/>
        </w:rPr>
      </w:pPr>
    </w:p>
    <w:p w14:paraId="0A548560" w14:textId="77777777" w:rsidR="003B3D52" w:rsidRPr="003B3D52" w:rsidRDefault="003B3D52">
      <w:pPr>
        <w:rPr>
          <w:sz w:val="28"/>
          <w:szCs w:val="28"/>
        </w:rPr>
      </w:pPr>
    </w:p>
    <w:p w14:paraId="36108163" w14:textId="77777777" w:rsidR="003B3D52" w:rsidRPr="003B3D52" w:rsidRDefault="003B3D52">
      <w:pPr>
        <w:rPr>
          <w:sz w:val="28"/>
          <w:szCs w:val="28"/>
        </w:rPr>
      </w:pPr>
    </w:p>
    <w:p w14:paraId="3DF4B4B1" w14:textId="77777777" w:rsidR="00736337" w:rsidRPr="003B3D52" w:rsidRDefault="00000000">
      <w:pPr>
        <w:pStyle w:val="Heading1"/>
        <w:rPr>
          <w:sz w:val="28"/>
        </w:rPr>
      </w:pPr>
      <w:r w:rsidRPr="003B3D52">
        <w:rPr>
          <w:sz w:val="28"/>
        </w:rPr>
        <w:lastRenderedPageBreak/>
        <w:t>4. Solo Performance Practice Log</w:t>
      </w:r>
    </w:p>
    <w:p w14:paraId="6FC4B23B" w14:textId="77777777" w:rsidR="00736337" w:rsidRPr="003B3D52" w:rsidRDefault="00000000">
      <w:pPr>
        <w:spacing w:after="40"/>
        <w:rPr>
          <w:sz w:val="28"/>
          <w:szCs w:val="28"/>
        </w:rPr>
      </w:pPr>
      <w:r w:rsidRPr="003B3D52">
        <w:rPr>
          <w:b/>
          <w:sz w:val="28"/>
          <w:szCs w:val="28"/>
        </w:rPr>
        <w:t>Complete one log entry each time you complete a focused practice session. Six entries are required; extra entries are provided for students who practise more regularly.</w:t>
      </w:r>
    </w:p>
    <w:p w14:paraId="67F669A8" w14:textId="77777777" w:rsidR="00736337" w:rsidRPr="003B3D52" w:rsidRDefault="00000000">
      <w:pPr>
        <w:pStyle w:val="Heading2"/>
        <w:rPr>
          <w:sz w:val="28"/>
          <w:szCs w:val="28"/>
        </w:rPr>
      </w:pPr>
      <w:r w:rsidRPr="003B3D52">
        <w:rPr>
          <w:sz w:val="28"/>
          <w:szCs w:val="28"/>
        </w:rPr>
        <w:t>Performance Practice Log 1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84"/>
        <w:gridCol w:w="1872"/>
        <w:gridCol w:w="3168"/>
        <w:gridCol w:w="3456"/>
      </w:tblGrid>
      <w:tr w:rsidR="00736337" w:rsidRPr="003B3D52" w14:paraId="06E9B600" w14:textId="77777777">
        <w:trPr>
          <w:jc w:val="center"/>
        </w:trPr>
        <w:tc>
          <w:tcPr>
            <w:tcW w:w="1584" w:type="dxa"/>
            <w:shd w:val="clear" w:color="auto" w:fill="1F4E79"/>
          </w:tcPr>
          <w:p w14:paraId="73404558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Date</w:t>
            </w:r>
          </w:p>
        </w:tc>
        <w:tc>
          <w:tcPr>
            <w:tcW w:w="1872" w:type="dxa"/>
            <w:shd w:val="clear" w:color="auto" w:fill="1F4E79"/>
          </w:tcPr>
          <w:p w14:paraId="03B12FB7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Length of practice</w:t>
            </w:r>
          </w:p>
        </w:tc>
        <w:tc>
          <w:tcPr>
            <w:tcW w:w="3168" w:type="dxa"/>
            <w:shd w:val="clear" w:color="auto" w:fill="1F4E79"/>
          </w:tcPr>
          <w:p w14:paraId="3F8044F0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Section practised</w:t>
            </w:r>
          </w:p>
        </w:tc>
        <w:tc>
          <w:tcPr>
            <w:tcW w:w="3456" w:type="dxa"/>
            <w:shd w:val="clear" w:color="auto" w:fill="1F4E79"/>
          </w:tcPr>
          <w:p w14:paraId="36E193A3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Main target</w:t>
            </w:r>
          </w:p>
        </w:tc>
      </w:tr>
      <w:tr w:rsidR="00736337" w:rsidRPr="003B3D52" w14:paraId="3560140D" w14:textId="77777777">
        <w:trPr>
          <w:jc w:val="center"/>
        </w:trPr>
        <w:tc>
          <w:tcPr>
            <w:tcW w:w="1584" w:type="dxa"/>
          </w:tcPr>
          <w:p w14:paraId="4EF7D30C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1872" w:type="dxa"/>
          </w:tcPr>
          <w:p w14:paraId="14686447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3168" w:type="dxa"/>
          </w:tcPr>
          <w:p w14:paraId="03DBC75F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3456" w:type="dxa"/>
          </w:tcPr>
          <w:p w14:paraId="217C373E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</w:tr>
    </w:tbl>
    <w:p w14:paraId="41EDF7FC" w14:textId="77777777" w:rsidR="00736337" w:rsidRPr="003B3D52" w:rsidRDefault="00736337">
      <w:pPr>
        <w:rPr>
          <w:sz w:val="28"/>
          <w:szCs w:val="2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04"/>
        <w:gridCol w:w="3168"/>
        <w:gridCol w:w="2803"/>
        <w:gridCol w:w="1872"/>
      </w:tblGrid>
      <w:tr w:rsidR="00736337" w:rsidRPr="003B3D52" w14:paraId="49C55101" w14:textId="77777777">
        <w:trPr>
          <w:jc w:val="center"/>
        </w:trPr>
        <w:tc>
          <w:tcPr>
            <w:tcW w:w="2304" w:type="dxa"/>
            <w:shd w:val="clear" w:color="auto" w:fill="1F4E79"/>
          </w:tcPr>
          <w:p w14:paraId="614F6067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Warm-up completed</w:t>
            </w:r>
          </w:p>
        </w:tc>
        <w:tc>
          <w:tcPr>
            <w:tcW w:w="3168" w:type="dxa"/>
            <w:shd w:val="clear" w:color="auto" w:fill="1F4E79"/>
          </w:tcPr>
          <w:p w14:paraId="3D3231CD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Technical focus</w:t>
            </w:r>
          </w:p>
        </w:tc>
        <w:tc>
          <w:tcPr>
            <w:tcW w:w="2592" w:type="dxa"/>
            <w:shd w:val="clear" w:color="auto" w:fill="1F4E79"/>
          </w:tcPr>
          <w:p w14:paraId="49AD4BE8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Metronome/backing track used?</w:t>
            </w:r>
          </w:p>
        </w:tc>
        <w:tc>
          <w:tcPr>
            <w:tcW w:w="1872" w:type="dxa"/>
            <w:shd w:val="clear" w:color="auto" w:fill="1F4E79"/>
          </w:tcPr>
          <w:p w14:paraId="1845D33C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Confidence rating /10</w:t>
            </w:r>
          </w:p>
        </w:tc>
      </w:tr>
      <w:tr w:rsidR="00736337" w:rsidRPr="003B3D52" w14:paraId="6CB6BBE2" w14:textId="77777777">
        <w:trPr>
          <w:jc w:val="center"/>
        </w:trPr>
        <w:tc>
          <w:tcPr>
            <w:tcW w:w="2304" w:type="dxa"/>
          </w:tcPr>
          <w:p w14:paraId="31C173A6" w14:textId="77777777" w:rsidR="00736337" w:rsidRPr="003B3D52" w:rsidRDefault="00000000">
            <w:pPr>
              <w:rPr>
                <w:sz w:val="28"/>
                <w:szCs w:val="28"/>
              </w:rPr>
            </w:pPr>
            <w:proofErr w:type="gramStart"/>
            <w:r w:rsidRPr="003B3D52">
              <w:rPr>
                <w:sz w:val="28"/>
                <w:szCs w:val="28"/>
              </w:rPr>
              <w:t>[ ]</w:t>
            </w:r>
            <w:proofErr w:type="gramEnd"/>
            <w:r w:rsidRPr="003B3D52">
              <w:rPr>
                <w:sz w:val="28"/>
                <w:szCs w:val="28"/>
              </w:rPr>
              <w:t xml:space="preserve"> Yes</w:t>
            </w:r>
            <w:proofErr w:type="gramStart"/>
            <w:r w:rsidRPr="003B3D52">
              <w:rPr>
                <w:sz w:val="28"/>
                <w:szCs w:val="28"/>
              </w:rPr>
              <w:t xml:space="preserve">   [</w:t>
            </w:r>
            <w:proofErr w:type="gramEnd"/>
            <w:r w:rsidRPr="003B3D52">
              <w:rPr>
                <w:sz w:val="28"/>
                <w:szCs w:val="28"/>
              </w:rPr>
              <w:t xml:space="preserve"> ] No</w:t>
            </w:r>
          </w:p>
        </w:tc>
        <w:tc>
          <w:tcPr>
            <w:tcW w:w="3168" w:type="dxa"/>
          </w:tcPr>
          <w:p w14:paraId="657E6A70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14:paraId="3DC6414D" w14:textId="77777777" w:rsidR="00736337" w:rsidRPr="003B3D52" w:rsidRDefault="00000000">
            <w:pPr>
              <w:rPr>
                <w:sz w:val="28"/>
                <w:szCs w:val="28"/>
              </w:rPr>
            </w:pPr>
            <w:proofErr w:type="gramStart"/>
            <w:r w:rsidRPr="003B3D52">
              <w:rPr>
                <w:sz w:val="28"/>
                <w:szCs w:val="28"/>
              </w:rPr>
              <w:t>[ ]</w:t>
            </w:r>
            <w:proofErr w:type="gramEnd"/>
            <w:r w:rsidRPr="003B3D52">
              <w:rPr>
                <w:sz w:val="28"/>
                <w:szCs w:val="28"/>
              </w:rPr>
              <w:t xml:space="preserve"> Yes</w:t>
            </w:r>
            <w:proofErr w:type="gramStart"/>
            <w:r w:rsidRPr="003B3D52">
              <w:rPr>
                <w:sz w:val="28"/>
                <w:szCs w:val="28"/>
              </w:rPr>
              <w:t xml:space="preserve">   [</w:t>
            </w:r>
            <w:proofErr w:type="gramEnd"/>
            <w:r w:rsidRPr="003B3D52">
              <w:rPr>
                <w:sz w:val="28"/>
                <w:szCs w:val="28"/>
              </w:rPr>
              <w:t xml:space="preserve"> ] No</w:t>
            </w:r>
          </w:p>
        </w:tc>
        <w:tc>
          <w:tcPr>
            <w:tcW w:w="1872" w:type="dxa"/>
          </w:tcPr>
          <w:p w14:paraId="79C3EF0D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</w:tr>
    </w:tbl>
    <w:p w14:paraId="3952B82D" w14:textId="77777777" w:rsidR="00736337" w:rsidRPr="003B3D52" w:rsidRDefault="00736337">
      <w:pPr>
        <w:rPr>
          <w:sz w:val="28"/>
          <w:szCs w:val="28"/>
        </w:rPr>
      </w:pPr>
    </w:p>
    <w:p w14:paraId="35705F8E" w14:textId="77777777" w:rsidR="00736337" w:rsidRPr="003B3D52" w:rsidRDefault="00000000">
      <w:pPr>
        <w:spacing w:after="40"/>
        <w:rPr>
          <w:sz w:val="28"/>
          <w:szCs w:val="28"/>
        </w:rPr>
      </w:pPr>
      <w:r w:rsidRPr="003B3D52">
        <w:rPr>
          <w:sz w:val="28"/>
          <w:szCs w:val="28"/>
        </w:rPr>
        <w:t>What improved during this practice session?</w:t>
      </w:r>
    </w:p>
    <w:p w14:paraId="330E8FD2" w14:textId="6FFD6A01" w:rsidR="00736337" w:rsidRPr="003B3D52" w:rsidRDefault="00000000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_________________________________________________________________________________________________________</w:t>
      </w:r>
      <w:r w:rsidR="003B3D52">
        <w:rPr>
          <w:sz w:val="28"/>
          <w:szCs w:val="28"/>
        </w:rPr>
        <w:t>_________________________________________________________</w:t>
      </w:r>
    </w:p>
    <w:p w14:paraId="50B03ED5" w14:textId="460133F5" w:rsidR="00736337" w:rsidRPr="003B3D52" w:rsidRDefault="00000000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</w:t>
      </w:r>
    </w:p>
    <w:p w14:paraId="3CBF3B4F" w14:textId="77777777" w:rsidR="003B3D52" w:rsidRDefault="003B3D52">
      <w:pPr>
        <w:spacing w:after="40"/>
        <w:rPr>
          <w:sz w:val="28"/>
          <w:szCs w:val="28"/>
        </w:rPr>
      </w:pPr>
    </w:p>
    <w:p w14:paraId="14675F87" w14:textId="37330E7A" w:rsidR="00736337" w:rsidRPr="003B3D52" w:rsidRDefault="00000000">
      <w:pPr>
        <w:spacing w:after="40"/>
        <w:rPr>
          <w:sz w:val="28"/>
          <w:szCs w:val="28"/>
        </w:rPr>
      </w:pPr>
      <w:r w:rsidRPr="003B3D52">
        <w:rPr>
          <w:sz w:val="28"/>
          <w:szCs w:val="28"/>
        </w:rPr>
        <w:t>What still needs work?</w:t>
      </w:r>
    </w:p>
    <w:p w14:paraId="5CC871F8" w14:textId="0B13769B" w:rsidR="00736337" w:rsidRPr="003B3D52" w:rsidRDefault="00000000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_________________________________________________________________________________________________________</w:t>
      </w:r>
      <w:r w:rsidR="003B3D52">
        <w:rPr>
          <w:sz w:val="28"/>
          <w:szCs w:val="28"/>
        </w:rPr>
        <w:t>_________________________________________________________</w:t>
      </w:r>
    </w:p>
    <w:p w14:paraId="10C90C37" w14:textId="716589BF" w:rsidR="00736337" w:rsidRPr="003B3D52" w:rsidRDefault="00000000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</w:t>
      </w:r>
    </w:p>
    <w:p w14:paraId="7F924978" w14:textId="77777777" w:rsidR="003B3D52" w:rsidRDefault="003B3D52">
      <w:pPr>
        <w:spacing w:after="40"/>
        <w:rPr>
          <w:sz w:val="28"/>
          <w:szCs w:val="28"/>
        </w:rPr>
      </w:pPr>
    </w:p>
    <w:p w14:paraId="0BE65AA6" w14:textId="0F530923" w:rsidR="00736337" w:rsidRPr="003B3D52" w:rsidRDefault="00000000">
      <w:pPr>
        <w:spacing w:after="40"/>
        <w:rPr>
          <w:sz w:val="28"/>
          <w:szCs w:val="28"/>
        </w:rPr>
      </w:pPr>
      <w:r w:rsidRPr="003B3D52">
        <w:rPr>
          <w:sz w:val="28"/>
          <w:szCs w:val="28"/>
        </w:rPr>
        <w:t>Next practice target:</w:t>
      </w:r>
    </w:p>
    <w:p w14:paraId="1F303C6B" w14:textId="676C9F21" w:rsidR="00736337" w:rsidRPr="003B3D52" w:rsidRDefault="00000000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_________________________________________________________________________________________________________</w:t>
      </w:r>
      <w:r w:rsidR="003B3D52">
        <w:rPr>
          <w:sz w:val="28"/>
          <w:szCs w:val="28"/>
        </w:rPr>
        <w:t>__________________________________________________________________________________________________________________________________________</w:t>
      </w:r>
    </w:p>
    <w:p w14:paraId="0A7CF345" w14:textId="77777777" w:rsidR="003B3D52" w:rsidRDefault="003B3D52">
      <w:pPr>
        <w:pStyle w:val="Heading2"/>
        <w:rPr>
          <w:sz w:val="28"/>
          <w:szCs w:val="28"/>
        </w:rPr>
      </w:pPr>
    </w:p>
    <w:p w14:paraId="300CFCD2" w14:textId="77777777" w:rsidR="003B3D52" w:rsidRDefault="003B3D52">
      <w:pPr>
        <w:pStyle w:val="Heading2"/>
        <w:rPr>
          <w:sz w:val="28"/>
          <w:szCs w:val="28"/>
        </w:rPr>
      </w:pPr>
    </w:p>
    <w:p w14:paraId="0372F055" w14:textId="77777777" w:rsidR="003B3D52" w:rsidRDefault="003B3D52">
      <w:pPr>
        <w:pStyle w:val="Heading2"/>
        <w:rPr>
          <w:sz w:val="28"/>
          <w:szCs w:val="28"/>
        </w:rPr>
      </w:pPr>
    </w:p>
    <w:p w14:paraId="589AA96C" w14:textId="77777777" w:rsidR="003B3D52" w:rsidRPr="003B3D52" w:rsidRDefault="003B3D52" w:rsidP="003B3D52"/>
    <w:p w14:paraId="188A8B7F" w14:textId="549F6F05" w:rsidR="00736337" w:rsidRPr="003B3D52" w:rsidRDefault="00000000">
      <w:pPr>
        <w:pStyle w:val="Heading2"/>
        <w:rPr>
          <w:sz w:val="28"/>
          <w:szCs w:val="28"/>
        </w:rPr>
      </w:pPr>
      <w:r w:rsidRPr="003B3D52">
        <w:rPr>
          <w:sz w:val="28"/>
          <w:szCs w:val="28"/>
        </w:rPr>
        <w:lastRenderedPageBreak/>
        <w:t>Performance Practice Log 2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84"/>
        <w:gridCol w:w="1872"/>
        <w:gridCol w:w="3168"/>
        <w:gridCol w:w="3456"/>
      </w:tblGrid>
      <w:tr w:rsidR="00736337" w:rsidRPr="003B3D52" w14:paraId="78084535" w14:textId="77777777">
        <w:trPr>
          <w:jc w:val="center"/>
        </w:trPr>
        <w:tc>
          <w:tcPr>
            <w:tcW w:w="1584" w:type="dxa"/>
            <w:shd w:val="clear" w:color="auto" w:fill="1F4E79"/>
          </w:tcPr>
          <w:p w14:paraId="16164A93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Date</w:t>
            </w:r>
          </w:p>
        </w:tc>
        <w:tc>
          <w:tcPr>
            <w:tcW w:w="1872" w:type="dxa"/>
            <w:shd w:val="clear" w:color="auto" w:fill="1F4E79"/>
          </w:tcPr>
          <w:p w14:paraId="7037AF28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Length of practice</w:t>
            </w:r>
          </w:p>
        </w:tc>
        <w:tc>
          <w:tcPr>
            <w:tcW w:w="3168" w:type="dxa"/>
            <w:shd w:val="clear" w:color="auto" w:fill="1F4E79"/>
          </w:tcPr>
          <w:p w14:paraId="234795DB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Section practised</w:t>
            </w:r>
          </w:p>
        </w:tc>
        <w:tc>
          <w:tcPr>
            <w:tcW w:w="3456" w:type="dxa"/>
            <w:shd w:val="clear" w:color="auto" w:fill="1F4E79"/>
          </w:tcPr>
          <w:p w14:paraId="0C4CC402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Main target</w:t>
            </w:r>
          </w:p>
        </w:tc>
      </w:tr>
      <w:tr w:rsidR="00736337" w:rsidRPr="003B3D52" w14:paraId="56E28700" w14:textId="77777777">
        <w:trPr>
          <w:jc w:val="center"/>
        </w:trPr>
        <w:tc>
          <w:tcPr>
            <w:tcW w:w="1584" w:type="dxa"/>
          </w:tcPr>
          <w:p w14:paraId="70540334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1872" w:type="dxa"/>
          </w:tcPr>
          <w:p w14:paraId="620BD2F5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3168" w:type="dxa"/>
          </w:tcPr>
          <w:p w14:paraId="7AA8DE96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3456" w:type="dxa"/>
          </w:tcPr>
          <w:p w14:paraId="3B701BAD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</w:tr>
    </w:tbl>
    <w:p w14:paraId="4B61EBF5" w14:textId="77777777" w:rsidR="00736337" w:rsidRPr="003B3D52" w:rsidRDefault="00736337">
      <w:pPr>
        <w:rPr>
          <w:sz w:val="28"/>
          <w:szCs w:val="2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04"/>
        <w:gridCol w:w="3168"/>
        <w:gridCol w:w="2803"/>
        <w:gridCol w:w="1872"/>
      </w:tblGrid>
      <w:tr w:rsidR="00736337" w:rsidRPr="003B3D52" w14:paraId="0A1F882A" w14:textId="77777777">
        <w:trPr>
          <w:jc w:val="center"/>
        </w:trPr>
        <w:tc>
          <w:tcPr>
            <w:tcW w:w="2304" w:type="dxa"/>
            <w:shd w:val="clear" w:color="auto" w:fill="1F4E79"/>
          </w:tcPr>
          <w:p w14:paraId="06A5F17F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Warm-up completed</w:t>
            </w:r>
          </w:p>
        </w:tc>
        <w:tc>
          <w:tcPr>
            <w:tcW w:w="3168" w:type="dxa"/>
            <w:shd w:val="clear" w:color="auto" w:fill="1F4E79"/>
          </w:tcPr>
          <w:p w14:paraId="272E404C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Technical focus</w:t>
            </w:r>
          </w:p>
        </w:tc>
        <w:tc>
          <w:tcPr>
            <w:tcW w:w="2592" w:type="dxa"/>
            <w:shd w:val="clear" w:color="auto" w:fill="1F4E79"/>
          </w:tcPr>
          <w:p w14:paraId="34656F10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Metronome/backing track used?</w:t>
            </w:r>
          </w:p>
        </w:tc>
        <w:tc>
          <w:tcPr>
            <w:tcW w:w="1872" w:type="dxa"/>
            <w:shd w:val="clear" w:color="auto" w:fill="1F4E79"/>
          </w:tcPr>
          <w:p w14:paraId="32628F48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Confidence rating /10</w:t>
            </w:r>
          </w:p>
        </w:tc>
      </w:tr>
      <w:tr w:rsidR="00736337" w:rsidRPr="003B3D52" w14:paraId="3F018D5E" w14:textId="77777777">
        <w:trPr>
          <w:jc w:val="center"/>
        </w:trPr>
        <w:tc>
          <w:tcPr>
            <w:tcW w:w="2304" w:type="dxa"/>
          </w:tcPr>
          <w:p w14:paraId="76B75FE9" w14:textId="77777777" w:rsidR="00736337" w:rsidRPr="003B3D52" w:rsidRDefault="00000000">
            <w:pPr>
              <w:rPr>
                <w:sz w:val="28"/>
                <w:szCs w:val="28"/>
              </w:rPr>
            </w:pPr>
            <w:proofErr w:type="gramStart"/>
            <w:r w:rsidRPr="003B3D52">
              <w:rPr>
                <w:sz w:val="28"/>
                <w:szCs w:val="28"/>
              </w:rPr>
              <w:t>[ ]</w:t>
            </w:r>
            <w:proofErr w:type="gramEnd"/>
            <w:r w:rsidRPr="003B3D52">
              <w:rPr>
                <w:sz w:val="28"/>
                <w:szCs w:val="28"/>
              </w:rPr>
              <w:t xml:space="preserve"> Yes</w:t>
            </w:r>
            <w:proofErr w:type="gramStart"/>
            <w:r w:rsidRPr="003B3D52">
              <w:rPr>
                <w:sz w:val="28"/>
                <w:szCs w:val="28"/>
              </w:rPr>
              <w:t xml:space="preserve">   [</w:t>
            </w:r>
            <w:proofErr w:type="gramEnd"/>
            <w:r w:rsidRPr="003B3D52">
              <w:rPr>
                <w:sz w:val="28"/>
                <w:szCs w:val="28"/>
              </w:rPr>
              <w:t xml:space="preserve"> ] No</w:t>
            </w:r>
          </w:p>
        </w:tc>
        <w:tc>
          <w:tcPr>
            <w:tcW w:w="3168" w:type="dxa"/>
          </w:tcPr>
          <w:p w14:paraId="73E777BC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14:paraId="11E95E83" w14:textId="77777777" w:rsidR="00736337" w:rsidRPr="003B3D52" w:rsidRDefault="00000000">
            <w:pPr>
              <w:rPr>
                <w:sz w:val="28"/>
                <w:szCs w:val="28"/>
              </w:rPr>
            </w:pPr>
            <w:proofErr w:type="gramStart"/>
            <w:r w:rsidRPr="003B3D52">
              <w:rPr>
                <w:sz w:val="28"/>
                <w:szCs w:val="28"/>
              </w:rPr>
              <w:t>[ ]</w:t>
            </w:r>
            <w:proofErr w:type="gramEnd"/>
            <w:r w:rsidRPr="003B3D52">
              <w:rPr>
                <w:sz w:val="28"/>
                <w:szCs w:val="28"/>
              </w:rPr>
              <w:t xml:space="preserve"> Yes</w:t>
            </w:r>
            <w:proofErr w:type="gramStart"/>
            <w:r w:rsidRPr="003B3D52">
              <w:rPr>
                <w:sz w:val="28"/>
                <w:szCs w:val="28"/>
              </w:rPr>
              <w:t xml:space="preserve">   [</w:t>
            </w:r>
            <w:proofErr w:type="gramEnd"/>
            <w:r w:rsidRPr="003B3D52">
              <w:rPr>
                <w:sz w:val="28"/>
                <w:szCs w:val="28"/>
              </w:rPr>
              <w:t xml:space="preserve"> ] No</w:t>
            </w:r>
          </w:p>
        </w:tc>
        <w:tc>
          <w:tcPr>
            <w:tcW w:w="1872" w:type="dxa"/>
          </w:tcPr>
          <w:p w14:paraId="40DB7AC4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</w:tr>
    </w:tbl>
    <w:p w14:paraId="399912A9" w14:textId="77777777" w:rsidR="00736337" w:rsidRPr="003B3D52" w:rsidRDefault="00736337">
      <w:pPr>
        <w:rPr>
          <w:sz w:val="28"/>
          <w:szCs w:val="28"/>
        </w:rPr>
      </w:pPr>
    </w:p>
    <w:p w14:paraId="6FD52E5C" w14:textId="77777777" w:rsidR="003B3D52" w:rsidRPr="003B3D52" w:rsidRDefault="003B3D52" w:rsidP="003B3D52">
      <w:pPr>
        <w:spacing w:after="40"/>
        <w:rPr>
          <w:sz w:val="28"/>
          <w:szCs w:val="28"/>
        </w:rPr>
      </w:pPr>
      <w:r w:rsidRPr="003B3D52">
        <w:rPr>
          <w:sz w:val="28"/>
          <w:szCs w:val="28"/>
        </w:rPr>
        <w:t>What improved during this practice session?</w:t>
      </w:r>
    </w:p>
    <w:p w14:paraId="6060633A" w14:textId="77777777" w:rsidR="003B3D52" w:rsidRPr="003B3D52" w:rsidRDefault="003B3D52" w:rsidP="003B3D52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</w:t>
      </w:r>
    </w:p>
    <w:p w14:paraId="6CCB7FCF" w14:textId="77777777" w:rsidR="003B3D52" w:rsidRPr="003B3D52" w:rsidRDefault="003B3D52" w:rsidP="003B3D52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</w:t>
      </w:r>
    </w:p>
    <w:p w14:paraId="55F31CF0" w14:textId="77777777" w:rsidR="003B3D52" w:rsidRDefault="003B3D52" w:rsidP="003B3D52">
      <w:pPr>
        <w:spacing w:after="40"/>
        <w:rPr>
          <w:sz w:val="28"/>
          <w:szCs w:val="28"/>
        </w:rPr>
      </w:pPr>
    </w:p>
    <w:p w14:paraId="6AA9FD06" w14:textId="77777777" w:rsidR="003B3D52" w:rsidRPr="003B3D52" w:rsidRDefault="003B3D52" w:rsidP="003B3D52">
      <w:pPr>
        <w:spacing w:after="40"/>
        <w:rPr>
          <w:sz w:val="28"/>
          <w:szCs w:val="28"/>
        </w:rPr>
      </w:pPr>
      <w:r w:rsidRPr="003B3D52">
        <w:rPr>
          <w:sz w:val="28"/>
          <w:szCs w:val="28"/>
        </w:rPr>
        <w:t>What still needs work?</w:t>
      </w:r>
    </w:p>
    <w:p w14:paraId="165CC738" w14:textId="77777777" w:rsidR="003B3D52" w:rsidRPr="003B3D52" w:rsidRDefault="003B3D52" w:rsidP="003B3D52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</w:t>
      </w:r>
    </w:p>
    <w:p w14:paraId="00536260" w14:textId="77777777" w:rsidR="003B3D52" w:rsidRPr="003B3D52" w:rsidRDefault="003B3D52" w:rsidP="003B3D52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</w:t>
      </w:r>
    </w:p>
    <w:p w14:paraId="19F1A4BD" w14:textId="77777777" w:rsidR="003B3D52" w:rsidRDefault="003B3D52" w:rsidP="003B3D52">
      <w:pPr>
        <w:spacing w:after="40"/>
        <w:rPr>
          <w:sz w:val="28"/>
          <w:szCs w:val="28"/>
        </w:rPr>
      </w:pPr>
    </w:p>
    <w:p w14:paraId="6649B26A" w14:textId="77777777" w:rsidR="003B3D52" w:rsidRPr="003B3D52" w:rsidRDefault="003B3D52" w:rsidP="003B3D52">
      <w:pPr>
        <w:spacing w:after="40"/>
        <w:rPr>
          <w:sz w:val="28"/>
          <w:szCs w:val="28"/>
        </w:rPr>
      </w:pPr>
      <w:r w:rsidRPr="003B3D52">
        <w:rPr>
          <w:sz w:val="28"/>
          <w:szCs w:val="28"/>
        </w:rPr>
        <w:t>Next practice target:</w:t>
      </w:r>
    </w:p>
    <w:p w14:paraId="344E66DB" w14:textId="77777777" w:rsidR="003B3D52" w:rsidRPr="003B3D52" w:rsidRDefault="003B3D52" w:rsidP="003B3D52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</w:t>
      </w:r>
    </w:p>
    <w:p w14:paraId="4AB5A07B" w14:textId="77777777" w:rsidR="003B3D52" w:rsidRDefault="003B3D52">
      <w:pPr>
        <w:pStyle w:val="Heading2"/>
        <w:rPr>
          <w:sz w:val="28"/>
          <w:szCs w:val="28"/>
        </w:rPr>
      </w:pPr>
    </w:p>
    <w:p w14:paraId="3CB46E26" w14:textId="77777777" w:rsidR="003B3D52" w:rsidRDefault="003B3D52">
      <w:pPr>
        <w:pStyle w:val="Heading2"/>
        <w:rPr>
          <w:sz w:val="28"/>
          <w:szCs w:val="28"/>
        </w:rPr>
      </w:pPr>
    </w:p>
    <w:p w14:paraId="23C5F8B5" w14:textId="77777777" w:rsidR="003B3D52" w:rsidRDefault="003B3D52">
      <w:pPr>
        <w:pStyle w:val="Heading2"/>
        <w:rPr>
          <w:sz w:val="28"/>
          <w:szCs w:val="28"/>
        </w:rPr>
      </w:pPr>
    </w:p>
    <w:p w14:paraId="2CDF14A3" w14:textId="77777777" w:rsidR="003B3D52" w:rsidRDefault="003B3D52">
      <w:pPr>
        <w:pStyle w:val="Heading2"/>
        <w:rPr>
          <w:sz w:val="28"/>
          <w:szCs w:val="28"/>
        </w:rPr>
      </w:pPr>
    </w:p>
    <w:p w14:paraId="54A79C74" w14:textId="77777777" w:rsidR="003B3D52" w:rsidRDefault="003B3D52">
      <w:pPr>
        <w:pStyle w:val="Heading2"/>
        <w:rPr>
          <w:sz w:val="28"/>
          <w:szCs w:val="28"/>
        </w:rPr>
      </w:pPr>
    </w:p>
    <w:p w14:paraId="26867027" w14:textId="77777777" w:rsidR="003B3D52" w:rsidRDefault="003B3D52">
      <w:pPr>
        <w:pStyle w:val="Heading2"/>
        <w:rPr>
          <w:sz w:val="28"/>
          <w:szCs w:val="28"/>
        </w:rPr>
      </w:pPr>
    </w:p>
    <w:p w14:paraId="45489201" w14:textId="77777777" w:rsidR="003B3D52" w:rsidRPr="003B3D52" w:rsidRDefault="003B3D52" w:rsidP="003B3D52"/>
    <w:p w14:paraId="3635E8C2" w14:textId="44DB277B" w:rsidR="00736337" w:rsidRPr="003B3D52" w:rsidRDefault="00000000">
      <w:pPr>
        <w:pStyle w:val="Heading2"/>
        <w:rPr>
          <w:sz w:val="28"/>
          <w:szCs w:val="28"/>
        </w:rPr>
      </w:pPr>
      <w:r w:rsidRPr="003B3D52">
        <w:rPr>
          <w:sz w:val="28"/>
          <w:szCs w:val="28"/>
        </w:rPr>
        <w:lastRenderedPageBreak/>
        <w:t>Performance Practice Log 3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84"/>
        <w:gridCol w:w="1872"/>
        <w:gridCol w:w="3168"/>
        <w:gridCol w:w="3456"/>
      </w:tblGrid>
      <w:tr w:rsidR="00736337" w:rsidRPr="003B3D52" w14:paraId="60E825AD" w14:textId="77777777">
        <w:trPr>
          <w:jc w:val="center"/>
        </w:trPr>
        <w:tc>
          <w:tcPr>
            <w:tcW w:w="1584" w:type="dxa"/>
            <w:shd w:val="clear" w:color="auto" w:fill="1F4E79"/>
          </w:tcPr>
          <w:p w14:paraId="4D2F2E65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Date</w:t>
            </w:r>
          </w:p>
        </w:tc>
        <w:tc>
          <w:tcPr>
            <w:tcW w:w="1872" w:type="dxa"/>
            <w:shd w:val="clear" w:color="auto" w:fill="1F4E79"/>
          </w:tcPr>
          <w:p w14:paraId="2613C351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Length of practice</w:t>
            </w:r>
          </w:p>
        </w:tc>
        <w:tc>
          <w:tcPr>
            <w:tcW w:w="3168" w:type="dxa"/>
            <w:shd w:val="clear" w:color="auto" w:fill="1F4E79"/>
          </w:tcPr>
          <w:p w14:paraId="5F38C01C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Section practised</w:t>
            </w:r>
          </w:p>
        </w:tc>
        <w:tc>
          <w:tcPr>
            <w:tcW w:w="3456" w:type="dxa"/>
            <w:shd w:val="clear" w:color="auto" w:fill="1F4E79"/>
          </w:tcPr>
          <w:p w14:paraId="1F2EC92A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Main target</w:t>
            </w:r>
          </w:p>
        </w:tc>
      </w:tr>
      <w:tr w:rsidR="00736337" w:rsidRPr="003B3D52" w14:paraId="59A1DEAB" w14:textId="77777777">
        <w:trPr>
          <w:jc w:val="center"/>
        </w:trPr>
        <w:tc>
          <w:tcPr>
            <w:tcW w:w="1584" w:type="dxa"/>
          </w:tcPr>
          <w:p w14:paraId="44FA3A62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1872" w:type="dxa"/>
          </w:tcPr>
          <w:p w14:paraId="4E9EA7F4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3168" w:type="dxa"/>
          </w:tcPr>
          <w:p w14:paraId="379E1A20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3456" w:type="dxa"/>
          </w:tcPr>
          <w:p w14:paraId="475D1956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</w:tr>
    </w:tbl>
    <w:p w14:paraId="31E82B93" w14:textId="77777777" w:rsidR="00736337" w:rsidRPr="003B3D52" w:rsidRDefault="00736337">
      <w:pPr>
        <w:rPr>
          <w:sz w:val="28"/>
          <w:szCs w:val="2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04"/>
        <w:gridCol w:w="3168"/>
        <w:gridCol w:w="2803"/>
        <w:gridCol w:w="1872"/>
      </w:tblGrid>
      <w:tr w:rsidR="00736337" w:rsidRPr="003B3D52" w14:paraId="0DD8B640" w14:textId="77777777">
        <w:trPr>
          <w:jc w:val="center"/>
        </w:trPr>
        <w:tc>
          <w:tcPr>
            <w:tcW w:w="2304" w:type="dxa"/>
            <w:shd w:val="clear" w:color="auto" w:fill="1F4E79"/>
          </w:tcPr>
          <w:p w14:paraId="32DC7DFF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Warm-up completed</w:t>
            </w:r>
          </w:p>
        </w:tc>
        <w:tc>
          <w:tcPr>
            <w:tcW w:w="3168" w:type="dxa"/>
            <w:shd w:val="clear" w:color="auto" w:fill="1F4E79"/>
          </w:tcPr>
          <w:p w14:paraId="4FDA6013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Technical focus</w:t>
            </w:r>
          </w:p>
        </w:tc>
        <w:tc>
          <w:tcPr>
            <w:tcW w:w="2592" w:type="dxa"/>
            <w:shd w:val="clear" w:color="auto" w:fill="1F4E79"/>
          </w:tcPr>
          <w:p w14:paraId="07A49AD6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Metronome/backing track used?</w:t>
            </w:r>
          </w:p>
        </w:tc>
        <w:tc>
          <w:tcPr>
            <w:tcW w:w="1872" w:type="dxa"/>
            <w:shd w:val="clear" w:color="auto" w:fill="1F4E79"/>
          </w:tcPr>
          <w:p w14:paraId="50D4C6BA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Confidence rating /10</w:t>
            </w:r>
          </w:p>
        </w:tc>
      </w:tr>
      <w:tr w:rsidR="00736337" w:rsidRPr="003B3D52" w14:paraId="3B55CCB0" w14:textId="77777777">
        <w:trPr>
          <w:jc w:val="center"/>
        </w:trPr>
        <w:tc>
          <w:tcPr>
            <w:tcW w:w="2304" w:type="dxa"/>
          </w:tcPr>
          <w:p w14:paraId="4DD45F36" w14:textId="77777777" w:rsidR="00736337" w:rsidRPr="003B3D52" w:rsidRDefault="00000000">
            <w:pPr>
              <w:rPr>
                <w:sz w:val="28"/>
                <w:szCs w:val="28"/>
              </w:rPr>
            </w:pPr>
            <w:proofErr w:type="gramStart"/>
            <w:r w:rsidRPr="003B3D52">
              <w:rPr>
                <w:sz w:val="28"/>
                <w:szCs w:val="28"/>
              </w:rPr>
              <w:t>[ ]</w:t>
            </w:r>
            <w:proofErr w:type="gramEnd"/>
            <w:r w:rsidRPr="003B3D52">
              <w:rPr>
                <w:sz w:val="28"/>
                <w:szCs w:val="28"/>
              </w:rPr>
              <w:t xml:space="preserve"> Yes</w:t>
            </w:r>
            <w:proofErr w:type="gramStart"/>
            <w:r w:rsidRPr="003B3D52">
              <w:rPr>
                <w:sz w:val="28"/>
                <w:szCs w:val="28"/>
              </w:rPr>
              <w:t xml:space="preserve">   [</w:t>
            </w:r>
            <w:proofErr w:type="gramEnd"/>
            <w:r w:rsidRPr="003B3D52">
              <w:rPr>
                <w:sz w:val="28"/>
                <w:szCs w:val="28"/>
              </w:rPr>
              <w:t xml:space="preserve"> ] No</w:t>
            </w:r>
          </w:p>
        </w:tc>
        <w:tc>
          <w:tcPr>
            <w:tcW w:w="3168" w:type="dxa"/>
          </w:tcPr>
          <w:p w14:paraId="675569AA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14:paraId="52C390CC" w14:textId="77777777" w:rsidR="00736337" w:rsidRPr="003B3D52" w:rsidRDefault="00000000">
            <w:pPr>
              <w:rPr>
                <w:sz w:val="28"/>
                <w:szCs w:val="28"/>
              </w:rPr>
            </w:pPr>
            <w:proofErr w:type="gramStart"/>
            <w:r w:rsidRPr="003B3D52">
              <w:rPr>
                <w:sz w:val="28"/>
                <w:szCs w:val="28"/>
              </w:rPr>
              <w:t>[ ]</w:t>
            </w:r>
            <w:proofErr w:type="gramEnd"/>
            <w:r w:rsidRPr="003B3D52">
              <w:rPr>
                <w:sz w:val="28"/>
                <w:szCs w:val="28"/>
              </w:rPr>
              <w:t xml:space="preserve"> Yes</w:t>
            </w:r>
            <w:proofErr w:type="gramStart"/>
            <w:r w:rsidRPr="003B3D52">
              <w:rPr>
                <w:sz w:val="28"/>
                <w:szCs w:val="28"/>
              </w:rPr>
              <w:t xml:space="preserve">   [</w:t>
            </w:r>
            <w:proofErr w:type="gramEnd"/>
            <w:r w:rsidRPr="003B3D52">
              <w:rPr>
                <w:sz w:val="28"/>
                <w:szCs w:val="28"/>
              </w:rPr>
              <w:t xml:space="preserve"> ] No</w:t>
            </w:r>
          </w:p>
        </w:tc>
        <w:tc>
          <w:tcPr>
            <w:tcW w:w="1872" w:type="dxa"/>
          </w:tcPr>
          <w:p w14:paraId="3396CD7C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</w:tr>
    </w:tbl>
    <w:p w14:paraId="659A5014" w14:textId="77777777" w:rsidR="00736337" w:rsidRPr="003B3D52" w:rsidRDefault="00736337">
      <w:pPr>
        <w:rPr>
          <w:sz w:val="28"/>
          <w:szCs w:val="28"/>
        </w:rPr>
      </w:pPr>
    </w:p>
    <w:p w14:paraId="0C161419" w14:textId="77777777" w:rsidR="003B3D52" w:rsidRPr="003B3D52" w:rsidRDefault="003B3D52" w:rsidP="003B3D52">
      <w:pPr>
        <w:spacing w:after="40"/>
        <w:rPr>
          <w:sz w:val="28"/>
          <w:szCs w:val="28"/>
        </w:rPr>
      </w:pPr>
      <w:r w:rsidRPr="003B3D52">
        <w:rPr>
          <w:sz w:val="28"/>
          <w:szCs w:val="28"/>
        </w:rPr>
        <w:t>What improved during this practice session?</w:t>
      </w:r>
    </w:p>
    <w:p w14:paraId="460DAD7E" w14:textId="77777777" w:rsidR="003B3D52" w:rsidRPr="003B3D52" w:rsidRDefault="003B3D52" w:rsidP="003B3D52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</w:t>
      </w:r>
    </w:p>
    <w:p w14:paraId="15C58D46" w14:textId="77777777" w:rsidR="003B3D52" w:rsidRPr="003B3D52" w:rsidRDefault="003B3D52" w:rsidP="003B3D52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</w:t>
      </w:r>
    </w:p>
    <w:p w14:paraId="56C96961" w14:textId="77777777" w:rsidR="003B3D52" w:rsidRDefault="003B3D52" w:rsidP="003B3D52">
      <w:pPr>
        <w:spacing w:after="40"/>
        <w:rPr>
          <w:sz w:val="28"/>
          <w:szCs w:val="28"/>
        </w:rPr>
      </w:pPr>
    </w:p>
    <w:p w14:paraId="07DC9BDD" w14:textId="77777777" w:rsidR="003B3D52" w:rsidRPr="003B3D52" w:rsidRDefault="003B3D52" w:rsidP="003B3D52">
      <w:pPr>
        <w:spacing w:after="40"/>
        <w:rPr>
          <w:sz w:val="28"/>
          <w:szCs w:val="28"/>
        </w:rPr>
      </w:pPr>
      <w:r w:rsidRPr="003B3D52">
        <w:rPr>
          <w:sz w:val="28"/>
          <w:szCs w:val="28"/>
        </w:rPr>
        <w:t>What still needs work?</w:t>
      </w:r>
    </w:p>
    <w:p w14:paraId="355416CC" w14:textId="77777777" w:rsidR="003B3D52" w:rsidRPr="003B3D52" w:rsidRDefault="003B3D52" w:rsidP="003B3D52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</w:t>
      </w:r>
    </w:p>
    <w:p w14:paraId="75FB5BB6" w14:textId="77777777" w:rsidR="003B3D52" w:rsidRPr="003B3D52" w:rsidRDefault="003B3D52" w:rsidP="003B3D52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</w:t>
      </w:r>
    </w:p>
    <w:p w14:paraId="46FA3985" w14:textId="77777777" w:rsidR="003B3D52" w:rsidRDefault="003B3D52" w:rsidP="003B3D52">
      <w:pPr>
        <w:spacing w:after="40"/>
        <w:rPr>
          <w:sz w:val="28"/>
          <w:szCs w:val="28"/>
        </w:rPr>
      </w:pPr>
    </w:p>
    <w:p w14:paraId="087D8C72" w14:textId="77777777" w:rsidR="003B3D52" w:rsidRPr="003B3D52" w:rsidRDefault="003B3D52" w:rsidP="003B3D52">
      <w:pPr>
        <w:spacing w:after="40"/>
        <w:rPr>
          <w:sz w:val="28"/>
          <w:szCs w:val="28"/>
        </w:rPr>
      </w:pPr>
      <w:r w:rsidRPr="003B3D52">
        <w:rPr>
          <w:sz w:val="28"/>
          <w:szCs w:val="28"/>
        </w:rPr>
        <w:t>Next practice target:</w:t>
      </w:r>
    </w:p>
    <w:p w14:paraId="53819ED2" w14:textId="77777777" w:rsidR="003B3D52" w:rsidRPr="003B3D52" w:rsidRDefault="003B3D52" w:rsidP="003B3D52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</w:t>
      </w:r>
    </w:p>
    <w:p w14:paraId="27A625D9" w14:textId="77777777" w:rsidR="003B3D52" w:rsidRDefault="003B3D52">
      <w:pPr>
        <w:pStyle w:val="Heading2"/>
        <w:rPr>
          <w:sz w:val="28"/>
          <w:szCs w:val="28"/>
        </w:rPr>
      </w:pPr>
    </w:p>
    <w:p w14:paraId="1BEC9013" w14:textId="77777777" w:rsidR="003B3D52" w:rsidRDefault="003B3D52">
      <w:pPr>
        <w:pStyle w:val="Heading2"/>
        <w:rPr>
          <w:sz w:val="28"/>
          <w:szCs w:val="28"/>
        </w:rPr>
      </w:pPr>
    </w:p>
    <w:p w14:paraId="41FDC241" w14:textId="77777777" w:rsidR="003B3D52" w:rsidRDefault="003B3D52">
      <w:pPr>
        <w:pStyle w:val="Heading2"/>
        <w:rPr>
          <w:sz w:val="28"/>
          <w:szCs w:val="28"/>
        </w:rPr>
      </w:pPr>
    </w:p>
    <w:p w14:paraId="33E698CC" w14:textId="77777777" w:rsidR="003B3D52" w:rsidRDefault="003B3D52">
      <w:pPr>
        <w:pStyle w:val="Heading2"/>
        <w:rPr>
          <w:sz w:val="28"/>
          <w:szCs w:val="28"/>
        </w:rPr>
      </w:pPr>
    </w:p>
    <w:p w14:paraId="4E419F70" w14:textId="77777777" w:rsidR="003B3D52" w:rsidRDefault="003B3D52">
      <w:pPr>
        <w:pStyle w:val="Heading2"/>
        <w:rPr>
          <w:sz w:val="28"/>
          <w:szCs w:val="28"/>
        </w:rPr>
      </w:pPr>
    </w:p>
    <w:p w14:paraId="5F838198" w14:textId="77777777" w:rsidR="003B3D52" w:rsidRDefault="003B3D52">
      <w:pPr>
        <w:pStyle w:val="Heading2"/>
        <w:rPr>
          <w:sz w:val="28"/>
          <w:szCs w:val="28"/>
        </w:rPr>
      </w:pPr>
    </w:p>
    <w:p w14:paraId="0E853FCC" w14:textId="77777777" w:rsidR="003B3D52" w:rsidRDefault="003B3D52">
      <w:pPr>
        <w:pStyle w:val="Heading2"/>
        <w:rPr>
          <w:sz w:val="28"/>
          <w:szCs w:val="28"/>
        </w:rPr>
      </w:pPr>
    </w:p>
    <w:p w14:paraId="2B9CE6CA" w14:textId="77777777" w:rsidR="003B3D52" w:rsidRPr="003B3D52" w:rsidRDefault="003B3D52" w:rsidP="003B3D52"/>
    <w:p w14:paraId="1A55BB13" w14:textId="5AF545D7" w:rsidR="00736337" w:rsidRPr="003B3D52" w:rsidRDefault="00000000">
      <w:pPr>
        <w:pStyle w:val="Heading2"/>
        <w:rPr>
          <w:sz w:val="28"/>
          <w:szCs w:val="28"/>
        </w:rPr>
      </w:pPr>
      <w:r w:rsidRPr="003B3D52">
        <w:rPr>
          <w:sz w:val="28"/>
          <w:szCs w:val="28"/>
        </w:rPr>
        <w:lastRenderedPageBreak/>
        <w:t>Performance Practice Log 4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84"/>
        <w:gridCol w:w="1872"/>
        <w:gridCol w:w="3168"/>
        <w:gridCol w:w="3456"/>
      </w:tblGrid>
      <w:tr w:rsidR="00736337" w:rsidRPr="003B3D52" w14:paraId="7C19DACB" w14:textId="77777777">
        <w:trPr>
          <w:jc w:val="center"/>
        </w:trPr>
        <w:tc>
          <w:tcPr>
            <w:tcW w:w="1584" w:type="dxa"/>
            <w:shd w:val="clear" w:color="auto" w:fill="1F4E79"/>
          </w:tcPr>
          <w:p w14:paraId="65F67648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Date</w:t>
            </w:r>
          </w:p>
        </w:tc>
        <w:tc>
          <w:tcPr>
            <w:tcW w:w="1872" w:type="dxa"/>
            <w:shd w:val="clear" w:color="auto" w:fill="1F4E79"/>
          </w:tcPr>
          <w:p w14:paraId="3B2492B4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Length of practice</w:t>
            </w:r>
          </w:p>
        </w:tc>
        <w:tc>
          <w:tcPr>
            <w:tcW w:w="3168" w:type="dxa"/>
            <w:shd w:val="clear" w:color="auto" w:fill="1F4E79"/>
          </w:tcPr>
          <w:p w14:paraId="051CE879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Section practised</w:t>
            </w:r>
          </w:p>
        </w:tc>
        <w:tc>
          <w:tcPr>
            <w:tcW w:w="3456" w:type="dxa"/>
            <w:shd w:val="clear" w:color="auto" w:fill="1F4E79"/>
          </w:tcPr>
          <w:p w14:paraId="410F1EB5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Main target</w:t>
            </w:r>
          </w:p>
        </w:tc>
      </w:tr>
      <w:tr w:rsidR="00736337" w:rsidRPr="003B3D52" w14:paraId="3FDB7B1E" w14:textId="77777777">
        <w:trPr>
          <w:jc w:val="center"/>
        </w:trPr>
        <w:tc>
          <w:tcPr>
            <w:tcW w:w="1584" w:type="dxa"/>
          </w:tcPr>
          <w:p w14:paraId="06EBA42C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1872" w:type="dxa"/>
          </w:tcPr>
          <w:p w14:paraId="1905DA5E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3168" w:type="dxa"/>
          </w:tcPr>
          <w:p w14:paraId="10970C56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3456" w:type="dxa"/>
          </w:tcPr>
          <w:p w14:paraId="0DC0FDF6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</w:tr>
    </w:tbl>
    <w:p w14:paraId="620F02F1" w14:textId="77777777" w:rsidR="00736337" w:rsidRPr="003B3D52" w:rsidRDefault="00736337">
      <w:pPr>
        <w:rPr>
          <w:sz w:val="28"/>
          <w:szCs w:val="2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04"/>
        <w:gridCol w:w="3168"/>
        <w:gridCol w:w="2803"/>
        <w:gridCol w:w="1872"/>
      </w:tblGrid>
      <w:tr w:rsidR="00736337" w:rsidRPr="003B3D52" w14:paraId="43209ADB" w14:textId="77777777">
        <w:trPr>
          <w:jc w:val="center"/>
        </w:trPr>
        <w:tc>
          <w:tcPr>
            <w:tcW w:w="2304" w:type="dxa"/>
            <w:shd w:val="clear" w:color="auto" w:fill="1F4E79"/>
          </w:tcPr>
          <w:p w14:paraId="74F0B79B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Warm-up completed</w:t>
            </w:r>
          </w:p>
        </w:tc>
        <w:tc>
          <w:tcPr>
            <w:tcW w:w="3168" w:type="dxa"/>
            <w:shd w:val="clear" w:color="auto" w:fill="1F4E79"/>
          </w:tcPr>
          <w:p w14:paraId="51C0B044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Technical focus</w:t>
            </w:r>
          </w:p>
        </w:tc>
        <w:tc>
          <w:tcPr>
            <w:tcW w:w="2592" w:type="dxa"/>
            <w:shd w:val="clear" w:color="auto" w:fill="1F4E79"/>
          </w:tcPr>
          <w:p w14:paraId="6836FD63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Metronome/backing track used?</w:t>
            </w:r>
          </w:p>
        </w:tc>
        <w:tc>
          <w:tcPr>
            <w:tcW w:w="1872" w:type="dxa"/>
            <w:shd w:val="clear" w:color="auto" w:fill="1F4E79"/>
          </w:tcPr>
          <w:p w14:paraId="20A3B341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Confidence rating /10</w:t>
            </w:r>
          </w:p>
        </w:tc>
      </w:tr>
      <w:tr w:rsidR="00736337" w:rsidRPr="003B3D52" w14:paraId="0A974AE4" w14:textId="77777777">
        <w:trPr>
          <w:jc w:val="center"/>
        </w:trPr>
        <w:tc>
          <w:tcPr>
            <w:tcW w:w="2304" w:type="dxa"/>
          </w:tcPr>
          <w:p w14:paraId="54E1A005" w14:textId="77777777" w:rsidR="00736337" w:rsidRPr="003B3D52" w:rsidRDefault="00000000">
            <w:pPr>
              <w:rPr>
                <w:sz w:val="28"/>
                <w:szCs w:val="28"/>
              </w:rPr>
            </w:pPr>
            <w:proofErr w:type="gramStart"/>
            <w:r w:rsidRPr="003B3D52">
              <w:rPr>
                <w:sz w:val="28"/>
                <w:szCs w:val="28"/>
              </w:rPr>
              <w:t>[ ]</w:t>
            </w:r>
            <w:proofErr w:type="gramEnd"/>
            <w:r w:rsidRPr="003B3D52">
              <w:rPr>
                <w:sz w:val="28"/>
                <w:szCs w:val="28"/>
              </w:rPr>
              <w:t xml:space="preserve"> Yes</w:t>
            </w:r>
            <w:proofErr w:type="gramStart"/>
            <w:r w:rsidRPr="003B3D52">
              <w:rPr>
                <w:sz w:val="28"/>
                <w:szCs w:val="28"/>
              </w:rPr>
              <w:t xml:space="preserve">   [</w:t>
            </w:r>
            <w:proofErr w:type="gramEnd"/>
            <w:r w:rsidRPr="003B3D52">
              <w:rPr>
                <w:sz w:val="28"/>
                <w:szCs w:val="28"/>
              </w:rPr>
              <w:t xml:space="preserve"> ] No</w:t>
            </w:r>
          </w:p>
        </w:tc>
        <w:tc>
          <w:tcPr>
            <w:tcW w:w="3168" w:type="dxa"/>
          </w:tcPr>
          <w:p w14:paraId="6EC4BF33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14:paraId="0CE7EA23" w14:textId="77777777" w:rsidR="00736337" w:rsidRPr="003B3D52" w:rsidRDefault="00000000">
            <w:pPr>
              <w:rPr>
                <w:sz w:val="28"/>
                <w:szCs w:val="28"/>
              </w:rPr>
            </w:pPr>
            <w:proofErr w:type="gramStart"/>
            <w:r w:rsidRPr="003B3D52">
              <w:rPr>
                <w:sz w:val="28"/>
                <w:szCs w:val="28"/>
              </w:rPr>
              <w:t>[ ]</w:t>
            </w:r>
            <w:proofErr w:type="gramEnd"/>
            <w:r w:rsidRPr="003B3D52">
              <w:rPr>
                <w:sz w:val="28"/>
                <w:szCs w:val="28"/>
              </w:rPr>
              <w:t xml:space="preserve"> Yes</w:t>
            </w:r>
            <w:proofErr w:type="gramStart"/>
            <w:r w:rsidRPr="003B3D52">
              <w:rPr>
                <w:sz w:val="28"/>
                <w:szCs w:val="28"/>
              </w:rPr>
              <w:t xml:space="preserve">   [</w:t>
            </w:r>
            <w:proofErr w:type="gramEnd"/>
            <w:r w:rsidRPr="003B3D52">
              <w:rPr>
                <w:sz w:val="28"/>
                <w:szCs w:val="28"/>
              </w:rPr>
              <w:t xml:space="preserve"> ] No</w:t>
            </w:r>
          </w:p>
        </w:tc>
        <w:tc>
          <w:tcPr>
            <w:tcW w:w="1872" w:type="dxa"/>
          </w:tcPr>
          <w:p w14:paraId="380DF5B1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</w:tr>
    </w:tbl>
    <w:p w14:paraId="6920BA28" w14:textId="77777777" w:rsidR="00736337" w:rsidRPr="003B3D52" w:rsidRDefault="00736337">
      <w:pPr>
        <w:rPr>
          <w:sz w:val="28"/>
          <w:szCs w:val="28"/>
        </w:rPr>
      </w:pPr>
    </w:p>
    <w:p w14:paraId="2EB6BAFA" w14:textId="77777777" w:rsidR="003B3D52" w:rsidRPr="003B3D52" w:rsidRDefault="003B3D52" w:rsidP="003B3D52">
      <w:pPr>
        <w:spacing w:after="40"/>
        <w:rPr>
          <w:sz w:val="28"/>
          <w:szCs w:val="28"/>
        </w:rPr>
      </w:pPr>
      <w:r w:rsidRPr="003B3D52">
        <w:rPr>
          <w:sz w:val="28"/>
          <w:szCs w:val="28"/>
        </w:rPr>
        <w:t>What improved during this practice session?</w:t>
      </w:r>
    </w:p>
    <w:p w14:paraId="332FD6BF" w14:textId="77777777" w:rsidR="003B3D52" w:rsidRPr="003B3D52" w:rsidRDefault="003B3D52" w:rsidP="003B3D52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</w:t>
      </w:r>
    </w:p>
    <w:p w14:paraId="4D4E33A1" w14:textId="77777777" w:rsidR="003B3D52" w:rsidRPr="003B3D52" w:rsidRDefault="003B3D52" w:rsidP="003B3D52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</w:t>
      </w:r>
    </w:p>
    <w:p w14:paraId="4C1F83F3" w14:textId="77777777" w:rsidR="003B3D52" w:rsidRDefault="003B3D52" w:rsidP="003B3D52">
      <w:pPr>
        <w:spacing w:after="40"/>
        <w:rPr>
          <w:sz w:val="28"/>
          <w:szCs w:val="28"/>
        </w:rPr>
      </w:pPr>
    </w:p>
    <w:p w14:paraId="7015E0A9" w14:textId="77777777" w:rsidR="003B3D52" w:rsidRPr="003B3D52" w:rsidRDefault="003B3D52" w:rsidP="003B3D52">
      <w:pPr>
        <w:spacing w:after="40"/>
        <w:rPr>
          <w:sz w:val="28"/>
          <w:szCs w:val="28"/>
        </w:rPr>
      </w:pPr>
      <w:r w:rsidRPr="003B3D52">
        <w:rPr>
          <w:sz w:val="28"/>
          <w:szCs w:val="28"/>
        </w:rPr>
        <w:t>What still needs work?</w:t>
      </w:r>
    </w:p>
    <w:p w14:paraId="12589601" w14:textId="77777777" w:rsidR="003B3D52" w:rsidRPr="003B3D52" w:rsidRDefault="003B3D52" w:rsidP="003B3D52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</w:t>
      </w:r>
    </w:p>
    <w:p w14:paraId="6B7F5956" w14:textId="77777777" w:rsidR="003B3D52" w:rsidRPr="003B3D52" w:rsidRDefault="003B3D52" w:rsidP="003B3D52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</w:t>
      </w:r>
    </w:p>
    <w:p w14:paraId="0F932232" w14:textId="77777777" w:rsidR="003B3D52" w:rsidRDefault="003B3D52" w:rsidP="003B3D52">
      <w:pPr>
        <w:spacing w:after="40"/>
        <w:rPr>
          <w:sz w:val="28"/>
          <w:szCs w:val="28"/>
        </w:rPr>
      </w:pPr>
    </w:p>
    <w:p w14:paraId="1A9385A6" w14:textId="77777777" w:rsidR="003B3D52" w:rsidRPr="003B3D52" w:rsidRDefault="003B3D52" w:rsidP="003B3D52">
      <w:pPr>
        <w:spacing w:after="40"/>
        <w:rPr>
          <w:sz w:val="28"/>
          <w:szCs w:val="28"/>
        </w:rPr>
      </w:pPr>
      <w:r w:rsidRPr="003B3D52">
        <w:rPr>
          <w:sz w:val="28"/>
          <w:szCs w:val="28"/>
        </w:rPr>
        <w:t>Next practice target:</w:t>
      </w:r>
    </w:p>
    <w:p w14:paraId="287AEE99" w14:textId="77777777" w:rsidR="003B3D52" w:rsidRPr="003B3D52" w:rsidRDefault="003B3D52" w:rsidP="003B3D52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</w:t>
      </w:r>
    </w:p>
    <w:p w14:paraId="607A0595" w14:textId="77777777" w:rsidR="003B3D52" w:rsidRDefault="003B3D52">
      <w:pPr>
        <w:pStyle w:val="Heading2"/>
        <w:rPr>
          <w:sz w:val="28"/>
          <w:szCs w:val="28"/>
        </w:rPr>
      </w:pPr>
    </w:p>
    <w:p w14:paraId="4003C351" w14:textId="77777777" w:rsidR="003B3D52" w:rsidRDefault="003B3D52">
      <w:pPr>
        <w:pStyle w:val="Heading2"/>
        <w:rPr>
          <w:sz w:val="28"/>
          <w:szCs w:val="28"/>
        </w:rPr>
      </w:pPr>
    </w:p>
    <w:p w14:paraId="313C3403" w14:textId="77777777" w:rsidR="003B3D52" w:rsidRDefault="003B3D52">
      <w:pPr>
        <w:pStyle w:val="Heading2"/>
        <w:rPr>
          <w:sz w:val="28"/>
          <w:szCs w:val="28"/>
        </w:rPr>
      </w:pPr>
    </w:p>
    <w:p w14:paraId="4D6EFDB8" w14:textId="77777777" w:rsidR="003B3D52" w:rsidRDefault="003B3D52">
      <w:pPr>
        <w:pStyle w:val="Heading2"/>
        <w:rPr>
          <w:sz w:val="28"/>
          <w:szCs w:val="28"/>
        </w:rPr>
      </w:pPr>
    </w:p>
    <w:p w14:paraId="7C414469" w14:textId="77777777" w:rsidR="003B3D52" w:rsidRDefault="003B3D52">
      <w:pPr>
        <w:pStyle w:val="Heading2"/>
        <w:rPr>
          <w:sz w:val="28"/>
          <w:szCs w:val="28"/>
        </w:rPr>
      </w:pPr>
    </w:p>
    <w:p w14:paraId="374394F6" w14:textId="77777777" w:rsidR="003B3D52" w:rsidRDefault="003B3D52">
      <w:pPr>
        <w:pStyle w:val="Heading2"/>
        <w:rPr>
          <w:sz w:val="28"/>
          <w:szCs w:val="28"/>
        </w:rPr>
      </w:pPr>
    </w:p>
    <w:p w14:paraId="125969A7" w14:textId="77777777" w:rsidR="003B3D52" w:rsidRPr="003B3D52" w:rsidRDefault="003B3D52" w:rsidP="003B3D52"/>
    <w:p w14:paraId="67FDE093" w14:textId="0681A92B" w:rsidR="00736337" w:rsidRPr="003B3D52" w:rsidRDefault="00000000">
      <w:pPr>
        <w:pStyle w:val="Heading2"/>
        <w:rPr>
          <w:sz w:val="28"/>
          <w:szCs w:val="28"/>
        </w:rPr>
      </w:pPr>
      <w:r w:rsidRPr="003B3D52">
        <w:rPr>
          <w:sz w:val="28"/>
          <w:szCs w:val="28"/>
        </w:rPr>
        <w:lastRenderedPageBreak/>
        <w:t>Performance Practice Log 5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84"/>
        <w:gridCol w:w="1872"/>
        <w:gridCol w:w="3168"/>
        <w:gridCol w:w="3456"/>
      </w:tblGrid>
      <w:tr w:rsidR="00736337" w:rsidRPr="003B3D52" w14:paraId="6F89066E" w14:textId="77777777">
        <w:trPr>
          <w:jc w:val="center"/>
        </w:trPr>
        <w:tc>
          <w:tcPr>
            <w:tcW w:w="1584" w:type="dxa"/>
            <w:shd w:val="clear" w:color="auto" w:fill="1F4E79"/>
          </w:tcPr>
          <w:p w14:paraId="119D42E5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Date</w:t>
            </w:r>
          </w:p>
        </w:tc>
        <w:tc>
          <w:tcPr>
            <w:tcW w:w="1872" w:type="dxa"/>
            <w:shd w:val="clear" w:color="auto" w:fill="1F4E79"/>
          </w:tcPr>
          <w:p w14:paraId="591BF659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Length of practice</w:t>
            </w:r>
          </w:p>
        </w:tc>
        <w:tc>
          <w:tcPr>
            <w:tcW w:w="3168" w:type="dxa"/>
            <w:shd w:val="clear" w:color="auto" w:fill="1F4E79"/>
          </w:tcPr>
          <w:p w14:paraId="20C6A626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Section practised</w:t>
            </w:r>
          </w:p>
        </w:tc>
        <w:tc>
          <w:tcPr>
            <w:tcW w:w="3456" w:type="dxa"/>
            <w:shd w:val="clear" w:color="auto" w:fill="1F4E79"/>
          </w:tcPr>
          <w:p w14:paraId="7FE0D645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Main target</w:t>
            </w:r>
          </w:p>
        </w:tc>
      </w:tr>
      <w:tr w:rsidR="00736337" w:rsidRPr="003B3D52" w14:paraId="3DE523DF" w14:textId="77777777">
        <w:trPr>
          <w:jc w:val="center"/>
        </w:trPr>
        <w:tc>
          <w:tcPr>
            <w:tcW w:w="1584" w:type="dxa"/>
          </w:tcPr>
          <w:p w14:paraId="76C8A36B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1872" w:type="dxa"/>
          </w:tcPr>
          <w:p w14:paraId="0A322AA6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3168" w:type="dxa"/>
          </w:tcPr>
          <w:p w14:paraId="419ACFA3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3456" w:type="dxa"/>
          </w:tcPr>
          <w:p w14:paraId="6B1C75EE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</w:tr>
    </w:tbl>
    <w:p w14:paraId="1A9DF7F5" w14:textId="77777777" w:rsidR="00736337" w:rsidRPr="003B3D52" w:rsidRDefault="00736337">
      <w:pPr>
        <w:rPr>
          <w:sz w:val="28"/>
          <w:szCs w:val="2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04"/>
        <w:gridCol w:w="3168"/>
        <w:gridCol w:w="2803"/>
        <w:gridCol w:w="1872"/>
      </w:tblGrid>
      <w:tr w:rsidR="00736337" w:rsidRPr="003B3D52" w14:paraId="59F89EB0" w14:textId="77777777">
        <w:trPr>
          <w:jc w:val="center"/>
        </w:trPr>
        <w:tc>
          <w:tcPr>
            <w:tcW w:w="2304" w:type="dxa"/>
            <w:shd w:val="clear" w:color="auto" w:fill="1F4E79"/>
          </w:tcPr>
          <w:p w14:paraId="393E3298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Warm-up completed</w:t>
            </w:r>
          </w:p>
        </w:tc>
        <w:tc>
          <w:tcPr>
            <w:tcW w:w="3168" w:type="dxa"/>
            <w:shd w:val="clear" w:color="auto" w:fill="1F4E79"/>
          </w:tcPr>
          <w:p w14:paraId="2227BABA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Technical focus</w:t>
            </w:r>
          </w:p>
        </w:tc>
        <w:tc>
          <w:tcPr>
            <w:tcW w:w="2592" w:type="dxa"/>
            <w:shd w:val="clear" w:color="auto" w:fill="1F4E79"/>
          </w:tcPr>
          <w:p w14:paraId="69332C50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Metronome/backing track used?</w:t>
            </w:r>
          </w:p>
        </w:tc>
        <w:tc>
          <w:tcPr>
            <w:tcW w:w="1872" w:type="dxa"/>
            <w:shd w:val="clear" w:color="auto" w:fill="1F4E79"/>
          </w:tcPr>
          <w:p w14:paraId="6B37E27C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Confidence rating /10</w:t>
            </w:r>
          </w:p>
        </w:tc>
      </w:tr>
      <w:tr w:rsidR="00736337" w:rsidRPr="003B3D52" w14:paraId="33C31FAC" w14:textId="77777777">
        <w:trPr>
          <w:jc w:val="center"/>
        </w:trPr>
        <w:tc>
          <w:tcPr>
            <w:tcW w:w="2304" w:type="dxa"/>
          </w:tcPr>
          <w:p w14:paraId="31ECB8A7" w14:textId="77777777" w:rsidR="00736337" w:rsidRPr="003B3D52" w:rsidRDefault="00000000">
            <w:pPr>
              <w:rPr>
                <w:sz w:val="28"/>
                <w:szCs w:val="28"/>
              </w:rPr>
            </w:pPr>
            <w:proofErr w:type="gramStart"/>
            <w:r w:rsidRPr="003B3D52">
              <w:rPr>
                <w:sz w:val="28"/>
                <w:szCs w:val="28"/>
              </w:rPr>
              <w:t>[ ]</w:t>
            </w:r>
            <w:proofErr w:type="gramEnd"/>
            <w:r w:rsidRPr="003B3D52">
              <w:rPr>
                <w:sz w:val="28"/>
                <w:szCs w:val="28"/>
              </w:rPr>
              <w:t xml:space="preserve"> Yes</w:t>
            </w:r>
            <w:proofErr w:type="gramStart"/>
            <w:r w:rsidRPr="003B3D52">
              <w:rPr>
                <w:sz w:val="28"/>
                <w:szCs w:val="28"/>
              </w:rPr>
              <w:t xml:space="preserve">   [</w:t>
            </w:r>
            <w:proofErr w:type="gramEnd"/>
            <w:r w:rsidRPr="003B3D52">
              <w:rPr>
                <w:sz w:val="28"/>
                <w:szCs w:val="28"/>
              </w:rPr>
              <w:t xml:space="preserve"> ] No</w:t>
            </w:r>
          </w:p>
        </w:tc>
        <w:tc>
          <w:tcPr>
            <w:tcW w:w="3168" w:type="dxa"/>
          </w:tcPr>
          <w:p w14:paraId="6174BC07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14:paraId="565E3ED2" w14:textId="77777777" w:rsidR="00736337" w:rsidRPr="003B3D52" w:rsidRDefault="00000000">
            <w:pPr>
              <w:rPr>
                <w:sz w:val="28"/>
                <w:szCs w:val="28"/>
              </w:rPr>
            </w:pPr>
            <w:proofErr w:type="gramStart"/>
            <w:r w:rsidRPr="003B3D52">
              <w:rPr>
                <w:sz w:val="28"/>
                <w:szCs w:val="28"/>
              </w:rPr>
              <w:t>[ ]</w:t>
            </w:r>
            <w:proofErr w:type="gramEnd"/>
            <w:r w:rsidRPr="003B3D52">
              <w:rPr>
                <w:sz w:val="28"/>
                <w:szCs w:val="28"/>
              </w:rPr>
              <w:t xml:space="preserve"> Yes</w:t>
            </w:r>
            <w:proofErr w:type="gramStart"/>
            <w:r w:rsidRPr="003B3D52">
              <w:rPr>
                <w:sz w:val="28"/>
                <w:szCs w:val="28"/>
              </w:rPr>
              <w:t xml:space="preserve">   [</w:t>
            </w:r>
            <w:proofErr w:type="gramEnd"/>
            <w:r w:rsidRPr="003B3D52">
              <w:rPr>
                <w:sz w:val="28"/>
                <w:szCs w:val="28"/>
              </w:rPr>
              <w:t xml:space="preserve"> ] No</w:t>
            </w:r>
          </w:p>
        </w:tc>
        <w:tc>
          <w:tcPr>
            <w:tcW w:w="1872" w:type="dxa"/>
          </w:tcPr>
          <w:p w14:paraId="789CD5CD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</w:tr>
    </w:tbl>
    <w:p w14:paraId="5FA2C93F" w14:textId="77777777" w:rsidR="00736337" w:rsidRPr="003B3D52" w:rsidRDefault="00736337">
      <w:pPr>
        <w:rPr>
          <w:sz w:val="28"/>
          <w:szCs w:val="28"/>
        </w:rPr>
      </w:pPr>
    </w:p>
    <w:p w14:paraId="0B36E37E" w14:textId="77777777" w:rsidR="003B3D52" w:rsidRPr="003B3D52" w:rsidRDefault="003B3D52" w:rsidP="003B3D52">
      <w:pPr>
        <w:spacing w:after="40"/>
        <w:rPr>
          <w:sz w:val="28"/>
          <w:szCs w:val="28"/>
        </w:rPr>
      </w:pPr>
      <w:r w:rsidRPr="003B3D52">
        <w:rPr>
          <w:sz w:val="28"/>
          <w:szCs w:val="28"/>
        </w:rPr>
        <w:t>What improved during this practice session?</w:t>
      </w:r>
    </w:p>
    <w:p w14:paraId="53C2189D" w14:textId="77777777" w:rsidR="003B3D52" w:rsidRPr="003B3D52" w:rsidRDefault="003B3D52" w:rsidP="003B3D52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</w:t>
      </w:r>
    </w:p>
    <w:p w14:paraId="58370F95" w14:textId="77777777" w:rsidR="003B3D52" w:rsidRPr="003B3D52" w:rsidRDefault="003B3D52" w:rsidP="003B3D52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</w:t>
      </w:r>
    </w:p>
    <w:p w14:paraId="535DAB15" w14:textId="77777777" w:rsidR="003B3D52" w:rsidRDefault="003B3D52" w:rsidP="003B3D52">
      <w:pPr>
        <w:spacing w:after="40"/>
        <w:rPr>
          <w:sz w:val="28"/>
          <w:szCs w:val="28"/>
        </w:rPr>
      </w:pPr>
    </w:p>
    <w:p w14:paraId="4B792A4E" w14:textId="77777777" w:rsidR="003B3D52" w:rsidRPr="003B3D52" w:rsidRDefault="003B3D52" w:rsidP="003B3D52">
      <w:pPr>
        <w:spacing w:after="40"/>
        <w:rPr>
          <w:sz w:val="28"/>
          <w:szCs w:val="28"/>
        </w:rPr>
      </w:pPr>
      <w:r w:rsidRPr="003B3D52">
        <w:rPr>
          <w:sz w:val="28"/>
          <w:szCs w:val="28"/>
        </w:rPr>
        <w:t>What still needs work?</w:t>
      </w:r>
    </w:p>
    <w:p w14:paraId="0258DED6" w14:textId="77777777" w:rsidR="003B3D52" w:rsidRPr="003B3D52" w:rsidRDefault="003B3D52" w:rsidP="003B3D52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</w:t>
      </w:r>
    </w:p>
    <w:p w14:paraId="26696BD2" w14:textId="77777777" w:rsidR="003B3D52" w:rsidRPr="003B3D52" w:rsidRDefault="003B3D52" w:rsidP="003B3D52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</w:t>
      </w:r>
    </w:p>
    <w:p w14:paraId="355A13FC" w14:textId="77777777" w:rsidR="003B3D52" w:rsidRDefault="003B3D52" w:rsidP="003B3D52">
      <w:pPr>
        <w:spacing w:after="40"/>
        <w:rPr>
          <w:sz w:val="28"/>
          <w:szCs w:val="28"/>
        </w:rPr>
      </w:pPr>
    </w:p>
    <w:p w14:paraId="5BBD79F8" w14:textId="77777777" w:rsidR="003B3D52" w:rsidRPr="003B3D52" w:rsidRDefault="003B3D52" w:rsidP="003B3D52">
      <w:pPr>
        <w:spacing w:after="40"/>
        <w:rPr>
          <w:sz w:val="28"/>
          <w:szCs w:val="28"/>
        </w:rPr>
      </w:pPr>
      <w:r w:rsidRPr="003B3D52">
        <w:rPr>
          <w:sz w:val="28"/>
          <w:szCs w:val="28"/>
        </w:rPr>
        <w:t>Next practice target:</w:t>
      </w:r>
    </w:p>
    <w:p w14:paraId="0EFD0D9E" w14:textId="77777777" w:rsidR="003B3D52" w:rsidRPr="003B3D52" w:rsidRDefault="003B3D52" w:rsidP="003B3D52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</w:t>
      </w:r>
    </w:p>
    <w:p w14:paraId="5D270D58" w14:textId="77777777" w:rsidR="003B3D52" w:rsidRDefault="003B3D52">
      <w:pPr>
        <w:spacing w:after="0"/>
        <w:rPr>
          <w:sz w:val="28"/>
          <w:szCs w:val="28"/>
        </w:rPr>
      </w:pPr>
    </w:p>
    <w:p w14:paraId="7D1986C8" w14:textId="77777777" w:rsidR="003B3D52" w:rsidRDefault="003B3D52">
      <w:pPr>
        <w:spacing w:after="0"/>
        <w:rPr>
          <w:sz w:val="28"/>
          <w:szCs w:val="28"/>
        </w:rPr>
      </w:pPr>
    </w:p>
    <w:p w14:paraId="63533188" w14:textId="77777777" w:rsidR="003B3D52" w:rsidRDefault="003B3D52">
      <w:pPr>
        <w:spacing w:after="0"/>
        <w:rPr>
          <w:sz w:val="28"/>
          <w:szCs w:val="28"/>
        </w:rPr>
      </w:pPr>
    </w:p>
    <w:p w14:paraId="5F2C1F3C" w14:textId="77777777" w:rsidR="003B3D52" w:rsidRDefault="003B3D52">
      <w:pPr>
        <w:spacing w:after="0"/>
        <w:rPr>
          <w:sz w:val="28"/>
          <w:szCs w:val="28"/>
        </w:rPr>
      </w:pPr>
    </w:p>
    <w:p w14:paraId="1D8890C3" w14:textId="77777777" w:rsidR="003B3D52" w:rsidRDefault="003B3D52">
      <w:pPr>
        <w:spacing w:after="0"/>
        <w:rPr>
          <w:sz w:val="28"/>
          <w:szCs w:val="28"/>
        </w:rPr>
      </w:pPr>
    </w:p>
    <w:p w14:paraId="243568FD" w14:textId="77777777" w:rsidR="003B3D52" w:rsidRDefault="003B3D52">
      <w:pPr>
        <w:spacing w:after="0"/>
        <w:rPr>
          <w:sz w:val="28"/>
          <w:szCs w:val="28"/>
        </w:rPr>
      </w:pPr>
    </w:p>
    <w:p w14:paraId="769F94CF" w14:textId="77777777" w:rsidR="003B3D52" w:rsidRDefault="003B3D52">
      <w:pPr>
        <w:spacing w:after="0"/>
        <w:rPr>
          <w:sz w:val="28"/>
          <w:szCs w:val="28"/>
        </w:rPr>
      </w:pPr>
    </w:p>
    <w:p w14:paraId="63BD56D9" w14:textId="77777777" w:rsidR="003B3D52" w:rsidRDefault="003B3D52">
      <w:pPr>
        <w:spacing w:after="0"/>
        <w:rPr>
          <w:sz w:val="28"/>
          <w:szCs w:val="28"/>
        </w:rPr>
      </w:pPr>
    </w:p>
    <w:p w14:paraId="7C00BE85" w14:textId="77777777" w:rsidR="003B3D52" w:rsidRDefault="003B3D52">
      <w:pPr>
        <w:spacing w:after="0"/>
        <w:rPr>
          <w:sz w:val="28"/>
          <w:szCs w:val="28"/>
        </w:rPr>
      </w:pPr>
    </w:p>
    <w:p w14:paraId="02B9B5EA" w14:textId="77777777" w:rsidR="003B3D52" w:rsidRDefault="003B3D52">
      <w:pPr>
        <w:spacing w:after="0"/>
        <w:rPr>
          <w:sz w:val="28"/>
          <w:szCs w:val="28"/>
        </w:rPr>
      </w:pPr>
    </w:p>
    <w:p w14:paraId="5BF9181C" w14:textId="77777777" w:rsidR="003B3D52" w:rsidRDefault="003B3D52">
      <w:pPr>
        <w:spacing w:after="0"/>
        <w:rPr>
          <w:sz w:val="28"/>
          <w:szCs w:val="28"/>
        </w:rPr>
      </w:pPr>
    </w:p>
    <w:p w14:paraId="7CCE3EB5" w14:textId="77777777" w:rsidR="003B3D52" w:rsidRPr="003B3D52" w:rsidRDefault="003B3D52">
      <w:pPr>
        <w:spacing w:after="0"/>
        <w:rPr>
          <w:sz w:val="28"/>
          <w:szCs w:val="28"/>
        </w:rPr>
      </w:pPr>
    </w:p>
    <w:p w14:paraId="0D649F19" w14:textId="77777777" w:rsidR="00736337" w:rsidRPr="003B3D52" w:rsidRDefault="00000000">
      <w:pPr>
        <w:pStyle w:val="Heading2"/>
        <w:rPr>
          <w:sz w:val="28"/>
          <w:szCs w:val="28"/>
        </w:rPr>
      </w:pPr>
      <w:r w:rsidRPr="003B3D52">
        <w:rPr>
          <w:sz w:val="28"/>
          <w:szCs w:val="28"/>
        </w:rPr>
        <w:lastRenderedPageBreak/>
        <w:t>Performance Practice Log 6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84"/>
        <w:gridCol w:w="1872"/>
        <w:gridCol w:w="3168"/>
        <w:gridCol w:w="3456"/>
      </w:tblGrid>
      <w:tr w:rsidR="00736337" w:rsidRPr="003B3D52" w14:paraId="2DA22346" w14:textId="77777777">
        <w:trPr>
          <w:jc w:val="center"/>
        </w:trPr>
        <w:tc>
          <w:tcPr>
            <w:tcW w:w="1584" w:type="dxa"/>
            <w:shd w:val="clear" w:color="auto" w:fill="1F4E79"/>
          </w:tcPr>
          <w:p w14:paraId="68382CCA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Date</w:t>
            </w:r>
          </w:p>
        </w:tc>
        <w:tc>
          <w:tcPr>
            <w:tcW w:w="1872" w:type="dxa"/>
            <w:shd w:val="clear" w:color="auto" w:fill="1F4E79"/>
          </w:tcPr>
          <w:p w14:paraId="4E1B2FC0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Length of practice</w:t>
            </w:r>
          </w:p>
        </w:tc>
        <w:tc>
          <w:tcPr>
            <w:tcW w:w="3168" w:type="dxa"/>
            <w:shd w:val="clear" w:color="auto" w:fill="1F4E79"/>
          </w:tcPr>
          <w:p w14:paraId="0403C7F3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Section practised</w:t>
            </w:r>
          </w:p>
        </w:tc>
        <w:tc>
          <w:tcPr>
            <w:tcW w:w="3456" w:type="dxa"/>
            <w:shd w:val="clear" w:color="auto" w:fill="1F4E79"/>
          </w:tcPr>
          <w:p w14:paraId="201A57AC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Main target</w:t>
            </w:r>
          </w:p>
        </w:tc>
      </w:tr>
      <w:tr w:rsidR="00736337" w:rsidRPr="003B3D52" w14:paraId="5D4DEFE0" w14:textId="77777777">
        <w:trPr>
          <w:jc w:val="center"/>
        </w:trPr>
        <w:tc>
          <w:tcPr>
            <w:tcW w:w="1584" w:type="dxa"/>
          </w:tcPr>
          <w:p w14:paraId="402FFA57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1872" w:type="dxa"/>
          </w:tcPr>
          <w:p w14:paraId="0BA3A124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3168" w:type="dxa"/>
          </w:tcPr>
          <w:p w14:paraId="1F69AB23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3456" w:type="dxa"/>
          </w:tcPr>
          <w:p w14:paraId="33D71503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</w:tr>
    </w:tbl>
    <w:p w14:paraId="11F851C6" w14:textId="77777777" w:rsidR="00736337" w:rsidRPr="003B3D52" w:rsidRDefault="00736337">
      <w:pPr>
        <w:rPr>
          <w:sz w:val="28"/>
          <w:szCs w:val="2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04"/>
        <w:gridCol w:w="3168"/>
        <w:gridCol w:w="2803"/>
        <w:gridCol w:w="1872"/>
      </w:tblGrid>
      <w:tr w:rsidR="00736337" w:rsidRPr="003B3D52" w14:paraId="3B0EFC49" w14:textId="77777777">
        <w:trPr>
          <w:jc w:val="center"/>
        </w:trPr>
        <w:tc>
          <w:tcPr>
            <w:tcW w:w="2304" w:type="dxa"/>
            <w:shd w:val="clear" w:color="auto" w:fill="1F4E79"/>
          </w:tcPr>
          <w:p w14:paraId="7E65D3E5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Warm-up completed</w:t>
            </w:r>
          </w:p>
        </w:tc>
        <w:tc>
          <w:tcPr>
            <w:tcW w:w="3168" w:type="dxa"/>
            <w:shd w:val="clear" w:color="auto" w:fill="1F4E79"/>
          </w:tcPr>
          <w:p w14:paraId="237EF686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Technical focus</w:t>
            </w:r>
          </w:p>
        </w:tc>
        <w:tc>
          <w:tcPr>
            <w:tcW w:w="2592" w:type="dxa"/>
            <w:shd w:val="clear" w:color="auto" w:fill="1F4E79"/>
          </w:tcPr>
          <w:p w14:paraId="58C42FBF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Metronome/backing track used?</w:t>
            </w:r>
          </w:p>
        </w:tc>
        <w:tc>
          <w:tcPr>
            <w:tcW w:w="1872" w:type="dxa"/>
            <w:shd w:val="clear" w:color="auto" w:fill="1F4E79"/>
          </w:tcPr>
          <w:p w14:paraId="79688DA5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Confidence rating /10</w:t>
            </w:r>
          </w:p>
        </w:tc>
      </w:tr>
      <w:tr w:rsidR="00736337" w:rsidRPr="003B3D52" w14:paraId="3447D416" w14:textId="77777777">
        <w:trPr>
          <w:jc w:val="center"/>
        </w:trPr>
        <w:tc>
          <w:tcPr>
            <w:tcW w:w="2304" w:type="dxa"/>
          </w:tcPr>
          <w:p w14:paraId="48F15469" w14:textId="77777777" w:rsidR="00736337" w:rsidRPr="003B3D52" w:rsidRDefault="00000000">
            <w:pPr>
              <w:rPr>
                <w:sz w:val="28"/>
                <w:szCs w:val="28"/>
              </w:rPr>
            </w:pPr>
            <w:proofErr w:type="gramStart"/>
            <w:r w:rsidRPr="003B3D52">
              <w:rPr>
                <w:sz w:val="28"/>
                <w:szCs w:val="28"/>
              </w:rPr>
              <w:t>[ ]</w:t>
            </w:r>
            <w:proofErr w:type="gramEnd"/>
            <w:r w:rsidRPr="003B3D52">
              <w:rPr>
                <w:sz w:val="28"/>
                <w:szCs w:val="28"/>
              </w:rPr>
              <w:t xml:space="preserve"> Yes</w:t>
            </w:r>
            <w:proofErr w:type="gramStart"/>
            <w:r w:rsidRPr="003B3D52">
              <w:rPr>
                <w:sz w:val="28"/>
                <w:szCs w:val="28"/>
              </w:rPr>
              <w:t xml:space="preserve">   [</w:t>
            </w:r>
            <w:proofErr w:type="gramEnd"/>
            <w:r w:rsidRPr="003B3D52">
              <w:rPr>
                <w:sz w:val="28"/>
                <w:szCs w:val="28"/>
              </w:rPr>
              <w:t xml:space="preserve"> ] No</w:t>
            </w:r>
          </w:p>
        </w:tc>
        <w:tc>
          <w:tcPr>
            <w:tcW w:w="3168" w:type="dxa"/>
          </w:tcPr>
          <w:p w14:paraId="6D401C74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14:paraId="4F9085F3" w14:textId="77777777" w:rsidR="00736337" w:rsidRPr="003B3D52" w:rsidRDefault="00000000">
            <w:pPr>
              <w:rPr>
                <w:sz w:val="28"/>
                <w:szCs w:val="28"/>
              </w:rPr>
            </w:pPr>
            <w:proofErr w:type="gramStart"/>
            <w:r w:rsidRPr="003B3D52">
              <w:rPr>
                <w:sz w:val="28"/>
                <w:szCs w:val="28"/>
              </w:rPr>
              <w:t>[ ]</w:t>
            </w:r>
            <w:proofErr w:type="gramEnd"/>
            <w:r w:rsidRPr="003B3D52">
              <w:rPr>
                <w:sz w:val="28"/>
                <w:szCs w:val="28"/>
              </w:rPr>
              <w:t xml:space="preserve"> Yes</w:t>
            </w:r>
            <w:proofErr w:type="gramStart"/>
            <w:r w:rsidRPr="003B3D52">
              <w:rPr>
                <w:sz w:val="28"/>
                <w:szCs w:val="28"/>
              </w:rPr>
              <w:t xml:space="preserve">   [</w:t>
            </w:r>
            <w:proofErr w:type="gramEnd"/>
            <w:r w:rsidRPr="003B3D52">
              <w:rPr>
                <w:sz w:val="28"/>
                <w:szCs w:val="28"/>
              </w:rPr>
              <w:t xml:space="preserve"> ] No</w:t>
            </w:r>
          </w:p>
        </w:tc>
        <w:tc>
          <w:tcPr>
            <w:tcW w:w="1872" w:type="dxa"/>
          </w:tcPr>
          <w:p w14:paraId="766FA632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</w:tr>
    </w:tbl>
    <w:p w14:paraId="42A016A6" w14:textId="77777777" w:rsidR="00736337" w:rsidRPr="003B3D52" w:rsidRDefault="00736337">
      <w:pPr>
        <w:rPr>
          <w:sz w:val="28"/>
          <w:szCs w:val="28"/>
        </w:rPr>
      </w:pPr>
    </w:p>
    <w:p w14:paraId="1D0016CE" w14:textId="77777777" w:rsidR="003B3D52" w:rsidRPr="003B3D52" w:rsidRDefault="003B3D52" w:rsidP="003B3D52">
      <w:pPr>
        <w:spacing w:after="40"/>
        <w:rPr>
          <w:sz w:val="28"/>
          <w:szCs w:val="28"/>
        </w:rPr>
      </w:pPr>
      <w:r w:rsidRPr="003B3D52">
        <w:rPr>
          <w:sz w:val="28"/>
          <w:szCs w:val="28"/>
        </w:rPr>
        <w:t>What improved during this practice session?</w:t>
      </w:r>
    </w:p>
    <w:p w14:paraId="27779D5A" w14:textId="77777777" w:rsidR="003B3D52" w:rsidRPr="003B3D52" w:rsidRDefault="003B3D52" w:rsidP="003B3D52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</w:t>
      </w:r>
    </w:p>
    <w:p w14:paraId="32DC483C" w14:textId="77777777" w:rsidR="003B3D52" w:rsidRPr="003B3D52" w:rsidRDefault="003B3D52" w:rsidP="003B3D52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</w:t>
      </w:r>
    </w:p>
    <w:p w14:paraId="47CBE4A9" w14:textId="77777777" w:rsidR="003B3D52" w:rsidRDefault="003B3D52" w:rsidP="003B3D52">
      <w:pPr>
        <w:spacing w:after="40"/>
        <w:rPr>
          <w:sz w:val="28"/>
          <w:szCs w:val="28"/>
        </w:rPr>
      </w:pPr>
    </w:p>
    <w:p w14:paraId="74101071" w14:textId="77777777" w:rsidR="003B3D52" w:rsidRPr="003B3D52" w:rsidRDefault="003B3D52" w:rsidP="003B3D52">
      <w:pPr>
        <w:spacing w:after="40"/>
        <w:rPr>
          <w:sz w:val="28"/>
          <w:szCs w:val="28"/>
        </w:rPr>
      </w:pPr>
      <w:r w:rsidRPr="003B3D52">
        <w:rPr>
          <w:sz w:val="28"/>
          <w:szCs w:val="28"/>
        </w:rPr>
        <w:t>What still needs work?</w:t>
      </w:r>
    </w:p>
    <w:p w14:paraId="2753B238" w14:textId="77777777" w:rsidR="003B3D52" w:rsidRPr="003B3D52" w:rsidRDefault="003B3D52" w:rsidP="003B3D52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</w:t>
      </w:r>
    </w:p>
    <w:p w14:paraId="50E8C8DD" w14:textId="77777777" w:rsidR="003B3D52" w:rsidRPr="003B3D52" w:rsidRDefault="003B3D52" w:rsidP="003B3D52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</w:t>
      </w:r>
    </w:p>
    <w:p w14:paraId="0D6E9ACF" w14:textId="77777777" w:rsidR="003B3D52" w:rsidRDefault="003B3D52" w:rsidP="003B3D52">
      <w:pPr>
        <w:spacing w:after="40"/>
        <w:rPr>
          <w:sz w:val="28"/>
          <w:szCs w:val="28"/>
        </w:rPr>
      </w:pPr>
    </w:p>
    <w:p w14:paraId="6735A67A" w14:textId="77777777" w:rsidR="003B3D52" w:rsidRPr="003B3D52" w:rsidRDefault="003B3D52" w:rsidP="003B3D52">
      <w:pPr>
        <w:spacing w:after="40"/>
        <w:rPr>
          <w:sz w:val="28"/>
          <w:szCs w:val="28"/>
        </w:rPr>
      </w:pPr>
      <w:r w:rsidRPr="003B3D52">
        <w:rPr>
          <w:sz w:val="28"/>
          <w:szCs w:val="28"/>
        </w:rPr>
        <w:t>Next practice target:</w:t>
      </w:r>
    </w:p>
    <w:p w14:paraId="104087C4" w14:textId="77777777" w:rsidR="003B3D52" w:rsidRPr="003B3D52" w:rsidRDefault="003B3D52" w:rsidP="003B3D52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</w:t>
      </w:r>
    </w:p>
    <w:p w14:paraId="20BA0421" w14:textId="77777777" w:rsidR="003B3D52" w:rsidRDefault="003B3D52">
      <w:pPr>
        <w:spacing w:after="0"/>
        <w:rPr>
          <w:sz w:val="28"/>
          <w:szCs w:val="28"/>
        </w:rPr>
      </w:pPr>
    </w:p>
    <w:p w14:paraId="13CFC758" w14:textId="77777777" w:rsidR="003B3D52" w:rsidRDefault="003B3D52">
      <w:pPr>
        <w:spacing w:after="0"/>
        <w:rPr>
          <w:sz w:val="28"/>
          <w:szCs w:val="28"/>
        </w:rPr>
      </w:pPr>
    </w:p>
    <w:p w14:paraId="37BE832A" w14:textId="77777777" w:rsidR="003B3D52" w:rsidRDefault="003B3D52">
      <w:pPr>
        <w:spacing w:after="0"/>
        <w:rPr>
          <w:sz w:val="28"/>
          <w:szCs w:val="28"/>
        </w:rPr>
      </w:pPr>
    </w:p>
    <w:p w14:paraId="71057A4B" w14:textId="77777777" w:rsidR="003B3D52" w:rsidRDefault="003B3D52">
      <w:pPr>
        <w:spacing w:after="0"/>
        <w:rPr>
          <w:sz w:val="28"/>
          <w:szCs w:val="28"/>
        </w:rPr>
      </w:pPr>
    </w:p>
    <w:p w14:paraId="5A0B63F1" w14:textId="77777777" w:rsidR="003B3D52" w:rsidRDefault="003B3D52">
      <w:pPr>
        <w:spacing w:after="0"/>
        <w:rPr>
          <w:sz w:val="28"/>
          <w:szCs w:val="28"/>
        </w:rPr>
      </w:pPr>
    </w:p>
    <w:p w14:paraId="37F64B3E" w14:textId="77777777" w:rsidR="003B3D52" w:rsidRDefault="003B3D52">
      <w:pPr>
        <w:spacing w:after="0"/>
        <w:rPr>
          <w:sz w:val="28"/>
          <w:szCs w:val="28"/>
        </w:rPr>
      </w:pPr>
    </w:p>
    <w:p w14:paraId="76438F33" w14:textId="77777777" w:rsidR="003B3D52" w:rsidRDefault="003B3D52">
      <w:pPr>
        <w:spacing w:after="0"/>
        <w:rPr>
          <w:sz w:val="28"/>
          <w:szCs w:val="28"/>
        </w:rPr>
      </w:pPr>
    </w:p>
    <w:p w14:paraId="6BF85133" w14:textId="77777777" w:rsidR="003B3D52" w:rsidRDefault="003B3D52">
      <w:pPr>
        <w:spacing w:after="0"/>
        <w:rPr>
          <w:sz w:val="28"/>
          <w:szCs w:val="28"/>
        </w:rPr>
      </w:pPr>
    </w:p>
    <w:p w14:paraId="0804C472" w14:textId="77777777" w:rsidR="003B3D52" w:rsidRDefault="003B3D52">
      <w:pPr>
        <w:spacing w:after="0"/>
        <w:rPr>
          <w:sz w:val="28"/>
          <w:szCs w:val="28"/>
        </w:rPr>
      </w:pPr>
    </w:p>
    <w:p w14:paraId="6B3CBE5B" w14:textId="77777777" w:rsidR="003B3D52" w:rsidRDefault="003B3D52">
      <w:pPr>
        <w:spacing w:after="0"/>
        <w:rPr>
          <w:sz w:val="28"/>
          <w:szCs w:val="28"/>
        </w:rPr>
      </w:pPr>
    </w:p>
    <w:p w14:paraId="2FFF59C9" w14:textId="77777777" w:rsidR="003B3D52" w:rsidRDefault="003B3D52">
      <w:pPr>
        <w:spacing w:after="0"/>
        <w:rPr>
          <w:sz w:val="28"/>
          <w:szCs w:val="28"/>
        </w:rPr>
      </w:pPr>
    </w:p>
    <w:p w14:paraId="76A358E4" w14:textId="77777777" w:rsidR="003B3D52" w:rsidRPr="003B3D52" w:rsidRDefault="003B3D52">
      <w:pPr>
        <w:spacing w:after="0"/>
        <w:rPr>
          <w:sz w:val="28"/>
          <w:szCs w:val="28"/>
        </w:rPr>
      </w:pPr>
    </w:p>
    <w:p w14:paraId="1630E78D" w14:textId="77777777" w:rsidR="00736337" w:rsidRPr="003B3D52" w:rsidRDefault="00000000">
      <w:pPr>
        <w:pStyle w:val="Heading2"/>
        <w:rPr>
          <w:sz w:val="28"/>
          <w:szCs w:val="28"/>
        </w:rPr>
      </w:pPr>
      <w:r w:rsidRPr="003B3D52">
        <w:rPr>
          <w:sz w:val="28"/>
          <w:szCs w:val="28"/>
        </w:rPr>
        <w:lastRenderedPageBreak/>
        <w:t>Extra Performance Practice Entries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40"/>
        <w:gridCol w:w="2880"/>
        <w:gridCol w:w="3168"/>
        <w:gridCol w:w="2880"/>
      </w:tblGrid>
      <w:tr w:rsidR="00736337" w:rsidRPr="003B3D52" w14:paraId="46A7D100" w14:textId="77777777">
        <w:trPr>
          <w:jc w:val="center"/>
        </w:trPr>
        <w:tc>
          <w:tcPr>
            <w:tcW w:w="1440" w:type="dxa"/>
            <w:shd w:val="clear" w:color="auto" w:fill="1F4E79"/>
          </w:tcPr>
          <w:p w14:paraId="6D2FBAE7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Date</w:t>
            </w:r>
          </w:p>
        </w:tc>
        <w:tc>
          <w:tcPr>
            <w:tcW w:w="2880" w:type="dxa"/>
            <w:shd w:val="clear" w:color="auto" w:fill="1F4E79"/>
          </w:tcPr>
          <w:p w14:paraId="5B220FFA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Focus</w:t>
            </w:r>
          </w:p>
        </w:tc>
        <w:tc>
          <w:tcPr>
            <w:tcW w:w="3168" w:type="dxa"/>
            <w:shd w:val="clear" w:color="auto" w:fill="1F4E79"/>
          </w:tcPr>
          <w:p w14:paraId="44CBBE90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What improved?</w:t>
            </w:r>
          </w:p>
        </w:tc>
        <w:tc>
          <w:tcPr>
            <w:tcW w:w="2880" w:type="dxa"/>
            <w:shd w:val="clear" w:color="auto" w:fill="1F4E79"/>
          </w:tcPr>
          <w:p w14:paraId="575A84DC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Next target</w:t>
            </w:r>
          </w:p>
        </w:tc>
      </w:tr>
      <w:tr w:rsidR="00736337" w:rsidRPr="003B3D52" w14:paraId="555E727F" w14:textId="77777777">
        <w:trPr>
          <w:jc w:val="center"/>
        </w:trPr>
        <w:tc>
          <w:tcPr>
            <w:tcW w:w="1440" w:type="dxa"/>
          </w:tcPr>
          <w:p w14:paraId="2F09C81D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14:paraId="254ED595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3168" w:type="dxa"/>
          </w:tcPr>
          <w:p w14:paraId="5C646ED3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14:paraId="13FC6940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</w:tr>
      <w:tr w:rsidR="00736337" w:rsidRPr="003B3D52" w14:paraId="6109A7BD" w14:textId="77777777">
        <w:trPr>
          <w:jc w:val="center"/>
        </w:trPr>
        <w:tc>
          <w:tcPr>
            <w:tcW w:w="1440" w:type="dxa"/>
          </w:tcPr>
          <w:p w14:paraId="235B5F76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14:paraId="0369E5DF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3168" w:type="dxa"/>
          </w:tcPr>
          <w:p w14:paraId="10A451BD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14:paraId="0AE07C35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</w:tr>
      <w:tr w:rsidR="00736337" w:rsidRPr="003B3D52" w14:paraId="7B488959" w14:textId="77777777">
        <w:trPr>
          <w:jc w:val="center"/>
        </w:trPr>
        <w:tc>
          <w:tcPr>
            <w:tcW w:w="1440" w:type="dxa"/>
          </w:tcPr>
          <w:p w14:paraId="4A74D720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14:paraId="7F6DBBD1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3168" w:type="dxa"/>
          </w:tcPr>
          <w:p w14:paraId="2FCB2EEC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14:paraId="20D3E017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</w:tr>
      <w:tr w:rsidR="00736337" w:rsidRPr="003B3D52" w14:paraId="1BA0E001" w14:textId="77777777">
        <w:trPr>
          <w:jc w:val="center"/>
        </w:trPr>
        <w:tc>
          <w:tcPr>
            <w:tcW w:w="1440" w:type="dxa"/>
          </w:tcPr>
          <w:p w14:paraId="28CA27F9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14:paraId="6E6C530C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3168" w:type="dxa"/>
          </w:tcPr>
          <w:p w14:paraId="4CBADA29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14:paraId="375038D4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</w:tr>
      <w:tr w:rsidR="00736337" w:rsidRPr="003B3D52" w14:paraId="48B07B3B" w14:textId="77777777">
        <w:trPr>
          <w:jc w:val="center"/>
        </w:trPr>
        <w:tc>
          <w:tcPr>
            <w:tcW w:w="1440" w:type="dxa"/>
          </w:tcPr>
          <w:p w14:paraId="05BE48AE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14:paraId="6FF6E52B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3168" w:type="dxa"/>
          </w:tcPr>
          <w:p w14:paraId="6DC29808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14:paraId="5D4F5D05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</w:tr>
      <w:tr w:rsidR="00736337" w:rsidRPr="003B3D52" w14:paraId="2A5063ED" w14:textId="77777777">
        <w:trPr>
          <w:jc w:val="center"/>
        </w:trPr>
        <w:tc>
          <w:tcPr>
            <w:tcW w:w="1440" w:type="dxa"/>
          </w:tcPr>
          <w:p w14:paraId="35746E49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14:paraId="4EB7B6EB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3168" w:type="dxa"/>
          </w:tcPr>
          <w:p w14:paraId="78F12B63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14:paraId="571A62E2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</w:tr>
    </w:tbl>
    <w:p w14:paraId="69163D2F" w14:textId="77777777" w:rsidR="00736337" w:rsidRPr="003B3D52" w:rsidRDefault="00736337">
      <w:pPr>
        <w:rPr>
          <w:sz w:val="28"/>
          <w:szCs w:val="28"/>
        </w:rPr>
      </w:pPr>
    </w:p>
    <w:p w14:paraId="153615DC" w14:textId="77777777" w:rsidR="00736337" w:rsidRPr="003B3D52" w:rsidRDefault="00000000">
      <w:pPr>
        <w:rPr>
          <w:sz w:val="28"/>
          <w:szCs w:val="28"/>
        </w:rPr>
      </w:pPr>
      <w:r w:rsidRPr="003B3D52">
        <w:rPr>
          <w:sz w:val="28"/>
          <w:szCs w:val="28"/>
        </w:rPr>
        <w:br w:type="page"/>
      </w:r>
    </w:p>
    <w:p w14:paraId="56F14DF8" w14:textId="77777777" w:rsidR="00736337" w:rsidRPr="003B3D52" w:rsidRDefault="00000000">
      <w:pPr>
        <w:pStyle w:val="Heading1"/>
        <w:rPr>
          <w:sz w:val="28"/>
        </w:rPr>
      </w:pPr>
      <w:r w:rsidRPr="003B3D52">
        <w:rPr>
          <w:sz w:val="28"/>
        </w:rPr>
        <w:lastRenderedPageBreak/>
        <w:t>5. Free Composition Guidance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12"/>
      </w:tblGrid>
      <w:tr w:rsidR="00736337" w:rsidRPr="003B3D52" w14:paraId="181C4969" w14:textId="77777777">
        <w:trPr>
          <w:jc w:val="center"/>
        </w:trPr>
        <w:tc>
          <w:tcPr>
            <w:tcW w:w="10512" w:type="dxa"/>
            <w:shd w:val="clear" w:color="auto" w:fill="D9EAF7"/>
          </w:tcPr>
          <w:p w14:paraId="02491404" w14:textId="77777777" w:rsidR="00736337" w:rsidRPr="003B3D52" w:rsidRDefault="00000000">
            <w:pPr>
              <w:spacing w:after="60"/>
              <w:rPr>
                <w:sz w:val="28"/>
                <w:szCs w:val="28"/>
              </w:rPr>
            </w:pPr>
            <w:r w:rsidRPr="003B3D52">
              <w:rPr>
                <w:b/>
                <w:color w:val="1F4E79"/>
                <w:sz w:val="28"/>
                <w:szCs w:val="28"/>
              </w:rPr>
              <w:t>Your free composition should show</w:t>
            </w:r>
          </w:p>
          <w:p w14:paraId="489186AA" w14:textId="77777777" w:rsidR="00736337" w:rsidRPr="003B3D52" w:rsidRDefault="00000000">
            <w:pPr>
              <w:spacing w:after="30"/>
              <w:ind w:left="173"/>
              <w:rPr>
                <w:sz w:val="28"/>
                <w:szCs w:val="28"/>
              </w:rPr>
            </w:pPr>
            <w:r w:rsidRPr="003B3D52">
              <w:rPr>
                <w:b/>
                <w:sz w:val="28"/>
                <w:szCs w:val="28"/>
              </w:rPr>
              <w:t xml:space="preserve">• </w:t>
            </w:r>
            <w:r w:rsidRPr="003B3D52">
              <w:rPr>
                <w:sz w:val="28"/>
                <w:szCs w:val="28"/>
              </w:rPr>
              <w:t>A clear creative intention: style, mood, purpose and musical direction.</w:t>
            </w:r>
          </w:p>
          <w:p w14:paraId="11E7FDDB" w14:textId="77777777" w:rsidR="00736337" w:rsidRPr="003B3D52" w:rsidRDefault="00000000">
            <w:pPr>
              <w:spacing w:after="30"/>
              <w:ind w:left="173"/>
              <w:rPr>
                <w:sz w:val="28"/>
                <w:szCs w:val="28"/>
              </w:rPr>
            </w:pPr>
            <w:r w:rsidRPr="003B3D52">
              <w:rPr>
                <w:b/>
                <w:sz w:val="28"/>
                <w:szCs w:val="28"/>
              </w:rPr>
              <w:t xml:space="preserve">• </w:t>
            </w:r>
            <w:r w:rsidRPr="003B3D52">
              <w:rPr>
                <w:sz w:val="28"/>
                <w:szCs w:val="28"/>
              </w:rPr>
              <w:t>Strong musical ideas: melody, rhythm, harmony, texture, structure and timbre.</w:t>
            </w:r>
          </w:p>
          <w:p w14:paraId="0C0279BA" w14:textId="77777777" w:rsidR="00736337" w:rsidRPr="003B3D52" w:rsidRDefault="00000000">
            <w:pPr>
              <w:spacing w:after="30"/>
              <w:ind w:left="173"/>
              <w:rPr>
                <w:sz w:val="28"/>
                <w:szCs w:val="28"/>
              </w:rPr>
            </w:pPr>
            <w:r w:rsidRPr="003B3D52">
              <w:rPr>
                <w:b/>
                <w:sz w:val="28"/>
                <w:szCs w:val="28"/>
              </w:rPr>
              <w:t xml:space="preserve">• </w:t>
            </w:r>
            <w:r w:rsidRPr="003B3D52">
              <w:rPr>
                <w:sz w:val="28"/>
                <w:szCs w:val="28"/>
              </w:rPr>
              <w:t>Development: ideas should be repeated, varied, extended and shaped over time.</w:t>
            </w:r>
          </w:p>
          <w:p w14:paraId="56048CC4" w14:textId="77777777" w:rsidR="00736337" w:rsidRPr="003B3D52" w:rsidRDefault="00000000">
            <w:pPr>
              <w:spacing w:after="30"/>
              <w:ind w:left="173"/>
              <w:rPr>
                <w:sz w:val="28"/>
                <w:szCs w:val="28"/>
              </w:rPr>
            </w:pPr>
            <w:r w:rsidRPr="003B3D52">
              <w:rPr>
                <w:b/>
                <w:sz w:val="28"/>
                <w:szCs w:val="28"/>
              </w:rPr>
              <w:t xml:space="preserve">• </w:t>
            </w:r>
            <w:r w:rsidRPr="003B3D52">
              <w:rPr>
                <w:sz w:val="28"/>
                <w:szCs w:val="28"/>
              </w:rPr>
              <w:t>Technical control: the parts should fit together musically and be appropriate for the instruments/voices/technology used.</w:t>
            </w:r>
          </w:p>
          <w:p w14:paraId="07991DE3" w14:textId="77777777" w:rsidR="00736337" w:rsidRPr="003B3D52" w:rsidRDefault="00000000">
            <w:pPr>
              <w:spacing w:after="30"/>
              <w:ind w:left="173"/>
              <w:rPr>
                <w:sz w:val="28"/>
                <w:szCs w:val="28"/>
              </w:rPr>
            </w:pPr>
            <w:r w:rsidRPr="003B3D52">
              <w:rPr>
                <w:b/>
                <w:sz w:val="28"/>
                <w:szCs w:val="28"/>
              </w:rPr>
              <w:t xml:space="preserve">• </w:t>
            </w:r>
            <w:r w:rsidRPr="003B3D52">
              <w:rPr>
                <w:sz w:val="28"/>
                <w:szCs w:val="28"/>
              </w:rPr>
              <w:t>Coherence: the final piece should feel complete, organised and convincing.</w:t>
            </w:r>
          </w:p>
        </w:tc>
      </w:tr>
    </w:tbl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"/>
        <w:gridCol w:w="2700"/>
        <w:gridCol w:w="7776"/>
      </w:tblGrid>
      <w:tr w:rsidR="00736337" w:rsidRPr="003B3D52" w14:paraId="28C92F39" w14:textId="77777777" w:rsidTr="00E9418A">
        <w:trPr>
          <w:gridBefore w:val="1"/>
          <w:wBefore w:w="18" w:type="dxa"/>
          <w:jc w:val="center"/>
        </w:trPr>
        <w:tc>
          <w:tcPr>
            <w:tcW w:w="2700" w:type="dxa"/>
            <w:shd w:val="clear" w:color="auto" w:fill="1F4E79"/>
          </w:tcPr>
          <w:p w14:paraId="1039009D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Composition ingredient</w:t>
            </w:r>
          </w:p>
        </w:tc>
        <w:tc>
          <w:tcPr>
            <w:tcW w:w="7776" w:type="dxa"/>
            <w:shd w:val="clear" w:color="auto" w:fill="1F4E79"/>
          </w:tcPr>
          <w:p w14:paraId="75D934BD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Questions to ask yourself</w:t>
            </w:r>
          </w:p>
        </w:tc>
      </w:tr>
      <w:tr w:rsidR="00736337" w:rsidRPr="003B3D52" w14:paraId="06FD6B21" w14:textId="77777777" w:rsidTr="00E9418A">
        <w:trPr>
          <w:jc w:val="center"/>
        </w:trPr>
        <w:tc>
          <w:tcPr>
            <w:tcW w:w="2718" w:type="dxa"/>
            <w:gridSpan w:val="2"/>
          </w:tcPr>
          <w:p w14:paraId="49255B39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Melody / hook</w:t>
            </w:r>
          </w:p>
        </w:tc>
        <w:tc>
          <w:tcPr>
            <w:tcW w:w="7776" w:type="dxa"/>
          </w:tcPr>
          <w:p w14:paraId="3929786B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Is there a memorable musical idea? Is it shaped clearly?</w:t>
            </w:r>
          </w:p>
        </w:tc>
      </w:tr>
      <w:tr w:rsidR="00736337" w:rsidRPr="003B3D52" w14:paraId="7EFFA6FA" w14:textId="77777777" w:rsidTr="00E9418A">
        <w:trPr>
          <w:jc w:val="center"/>
        </w:trPr>
        <w:tc>
          <w:tcPr>
            <w:tcW w:w="2718" w:type="dxa"/>
            <w:gridSpan w:val="2"/>
          </w:tcPr>
          <w:p w14:paraId="430384B0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Rhythm / groove</w:t>
            </w:r>
          </w:p>
        </w:tc>
        <w:tc>
          <w:tcPr>
            <w:tcW w:w="7776" w:type="dxa"/>
          </w:tcPr>
          <w:p w14:paraId="79063A83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Does the rhythmic feel suit the genre? Is there enough variety?</w:t>
            </w:r>
          </w:p>
        </w:tc>
      </w:tr>
      <w:tr w:rsidR="00736337" w:rsidRPr="003B3D52" w14:paraId="15FCA3C4" w14:textId="77777777" w:rsidTr="00E9418A">
        <w:trPr>
          <w:jc w:val="center"/>
        </w:trPr>
        <w:tc>
          <w:tcPr>
            <w:tcW w:w="2718" w:type="dxa"/>
            <w:gridSpan w:val="2"/>
          </w:tcPr>
          <w:p w14:paraId="30B5BA89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Harmony / chords</w:t>
            </w:r>
          </w:p>
        </w:tc>
        <w:tc>
          <w:tcPr>
            <w:tcW w:w="7776" w:type="dxa"/>
          </w:tcPr>
          <w:p w14:paraId="46C1DB08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 xml:space="preserve">Do </w:t>
            </w:r>
            <w:proofErr w:type="gramStart"/>
            <w:r w:rsidRPr="003B3D52">
              <w:rPr>
                <w:sz w:val="28"/>
                <w:szCs w:val="28"/>
              </w:rPr>
              <w:t>the chords</w:t>
            </w:r>
            <w:proofErr w:type="gramEnd"/>
            <w:r w:rsidRPr="003B3D52">
              <w:rPr>
                <w:sz w:val="28"/>
                <w:szCs w:val="28"/>
              </w:rPr>
              <w:t xml:space="preserve"> support the mood? Are there cadences or harmonic changes?</w:t>
            </w:r>
          </w:p>
        </w:tc>
      </w:tr>
      <w:tr w:rsidR="00736337" w:rsidRPr="003B3D52" w14:paraId="511C0407" w14:textId="77777777" w:rsidTr="00E9418A">
        <w:trPr>
          <w:jc w:val="center"/>
        </w:trPr>
        <w:tc>
          <w:tcPr>
            <w:tcW w:w="2718" w:type="dxa"/>
            <w:gridSpan w:val="2"/>
          </w:tcPr>
          <w:p w14:paraId="18235239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Bassline</w:t>
            </w:r>
          </w:p>
        </w:tc>
        <w:tc>
          <w:tcPr>
            <w:tcW w:w="7776" w:type="dxa"/>
          </w:tcPr>
          <w:p w14:paraId="1E161B24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 xml:space="preserve">Does the bass support </w:t>
            </w:r>
            <w:proofErr w:type="gramStart"/>
            <w:r w:rsidRPr="003B3D52">
              <w:rPr>
                <w:sz w:val="28"/>
                <w:szCs w:val="28"/>
              </w:rPr>
              <w:t>the harmony</w:t>
            </w:r>
            <w:proofErr w:type="gramEnd"/>
            <w:r w:rsidRPr="003B3D52">
              <w:rPr>
                <w:sz w:val="28"/>
                <w:szCs w:val="28"/>
              </w:rPr>
              <w:t xml:space="preserve"> and rhythm?</w:t>
            </w:r>
          </w:p>
        </w:tc>
      </w:tr>
      <w:tr w:rsidR="00736337" w:rsidRPr="003B3D52" w14:paraId="1FF0BE6D" w14:textId="77777777" w:rsidTr="00E9418A">
        <w:trPr>
          <w:jc w:val="center"/>
        </w:trPr>
        <w:tc>
          <w:tcPr>
            <w:tcW w:w="2718" w:type="dxa"/>
            <w:gridSpan w:val="2"/>
          </w:tcPr>
          <w:p w14:paraId="3AD3531D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Texture</w:t>
            </w:r>
          </w:p>
        </w:tc>
        <w:tc>
          <w:tcPr>
            <w:tcW w:w="7776" w:type="dxa"/>
          </w:tcPr>
          <w:p w14:paraId="58285FD1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Do layers enter and leave for contrast? Is the music too empty or too crowded?</w:t>
            </w:r>
          </w:p>
        </w:tc>
      </w:tr>
      <w:tr w:rsidR="00736337" w:rsidRPr="003B3D52" w14:paraId="6B433FF4" w14:textId="77777777" w:rsidTr="00E9418A">
        <w:trPr>
          <w:jc w:val="center"/>
        </w:trPr>
        <w:tc>
          <w:tcPr>
            <w:tcW w:w="2718" w:type="dxa"/>
            <w:gridSpan w:val="2"/>
          </w:tcPr>
          <w:p w14:paraId="71C62BD8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Structure</w:t>
            </w:r>
          </w:p>
        </w:tc>
        <w:tc>
          <w:tcPr>
            <w:tcW w:w="7776" w:type="dxa"/>
          </w:tcPr>
          <w:p w14:paraId="5A8CEBE9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Is there a clear beginning, middle and ending? Are transitions effective?</w:t>
            </w:r>
          </w:p>
        </w:tc>
      </w:tr>
      <w:tr w:rsidR="00736337" w:rsidRPr="003B3D52" w14:paraId="56B699D0" w14:textId="77777777" w:rsidTr="00E9418A">
        <w:trPr>
          <w:jc w:val="center"/>
        </w:trPr>
        <w:tc>
          <w:tcPr>
            <w:tcW w:w="2718" w:type="dxa"/>
            <w:gridSpan w:val="2"/>
          </w:tcPr>
          <w:p w14:paraId="0DF96C94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Timbre / sonority</w:t>
            </w:r>
          </w:p>
        </w:tc>
        <w:tc>
          <w:tcPr>
            <w:tcW w:w="7776" w:type="dxa"/>
          </w:tcPr>
          <w:p w14:paraId="34C723D6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Are the instrument or sound choices appropriate?</w:t>
            </w:r>
          </w:p>
        </w:tc>
      </w:tr>
      <w:tr w:rsidR="00736337" w:rsidRPr="003B3D52" w14:paraId="31B128CA" w14:textId="77777777" w:rsidTr="00E9418A">
        <w:trPr>
          <w:jc w:val="center"/>
        </w:trPr>
        <w:tc>
          <w:tcPr>
            <w:tcW w:w="2718" w:type="dxa"/>
            <w:gridSpan w:val="2"/>
          </w:tcPr>
          <w:p w14:paraId="3637AEEF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Dynamics / production</w:t>
            </w:r>
          </w:p>
        </w:tc>
        <w:tc>
          <w:tcPr>
            <w:tcW w:w="7776" w:type="dxa"/>
          </w:tcPr>
          <w:p w14:paraId="113ECFA8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Are volume, effects, articulation and expression controlled?</w:t>
            </w:r>
          </w:p>
        </w:tc>
      </w:tr>
    </w:tbl>
    <w:p w14:paraId="74768F2B" w14:textId="77777777" w:rsidR="00736337" w:rsidRPr="003B3D52" w:rsidRDefault="00736337">
      <w:pPr>
        <w:rPr>
          <w:sz w:val="28"/>
          <w:szCs w:val="28"/>
        </w:rPr>
      </w:pPr>
    </w:p>
    <w:p w14:paraId="035F50E6" w14:textId="77777777" w:rsidR="00736337" w:rsidRPr="003B3D52" w:rsidRDefault="00000000">
      <w:pPr>
        <w:pStyle w:val="Heading1"/>
        <w:rPr>
          <w:sz w:val="28"/>
        </w:rPr>
      </w:pPr>
      <w:r w:rsidRPr="003B3D52">
        <w:rPr>
          <w:sz w:val="28"/>
        </w:rPr>
        <w:t>6. Free Composition Planning Sheet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72"/>
        <w:gridCol w:w="6624"/>
      </w:tblGrid>
      <w:tr w:rsidR="00736337" w:rsidRPr="003B3D52" w14:paraId="6CB31FAC" w14:textId="77777777">
        <w:trPr>
          <w:jc w:val="center"/>
        </w:trPr>
        <w:tc>
          <w:tcPr>
            <w:tcW w:w="3672" w:type="dxa"/>
            <w:shd w:val="clear" w:color="auto" w:fill="1F4E79"/>
          </w:tcPr>
          <w:p w14:paraId="7AAF26CC" w14:textId="77777777" w:rsidR="00736337" w:rsidRPr="003B3D52" w:rsidRDefault="00000000">
            <w:pPr>
              <w:rPr>
                <w:sz w:val="22"/>
              </w:rPr>
            </w:pPr>
            <w:r w:rsidRPr="003B3D52">
              <w:rPr>
                <w:b/>
                <w:color w:val="FFFFFF"/>
                <w:sz w:val="22"/>
              </w:rPr>
              <w:t>Question</w:t>
            </w:r>
          </w:p>
        </w:tc>
        <w:tc>
          <w:tcPr>
            <w:tcW w:w="6624" w:type="dxa"/>
            <w:shd w:val="clear" w:color="auto" w:fill="1F4E79"/>
          </w:tcPr>
          <w:p w14:paraId="2C70567F" w14:textId="77777777" w:rsidR="00736337" w:rsidRPr="003B3D52" w:rsidRDefault="00000000">
            <w:pPr>
              <w:rPr>
                <w:sz w:val="22"/>
              </w:rPr>
            </w:pPr>
            <w:r w:rsidRPr="003B3D52">
              <w:rPr>
                <w:b/>
                <w:color w:val="FFFFFF"/>
                <w:sz w:val="22"/>
              </w:rPr>
              <w:t>Response</w:t>
            </w:r>
          </w:p>
        </w:tc>
      </w:tr>
      <w:tr w:rsidR="00736337" w:rsidRPr="003B3D52" w14:paraId="6C8AAA69" w14:textId="77777777">
        <w:trPr>
          <w:jc w:val="center"/>
        </w:trPr>
        <w:tc>
          <w:tcPr>
            <w:tcW w:w="3672" w:type="dxa"/>
          </w:tcPr>
          <w:p w14:paraId="2ED30C03" w14:textId="77777777" w:rsidR="00736337" w:rsidRPr="003B3D52" w:rsidRDefault="00000000">
            <w:pPr>
              <w:rPr>
                <w:sz w:val="22"/>
              </w:rPr>
            </w:pPr>
            <w:r w:rsidRPr="003B3D52">
              <w:rPr>
                <w:sz w:val="22"/>
              </w:rPr>
              <w:t>What is the style or genre of your free composition?</w:t>
            </w:r>
          </w:p>
        </w:tc>
        <w:tc>
          <w:tcPr>
            <w:tcW w:w="6624" w:type="dxa"/>
          </w:tcPr>
          <w:p w14:paraId="718092BF" w14:textId="77777777" w:rsidR="00736337" w:rsidRPr="003B3D52" w:rsidRDefault="00736337">
            <w:pPr>
              <w:rPr>
                <w:sz w:val="22"/>
              </w:rPr>
            </w:pPr>
          </w:p>
        </w:tc>
      </w:tr>
      <w:tr w:rsidR="00736337" w:rsidRPr="003B3D52" w14:paraId="25ACA96F" w14:textId="77777777">
        <w:trPr>
          <w:jc w:val="center"/>
        </w:trPr>
        <w:tc>
          <w:tcPr>
            <w:tcW w:w="3672" w:type="dxa"/>
          </w:tcPr>
          <w:p w14:paraId="1EB87642" w14:textId="77777777" w:rsidR="00736337" w:rsidRPr="003B3D52" w:rsidRDefault="00000000">
            <w:pPr>
              <w:rPr>
                <w:sz w:val="22"/>
              </w:rPr>
            </w:pPr>
            <w:r w:rsidRPr="003B3D52">
              <w:rPr>
                <w:sz w:val="22"/>
              </w:rPr>
              <w:t>What mood or atmosphere do you want to create?</w:t>
            </w:r>
          </w:p>
        </w:tc>
        <w:tc>
          <w:tcPr>
            <w:tcW w:w="6624" w:type="dxa"/>
          </w:tcPr>
          <w:p w14:paraId="259D7C0C" w14:textId="77777777" w:rsidR="00736337" w:rsidRPr="003B3D52" w:rsidRDefault="00736337">
            <w:pPr>
              <w:rPr>
                <w:sz w:val="22"/>
              </w:rPr>
            </w:pPr>
          </w:p>
        </w:tc>
      </w:tr>
      <w:tr w:rsidR="00736337" w:rsidRPr="003B3D52" w14:paraId="3FECE6DF" w14:textId="77777777">
        <w:trPr>
          <w:jc w:val="center"/>
        </w:trPr>
        <w:tc>
          <w:tcPr>
            <w:tcW w:w="3672" w:type="dxa"/>
          </w:tcPr>
          <w:p w14:paraId="6BECCF54" w14:textId="77777777" w:rsidR="00736337" w:rsidRPr="003B3D52" w:rsidRDefault="00000000">
            <w:pPr>
              <w:rPr>
                <w:sz w:val="22"/>
              </w:rPr>
            </w:pPr>
            <w:r w:rsidRPr="003B3D52">
              <w:rPr>
                <w:sz w:val="22"/>
              </w:rPr>
              <w:t>Which instruments, voices or sounds will you use?</w:t>
            </w:r>
          </w:p>
        </w:tc>
        <w:tc>
          <w:tcPr>
            <w:tcW w:w="6624" w:type="dxa"/>
          </w:tcPr>
          <w:p w14:paraId="76DAB8B5" w14:textId="77777777" w:rsidR="00736337" w:rsidRPr="003B3D52" w:rsidRDefault="00736337">
            <w:pPr>
              <w:rPr>
                <w:sz w:val="22"/>
              </w:rPr>
            </w:pPr>
          </w:p>
        </w:tc>
      </w:tr>
      <w:tr w:rsidR="00736337" w:rsidRPr="003B3D52" w14:paraId="10C37733" w14:textId="77777777">
        <w:trPr>
          <w:jc w:val="center"/>
        </w:trPr>
        <w:tc>
          <w:tcPr>
            <w:tcW w:w="3672" w:type="dxa"/>
          </w:tcPr>
          <w:p w14:paraId="7E61E13C" w14:textId="77777777" w:rsidR="00736337" w:rsidRPr="003B3D52" w:rsidRDefault="00000000">
            <w:pPr>
              <w:rPr>
                <w:sz w:val="22"/>
              </w:rPr>
            </w:pPr>
            <w:r w:rsidRPr="003B3D52">
              <w:rPr>
                <w:sz w:val="22"/>
              </w:rPr>
              <w:t>What is your intended structure?</w:t>
            </w:r>
          </w:p>
        </w:tc>
        <w:tc>
          <w:tcPr>
            <w:tcW w:w="6624" w:type="dxa"/>
          </w:tcPr>
          <w:p w14:paraId="0C0AAE0A" w14:textId="77777777" w:rsidR="00736337" w:rsidRPr="003B3D52" w:rsidRDefault="00736337">
            <w:pPr>
              <w:rPr>
                <w:sz w:val="22"/>
              </w:rPr>
            </w:pPr>
          </w:p>
        </w:tc>
      </w:tr>
      <w:tr w:rsidR="00736337" w:rsidRPr="003B3D52" w14:paraId="323B0F45" w14:textId="77777777">
        <w:trPr>
          <w:jc w:val="center"/>
        </w:trPr>
        <w:tc>
          <w:tcPr>
            <w:tcW w:w="3672" w:type="dxa"/>
          </w:tcPr>
          <w:p w14:paraId="35C09088" w14:textId="77777777" w:rsidR="00736337" w:rsidRPr="003B3D52" w:rsidRDefault="00000000">
            <w:pPr>
              <w:rPr>
                <w:sz w:val="22"/>
              </w:rPr>
            </w:pPr>
            <w:r w:rsidRPr="003B3D52">
              <w:rPr>
                <w:sz w:val="22"/>
              </w:rPr>
              <w:t>What is your starting idea? Melody, chord pattern, riff, rhythm, bassline or sound?</w:t>
            </w:r>
          </w:p>
        </w:tc>
        <w:tc>
          <w:tcPr>
            <w:tcW w:w="6624" w:type="dxa"/>
          </w:tcPr>
          <w:p w14:paraId="3775834E" w14:textId="77777777" w:rsidR="00736337" w:rsidRPr="003B3D52" w:rsidRDefault="00736337">
            <w:pPr>
              <w:rPr>
                <w:sz w:val="22"/>
              </w:rPr>
            </w:pPr>
          </w:p>
        </w:tc>
      </w:tr>
      <w:tr w:rsidR="00736337" w:rsidRPr="003B3D52" w14:paraId="63182904" w14:textId="77777777">
        <w:trPr>
          <w:jc w:val="center"/>
        </w:trPr>
        <w:tc>
          <w:tcPr>
            <w:tcW w:w="3672" w:type="dxa"/>
          </w:tcPr>
          <w:p w14:paraId="1EC58BEE" w14:textId="77777777" w:rsidR="00736337" w:rsidRPr="003B3D52" w:rsidRDefault="00000000">
            <w:pPr>
              <w:rPr>
                <w:sz w:val="22"/>
              </w:rPr>
            </w:pPr>
            <w:r w:rsidRPr="003B3D52">
              <w:rPr>
                <w:sz w:val="22"/>
              </w:rPr>
              <w:t>Which GCSE set work, artist, genre or listening example could influence your piece?</w:t>
            </w:r>
          </w:p>
        </w:tc>
        <w:tc>
          <w:tcPr>
            <w:tcW w:w="6624" w:type="dxa"/>
          </w:tcPr>
          <w:p w14:paraId="1B95F657" w14:textId="77777777" w:rsidR="00736337" w:rsidRPr="003B3D52" w:rsidRDefault="00736337">
            <w:pPr>
              <w:rPr>
                <w:sz w:val="22"/>
              </w:rPr>
            </w:pPr>
          </w:p>
        </w:tc>
      </w:tr>
      <w:tr w:rsidR="00736337" w:rsidRPr="003B3D52" w14:paraId="4E8F70B9" w14:textId="77777777">
        <w:trPr>
          <w:jc w:val="center"/>
        </w:trPr>
        <w:tc>
          <w:tcPr>
            <w:tcW w:w="3672" w:type="dxa"/>
          </w:tcPr>
          <w:p w14:paraId="30EA6E3F" w14:textId="77777777" w:rsidR="00736337" w:rsidRPr="003B3D52" w:rsidRDefault="00000000">
            <w:pPr>
              <w:rPr>
                <w:sz w:val="22"/>
              </w:rPr>
            </w:pPr>
            <w:r w:rsidRPr="003B3D52">
              <w:rPr>
                <w:sz w:val="22"/>
              </w:rPr>
              <w:t>Which software/notation/recording tools will you use?</w:t>
            </w:r>
          </w:p>
        </w:tc>
        <w:tc>
          <w:tcPr>
            <w:tcW w:w="6624" w:type="dxa"/>
          </w:tcPr>
          <w:p w14:paraId="2C944107" w14:textId="77777777" w:rsidR="00736337" w:rsidRPr="003B3D52" w:rsidRDefault="00736337">
            <w:pPr>
              <w:rPr>
                <w:sz w:val="22"/>
              </w:rPr>
            </w:pPr>
          </w:p>
        </w:tc>
      </w:tr>
    </w:tbl>
    <w:p w14:paraId="2A2B5A07" w14:textId="77777777" w:rsidR="00736337" w:rsidRPr="003B3D52" w:rsidRDefault="00000000">
      <w:pPr>
        <w:pStyle w:val="Heading1"/>
        <w:rPr>
          <w:sz w:val="28"/>
        </w:rPr>
      </w:pPr>
      <w:r w:rsidRPr="003B3D52">
        <w:rPr>
          <w:sz w:val="28"/>
        </w:rPr>
        <w:lastRenderedPageBreak/>
        <w:t>7. Free Composition Log</w:t>
      </w:r>
    </w:p>
    <w:p w14:paraId="5C2984D3" w14:textId="77777777" w:rsidR="00736337" w:rsidRPr="003B3D52" w:rsidRDefault="00000000">
      <w:pPr>
        <w:spacing w:after="40"/>
        <w:rPr>
          <w:sz w:val="28"/>
          <w:szCs w:val="28"/>
        </w:rPr>
      </w:pPr>
      <w:r w:rsidRPr="003B3D52">
        <w:rPr>
          <w:b/>
          <w:sz w:val="28"/>
          <w:szCs w:val="28"/>
        </w:rPr>
        <w:t xml:space="preserve">Complete one composition </w:t>
      </w:r>
      <w:proofErr w:type="gramStart"/>
      <w:r w:rsidRPr="003B3D52">
        <w:rPr>
          <w:b/>
          <w:sz w:val="28"/>
          <w:szCs w:val="28"/>
        </w:rPr>
        <w:t>log</w:t>
      </w:r>
      <w:proofErr w:type="gramEnd"/>
      <w:r w:rsidRPr="003B3D52">
        <w:rPr>
          <w:b/>
          <w:sz w:val="28"/>
          <w:szCs w:val="28"/>
        </w:rPr>
        <w:t xml:space="preserve"> each time you work on your piece. Focus on the musical decisions you made, not just the software buttons you clicked.</w:t>
      </w:r>
    </w:p>
    <w:p w14:paraId="3FD97B07" w14:textId="77777777" w:rsidR="00736337" w:rsidRPr="003B3D52" w:rsidRDefault="00000000">
      <w:pPr>
        <w:pStyle w:val="Heading2"/>
        <w:rPr>
          <w:sz w:val="28"/>
          <w:szCs w:val="28"/>
        </w:rPr>
      </w:pPr>
      <w:r w:rsidRPr="003B3D52">
        <w:rPr>
          <w:sz w:val="28"/>
          <w:szCs w:val="28"/>
        </w:rPr>
        <w:t>Composition Log 1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84"/>
        <w:gridCol w:w="1584"/>
        <w:gridCol w:w="3024"/>
        <w:gridCol w:w="3888"/>
      </w:tblGrid>
      <w:tr w:rsidR="00736337" w:rsidRPr="003B3D52" w14:paraId="3E7A613F" w14:textId="77777777">
        <w:trPr>
          <w:jc w:val="center"/>
        </w:trPr>
        <w:tc>
          <w:tcPr>
            <w:tcW w:w="1584" w:type="dxa"/>
            <w:shd w:val="clear" w:color="auto" w:fill="1F4E79"/>
          </w:tcPr>
          <w:p w14:paraId="1551965C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Date</w:t>
            </w:r>
          </w:p>
        </w:tc>
        <w:tc>
          <w:tcPr>
            <w:tcW w:w="1584" w:type="dxa"/>
            <w:shd w:val="clear" w:color="auto" w:fill="1F4E79"/>
          </w:tcPr>
          <w:p w14:paraId="76020097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Time spent</w:t>
            </w:r>
          </w:p>
        </w:tc>
        <w:tc>
          <w:tcPr>
            <w:tcW w:w="3024" w:type="dxa"/>
            <w:shd w:val="clear" w:color="auto" w:fill="1F4E79"/>
          </w:tcPr>
          <w:p w14:paraId="45DD9166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Version saved as</w:t>
            </w:r>
          </w:p>
        </w:tc>
        <w:tc>
          <w:tcPr>
            <w:tcW w:w="3888" w:type="dxa"/>
            <w:shd w:val="clear" w:color="auto" w:fill="1F4E79"/>
          </w:tcPr>
          <w:p w14:paraId="601FC94C" w14:textId="77777777" w:rsidR="00736337" w:rsidRPr="003B3D52" w:rsidRDefault="00000000">
            <w:pPr>
              <w:rPr>
                <w:sz w:val="28"/>
                <w:szCs w:val="28"/>
              </w:rPr>
            </w:pPr>
            <w:proofErr w:type="gramStart"/>
            <w:r w:rsidRPr="003B3D52">
              <w:rPr>
                <w:b/>
                <w:color w:val="FFFFFF"/>
                <w:sz w:val="28"/>
                <w:szCs w:val="28"/>
              </w:rPr>
              <w:t>Main focus</w:t>
            </w:r>
            <w:proofErr w:type="gramEnd"/>
          </w:p>
        </w:tc>
      </w:tr>
      <w:tr w:rsidR="00736337" w:rsidRPr="003B3D52" w14:paraId="16AF5805" w14:textId="77777777">
        <w:trPr>
          <w:jc w:val="center"/>
        </w:trPr>
        <w:tc>
          <w:tcPr>
            <w:tcW w:w="1584" w:type="dxa"/>
          </w:tcPr>
          <w:p w14:paraId="77F1724B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1584" w:type="dxa"/>
          </w:tcPr>
          <w:p w14:paraId="04BAA13C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3024" w:type="dxa"/>
          </w:tcPr>
          <w:p w14:paraId="06C82330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3888" w:type="dxa"/>
          </w:tcPr>
          <w:p w14:paraId="46FA983E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</w:tr>
    </w:tbl>
    <w:p w14:paraId="5FD074F5" w14:textId="77777777" w:rsidR="00736337" w:rsidRPr="003B3D52" w:rsidRDefault="00736337">
      <w:pPr>
        <w:rPr>
          <w:sz w:val="28"/>
          <w:szCs w:val="2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24"/>
        <w:gridCol w:w="3600"/>
        <w:gridCol w:w="3600"/>
      </w:tblGrid>
      <w:tr w:rsidR="00736337" w:rsidRPr="003B3D52" w14:paraId="22939A88" w14:textId="77777777">
        <w:trPr>
          <w:jc w:val="center"/>
        </w:trPr>
        <w:tc>
          <w:tcPr>
            <w:tcW w:w="3024" w:type="dxa"/>
            <w:shd w:val="clear" w:color="auto" w:fill="1F4E79"/>
          </w:tcPr>
          <w:p w14:paraId="5B23BD3C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Musical element developed</w:t>
            </w:r>
          </w:p>
        </w:tc>
        <w:tc>
          <w:tcPr>
            <w:tcW w:w="3600" w:type="dxa"/>
            <w:shd w:val="clear" w:color="auto" w:fill="1F4E79"/>
          </w:tcPr>
          <w:p w14:paraId="051F85A9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What did you create or change?</w:t>
            </w:r>
          </w:p>
        </w:tc>
        <w:tc>
          <w:tcPr>
            <w:tcW w:w="3600" w:type="dxa"/>
            <w:shd w:val="clear" w:color="auto" w:fill="1F4E79"/>
          </w:tcPr>
          <w:p w14:paraId="25575639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Why did you make this decision?</w:t>
            </w:r>
          </w:p>
        </w:tc>
      </w:tr>
      <w:tr w:rsidR="00736337" w:rsidRPr="003B3D52" w14:paraId="33885283" w14:textId="77777777">
        <w:trPr>
          <w:jc w:val="center"/>
        </w:trPr>
        <w:tc>
          <w:tcPr>
            <w:tcW w:w="3024" w:type="dxa"/>
          </w:tcPr>
          <w:p w14:paraId="139C145F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Melody / rhythm / harmony / texture / structure / timbre / dynamics</w:t>
            </w:r>
          </w:p>
        </w:tc>
        <w:tc>
          <w:tcPr>
            <w:tcW w:w="3600" w:type="dxa"/>
          </w:tcPr>
          <w:p w14:paraId="65C6467E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3600" w:type="dxa"/>
          </w:tcPr>
          <w:p w14:paraId="028B42A5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</w:tr>
    </w:tbl>
    <w:p w14:paraId="0FD249A1" w14:textId="77777777" w:rsidR="00736337" w:rsidRPr="003B3D52" w:rsidRDefault="00736337">
      <w:pPr>
        <w:rPr>
          <w:sz w:val="28"/>
          <w:szCs w:val="28"/>
        </w:rPr>
      </w:pPr>
    </w:p>
    <w:p w14:paraId="115F6E66" w14:textId="77777777" w:rsidR="00736337" w:rsidRPr="003B3D52" w:rsidRDefault="00000000">
      <w:pPr>
        <w:spacing w:after="40"/>
        <w:rPr>
          <w:sz w:val="28"/>
          <w:szCs w:val="28"/>
        </w:rPr>
      </w:pPr>
      <w:r w:rsidRPr="003B3D52">
        <w:rPr>
          <w:sz w:val="28"/>
          <w:szCs w:val="28"/>
        </w:rPr>
        <w:t>What sounds successful so far?</w:t>
      </w:r>
    </w:p>
    <w:p w14:paraId="151AE86B" w14:textId="10D7A706" w:rsidR="00736337" w:rsidRPr="003B3D52" w:rsidRDefault="00000000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_________________________________________________________________________________________________________</w:t>
      </w:r>
      <w:r w:rsidR="003B3D52">
        <w:rPr>
          <w:sz w:val="28"/>
          <w:szCs w:val="28"/>
        </w:rPr>
        <w:t>_________________________________________________________</w:t>
      </w:r>
    </w:p>
    <w:p w14:paraId="44530E8A" w14:textId="48AA31C3" w:rsidR="00736337" w:rsidRPr="003B3D52" w:rsidRDefault="00000000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</w:t>
      </w:r>
    </w:p>
    <w:p w14:paraId="41618A6A" w14:textId="77777777" w:rsidR="00736337" w:rsidRPr="003B3D52" w:rsidRDefault="00000000">
      <w:pPr>
        <w:spacing w:after="40"/>
        <w:rPr>
          <w:sz w:val="28"/>
          <w:szCs w:val="28"/>
        </w:rPr>
      </w:pPr>
      <w:r w:rsidRPr="003B3D52">
        <w:rPr>
          <w:sz w:val="28"/>
          <w:szCs w:val="28"/>
        </w:rPr>
        <w:t>What needs improving or developing next?</w:t>
      </w:r>
    </w:p>
    <w:p w14:paraId="5607ECE2" w14:textId="3F973E5D" w:rsidR="00736337" w:rsidRPr="003B3D52" w:rsidRDefault="00000000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_________________________________________________________________________________________________________</w:t>
      </w:r>
      <w:r w:rsidR="003B3D52">
        <w:rPr>
          <w:sz w:val="28"/>
          <w:szCs w:val="28"/>
        </w:rPr>
        <w:t>_________________________________________________________</w:t>
      </w:r>
    </w:p>
    <w:p w14:paraId="091774EB" w14:textId="2840412A" w:rsidR="00736337" w:rsidRPr="003B3D52" w:rsidRDefault="00000000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</w:t>
      </w:r>
    </w:p>
    <w:p w14:paraId="63ED148A" w14:textId="5ABA4557" w:rsidR="00736337" w:rsidRPr="003B3D52" w:rsidRDefault="003B3D52">
      <w:pPr>
        <w:spacing w:after="40"/>
        <w:rPr>
          <w:sz w:val="28"/>
          <w:szCs w:val="28"/>
        </w:rPr>
      </w:pPr>
      <w:r>
        <w:rPr>
          <w:sz w:val="28"/>
          <w:szCs w:val="28"/>
        </w:rPr>
        <w:t>My</w:t>
      </w:r>
      <w:r w:rsidR="00000000" w:rsidRPr="003B3D52">
        <w:rPr>
          <w:sz w:val="28"/>
          <w:szCs w:val="28"/>
        </w:rPr>
        <w:t xml:space="preserve"> target for next </w:t>
      </w:r>
      <w:r>
        <w:rPr>
          <w:sz w:val="28"/>
          <w:szCs w:val="28"/>
        </w:rPr>
        <w:t>session</w:t>
      </w:r>
      <w:r w:rsidR="00000000" w:rsidRPr="003B3D52">
        <w:rPr>
          <w:sz w:val="28"/>
          <w:szCs w:val="28"/>
        </w:rPr>
        <w:t>:</w:t>
      </w:r>
    </w:p>
    <w:p w14:paraId="1939E2AE" w14:textId="3C470BBA" w:rsidR="00736337" w:rsidRPr="003B3D52" w:rsidRDefault="00000000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_________________________________________________________________________________________________________</w:t>
      </w:r>
      <w:r w:rsidR="003B3D52">
        <w:rPr>
          <w:sz w:val="28"/>
          <w:szCs w:val="28"/>
        </w:rPr>
        <w:t>__________________________________________________________________________________________________________________________________________</w:t>
      </w:r>
    </w:p>
    <w:p w14:paraId="4C01A931" w14:textId="77777777" w:rsidR="003B3D52" w:rsidRDefault="003B3D52">
      <w:pPr>
        <w:pStyle w:val="Heading2"/>
        <w:rPr>
          <w:sz w:val="28"/>
          <w:szCs w:val="28"/>
        </w:rPr>
      </w:pPr>
    </w:p>
    <w:p w14:paraId="71E49FF1" w14:textId="77777777" w:rsidR="003B3D52" w:rsidRDefault="003B3D52">
      <w:pPr>
        <w:pStyle w:val="Heading2"/>
        <w:rPr>
          <w:sz w:val="28"/>
          <w:szCs w:val="28"/>
        </w:rPr>
      </w:pPr>
    </w:p>
    <w:p w14:paraId="5E16CE41" w14:textId="77777777" w:rsidR="003B3D52" w:rsidRDefault="003B3D52">
      <w:pPr>
        <w:pStyle w:val="Heading2"/>
        <w:rPr>
          <w:sz w:val="28"/>
          <w:szCs w:val="28"/>
        </w:rPr>
      </w:pPr>
    </w:p>
    <w:p w14:paraId="62A0B499" w14:textId="77777777" w:rsidR="003B3D52" w:rsidRDefault="003B3D52" w:rsidP="003B3D52"/>
    <w:p w14:paraId="2C8BA84C" w14:textId="77777777" w:rsidR="003B3D52" w:rsidRPr="003B3D52" w:rsidRDefault="003B3D52" w:rsidP="003B3D52"/>
    <w:p w14:paraId="5CB9D9F1" w14:textId="546595A1" w:rsidR="00736337" w:rsidRPr="003B3D52" w:rsidRDefault="003B3D52">
      <w:pPr>
        <w:pStyle w:val="Heading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Composition </w:t>
      </w:r>
      <w:r w:rsidR="00000000" w:rsidRPr="003B3D52">
        <w:rPr>
          <w:sz w:val="28"/>
          <w:szCs w:val="28"/>
        </w:rPr>
        <w:t>Log 2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84"/>
        <w:gridCol w:w="1584"/>
        <w:gridCol w:w="3024"/>
        <w:gridCol w:w="3888"/>
      </w:tblGrid>
      <w:tr w:rsidR="00736337" w:rsidRPr="003B3D52" w14:paraId="2A1EB25D" w14:textId="77777777">
        <w:trPr>
          <w:jc w:val="center"/>
        </w:trPr>
        <w:tc>
          <w:tcPr>
            <w:tcW w:w="1584" w:type="dxa"/>
            <w:shd w:val="clear" w:color="auto" w:fill="1F4E79"/>
          </w:tcPr>
          <w:p w14:paraId="60EADD3F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Date</w:t>
            </w:r>
          </w:p>
        </w:tc>
        <w:tc>
          <w:tcPr>
            <w:tcW w:w="1584" w:type="dxa"/>
            <w:shd w:val="clear" w:color="auto" w:fill="1F4E79"/>
          </w:tcPr>
          <w:p w14:paraId="2D36ACE7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Time spent</w:t>
            </w:r>
          </w:p>
        </w:tc>
        <w:tc>
          <w:tcPr>
            <w:tcW w:w="3024" w:type="dxa"/>
            <w:shd w:val="clear" w:color="auto" w:fill="1F4E79"/>
          </w:tcPr>
          <w:p w14:paraId="2593ECCA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Version saved as</w:t>
            </w:r>
          </w:p>
        </w:tc>
        <w:tc>
          <w:tcPr>
            <w:tcW w:w="3888" w:type="dxa"/>
            <w:shd w:val="clear" w:color="auto" w:fill="1F4E79"/>
          </w:tcPr>
          <w:p w14:paraId="36EFD72D" w14:textId="77777777" w:rsidR="00736337" w:rsidRPr="003B3D52" w:rsidRDefault="00000000">
            <w:pPr>
              <w:rPr>
                <w:sz w:val="28"/>
                <w:szCs w:val="28"/>
              </w:rPr>
            </w:pPr>
            <w:proofErr w:type="gramStart"/>
            <w:r w:rsidRPr="003B3D52">
              <w:rPr>
                <w:b/>
                <w:color w:val="FFFFFF"/>
                <w:sz w:val="28"/>
                <w:szCs w:val="28"/>
              </w:rPr>
              <w:t>Main focus</w:t>
            </w:r>
            <w:proofErr w:type="gramEnd"/>
          </w:p>
        </w:tc>
      </w:tr>
      <w:tr w:rsidR="00736337" w:rsidRPr="003B3D52" w14:paraId="2229EC33" w14:textId="77777777">
        <w:trPr>
          <w:jc w:val="center"/>
        </w:trPr>
        <w:tc>
          <w:tcPr>
            <w:tcW w:w="1584" w:type="dxa"/>
          </w:tcPr>
          <w:p w14:paraId="76AD6B87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1584" w:type="dxa"/>
          </w:tcPr>
          <w:p w14:paraId="760320C3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3024" w:type="dxa"/>
          </w:tcPr>
          <w:p w14:paraId="710CC974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3888" w:type="dxa"/>
          </w:tcPr>
          <w:p w14:paraId="129967A5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</w:tr>
    </w:tbl>
    <w:p w14:paraId="3D573067" w14:textId="77777777" w:rsidR="00736337" w:rsidRPr="003B3D52" w:rsidRDefault="00736337">
      <w:pPr>
        <w:rPr>
          <w:sz w:val="28"/>
          <w:szCs w:val="2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24"/>
        <w:gridCol w:w="3600"/>
        <w:gridCol w:w="3600"/>
      </w:tblGrid>
      <w:tr w:rsidR="00736337" w:rsidRPr="003B3D52" w14:paraId="2636E371" w14:textId="77777777">
        <w:trPr>
          <w:jc w:val="center"/>
        </w:trPr>
        <w:tc>
          <w:tcPr>
            <w:tcW w:w="3024" w:type="dxa"/>
            <w:shd w:val="clear" w:color="auto" w:fill="1F4E79"/>
          </w:tcPr>
          <w:p w14:paraId="54E8AB05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Musical element developed</w:t>
            </w:r>
          </w:p>
        </w:tc>
        <w:tc>
          <w:tcPr>
            <w:tcW w:w="3600" w:type="dxa"/>
            <w:shd w:val="clear" w:color="auto" w:fill="1F4E79"/>
          </w:tcPr>
          <w:p w14:paraId="7CF5C338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What did you create or change?</w:t>
            </w:r>
          </w:p>
        </w:tc>
        <w:tc>
          <w:tcPr>
            <w:tcW w:w="3600" w:type="dxa"/>
            <w:shd w:val="clear" w:color="auto" w:fill="1F4E79"/>
          </w:tcPr>
          <w:p w14:paraId="7B4F2477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Why did you make this decision?</w:t>
            </w:r>
          </w:p>
        </w:tc>
      </w:tr>
      <w:tr w:rsidR="00736337" w:rsidRPr="003B3D52" w14:paraId="297D8E01" w14:textId="77777777">
        <w:trPr>
          <w:jc w:val="center"/>
        </w:trPr>
        <w:tc>
          <w:tcPr>
            <w:tcW w:w="3024" w:type="dxa"/>
          </w:tcPr>
          <w:p w14:paraId="22C0236B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Melody / rhythm / harmony / texture / structure / timbre / dynamics</w:t>
            </w:r>
          </w:p>
        </w:tc>
        <w:tc>
          <w:tcPr>
            <w:tcW w:w="3600" w:type="dxa"/>
          </w:tcPr>
          <w:p w14:paraId="401B90A5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3600" w:type="dxa"/>
          </w:tcPr>
          <w:p w14:paraId="7C88DC6F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</w:tr>
    </w:tbl>
    <w:p w14:paraId="50BD839F" w14:textId="77777777" w:rsidR="00736337" w:rsidRPr="003B3D52" w:rsidRDefault="00736337">
      <w:pPr>
        <w:rPr>
          <w:sz w:val="28"/>
          <w:szCs w:val="28"/>
        </w:rPr>
      </w:pPr>
    </w:p>
    <w:p w14:paraId="50F305FC" w14:textId="77777777" w:rsidR="003B3D52" w:rsidRPr="003B3D52" w:rsidRDefault="003B3D52" w:rsidP="003B3D52">
      <w:pPr>
        <w:spacing w:after="40"/>
        <w:rPr>
          <w:sz w:val="28"/>
          <w:szCs w:val="28"/>
        </w:rPr>
      </w:pPr>
      <w:r w:rsidRPr="003B3D52">
        <w:rPr>
          <w:sz w:val="28"/>
          <w:szCs w:val="28"/>
        </w:rPr>
        <w:t>What sounds successful so far?</w:t>
      </w:r>
    </w:p>
    <w:p w14:paraId="1639859E" w14:textId="77777777" w:rsidR="003B3D52" w:rsidRPr="003B3D52" w:rsidRDefault="003B3D52" w:rsidP="003B3D52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</w:t>
      </w:r>
    </w:p>
    <w:p w14:paraId="37C7B58C" w14:textId="77777777" w:rsidR="003B3D52" w:rsidRPr="003B3D52" w:rsidRDefault="003B3D52" w:rsidP="003B3D52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</w:t>
      </w:r>
    </w:p>
    <w:p w14:paraId="038C89B7" w14:textId="77777777" w:rsidR="003B3D52" w:rsidRPr="003B3D52" w:rsidRDefault="003B3D52" w:rsidP="003B3D52">
      <w:pPr>
        <w:spacing w:after="40"/>
        <w:rPr>
          <w:sz w:val="28"/>
          <w:szCs w:val="28"/>
        </w:rPr>
      </w:pPr>
      <w:r w:rsidRPr="003B3D52">
        <w:rPr>
          <w:sz w:val="28"/>
          <w:szCs w:val="28"/>
        </w:rPr>
        <w:t>What needs improving or developing next?</w:t>
      </w:r>
    </w:p>
    <w:p w14:paraId="418BDA64" w14:textId="77777777" w:rsidR="003B3D52" w:rsidRPr="003B3D52" w:rsidRDefault="003B3D52" w:rsidP="003B3D52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</w:t>
      </w:r>
    </w:p>
    <w:p w14:paraId="2D460EEA" w14:textId="77777777" w:rsidR="003B3D52" w:rsidRPr="003B3D52" w:rsidRDefault="003B3D52" w:rsidP="003B3D52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</w:t>
      </w:r>
    </w:p>
    <w:p w14:paraId="73B6DFA7" w14:textId="77777777" w:rsidR="003B3D52" w:rsidRPr="003B3D52" w:rsidRDefault="003B3D52" w:rsidP="003B3D52">
      <w:pPr>
        <w:spacing w:after="40"/>
        <w:rPr>
          <w:sz w:val="28"/>
          <w:szCs w:val="28"/>
        </w:rPr>
      </w:pPr>
      <w:r>
        <w:rPr>
          <w:sz w:val="28"/>
          <w:szCs w:val="28"/>
        </w:rPr>
        <w:t>My</w:t>
      </w:r>
      <w:r w:rsidRPr="003B3D52">
        <w:rPr>
          <w:sz w:val="28"/>
          <w:szCs w:val="28"/>
        </w:rPr>
        <w:t xml:space="preserve"> target for next </w:t>
      </w:r>
      <w:r>
        <w:rPr>
          <w:sz w:val="28"/>
          <w:szCs w:val="28"/>
        </w:rPr>
        <w:t>session</w:t>
      </w:r>
      <w:r w:rsidRPr="003B3D52">
        <w:rPr>
          <w:sz w:val="28"/>
          <w:szCs w:val="28"/>
        </w:rPr>
        <w:t>:</w:t>
      </w:r>
    </w:p>
    <w:p w14:paraId="0C73E00F" w14:textId="49AEEFCC" w:rsidR="00736337" w:rsidRPr="003B3D52" w:rsidRDefault="003B3D52" w:rsidP="003B3D52">
      <w:pPr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</w:t>
      </w:r>
      <w:r w:rsidR="00000000" w:rsidRPr="003B3D52">
        <w:rPr>
          <w:sz w:val="28"/>
          <w:szCs w:val="28"/>
        </w:rPr>
        <w:br w:type="page"/>
      </w:r>
    </w:p>
    <w:p w14:paraId="546758D8" w14:textId="77777777" w:rsidR="00736337" w:rsidRPr="003B3D52" w:rsidRDefault="00000000">
      <w:pPr>
        <w:pStyle w:val="Heading2"/>
        <w:rPr>
          <w:sz w:val="28"/>
          <w:szCs w:val="28"/>
        </w:rPr>
      </w:pPr>
      <w:r w:rsidRPr="003B3D52">
        <w:rPr>
          <w:sz w:val="28"/>
          <w:szCs w:val="28"/>
        </w:rPr>
        <w:lastRenderedPageBreak/>
        <w:t>Composition Log 3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84"/>
        <w:gridCol w:w="1584"/>
        <w:gridCol w:w="3024"/>
        <w:gridCol w:w="3888"/>
      </w:tblGrid>
      <w:tr w:rsidR="00736337" w:rsidRPr="003B3D52" w14:paraId="438E6C06" w14:textId="77777777">
        <w:trPr>
          <w:jc w:val="center"/>
        </w:trPr>
        <w:tc>
          <w:tcPr>
            <w:tcW w:w="1584" w:type="dxa"/>
            <w:shd w:val="clear" w:color="auto" w:fill="1F4E79"/>
          </w:tcPr>
          <w:p w14:paraId="1BC8358E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Date</w:t>
            </w:r>
          </w:p>
        </w:tc>
        <w:tc>
          <w:tcPr>
            <w:tcW w:w="1584" w:type="dxa"/>
            <w:shd w:val="clear" w:color="auto" w:fill="1F4E79"/>
          </w:tcPr>
          <w:p w14:paraId="6ABB4F51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Time spent</w:t>
            </w:r>
          </w:p>
        </w:tc>
        <w:tc>
          <w:tcPr>
            <w:tcW w:w="3024" w:type="dxa"/>
            <w:shd w:val="clear" w:color="auto" w:fill="1F4E79"/>
          </w:tcPr>
          <w:p w14:paraId="2EDEC240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Version saved as</w:t>
            </w:r>
          </w:p>
        </w:tc>
        <w:tc>
          <w:tcPr>
            <w:tcW w:w="3888" w:type="dxa"/>
            <w:shd w:val="clear" w:color="auto" w:fill="1F4E79"/>
          </w:tcPr>
          <w:p w14:paraId="32CED356" w14:textId="77777777" w:rsidR="00736337" w:rsidRPr="003B3D52" w:rsidRDefault="00000000">
            <w:pPr>
              <w:rPr>
                <w:sz w:val="28"/>
                <w:szCs w:val="28"/>
              </w:rPr>
            </w:pPr>
            <w:proofErr w:type="gramStart"/>
            <w:r w:rsidRPr="003B3D52">
              <w:rPr>
                <w:b/>
                <w:color w:val="FFFFFF"/>
                <w:sz w:val="28"/>
                <w:szCs w:val="28"/>
              </w:rPr>
              <w:t>Main focus</w:t>
            </w:r>
            <w:proofErr w:type="gramEnd"/>
          </w:p>
        </w:tc>
      </w:tr>
      <w:tr w:rsidR="00736337" w:rsidRPr="003B3D52" w14:paraId="4F4BBC87" w14:textId="77777777">
        <w:trPr>
          <w:jc w:val="center"/>
        </w:trPr>
        <w:tc>
          <w:tcPr>
            <w:tcW w:w="1584" w:type="dxa"/>
          </w:tcPr>
          <w:p w14:paraId="49D2FD98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1584" w:type="dxa"/>
          </w:tcPr>
          <w:p w14:paraId="3E577AC6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3024" w:type="dxa"/>
          </w:tcPr>
          <w:p w14:paraId="3D0DCD81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3888" w:type="dxa"/>
          </w:tcPr>
          <w:p w14:paraId="5591A3F4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</w:tr>
    </w:tbl>
    <w:p w14:paraId="278C6EAC" w14:textId="77777777" w:rsidR="00736337" w:rsidRPr="003B3D52" w:rsidRDefault="00736337">
      <w:pPr>
        <w:rPr>
          <w:sz w:val="28"/>
          <w:szCs w:val="2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24"/>
        <w:gridCol w:w="3600"/>
        <w:gridCol w:w="3600"/>
      </w:tblGrid>
      <w:tr w:rsidR="00736337" w:rsidRPr="003B3D52" w14:paraId="65C52119" w14:textId="77777777">
        <w:trPr>
          <w:jc w:val="center"/>
        </w:trPr>
        <w:tc>
          <w:tcPr>
            <w:tcW w:w="3024" w:type="dxa"/>
            <w:shd w:val="clear" w:color="auto" w:fill="1F4E79"/>
          </w:tcPr>
          <w:p w14:paraId="517E77FA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Musical element developed</w:t>
            </w:r>
          </w:p>
        </w:tc>
        <w:tc>
          <w:tcPr>
            <w:tcW w:w="3600" w:type="dxa"/>
            <w:shd w:val="clear" w:color="auto" w:fill="1F4E79"/>
          </w:tcPr>
          <w:p w14:paraId="7BCD9433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What did you create or change?</w:t>
            </w:r>
          </w:p>
        </w:tc>
        <w:tc>
          <w:tcPr>
            <w:tcW w:w="3600" w:type="dxa"/>
            <w:shd w:val="clear" w:color="auto" w:fill="1F4E79"/>
          </w:tcPr>
          <w:p w14:paraId="18BB5553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Why did you make this decision?</w:t>
            </w:r>
          </w:p>
        </w:tc>
      </w:tr>
      <w:tr w:rsidR="00736337" w:rsidRPr="003B3D52" w14:paraId="4E698D5B" w14:textId="77777777">
        <w:trPr>
          <w:jc w:val="center"/>
        </w:trPr>
        <w:tc>
          <w:tcPr>
            <w:tcW w:w="3024" w:type="dxa"/>
          </w:tcPr>
          <w:p w14:paraId="5693B504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Melody / rhythm / harmony / texture / structure / timbre / dynamics</w:t>
            </w:r>
          </w:p>
        </w:tc>
        <w:tc>
          <w:tcPr>
            <w:tcW w:w="3600" w:type="dxa"/>
          </w:tcPr>
          <w:p w14:paraId="7B943ABC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3600" w:type="dxa"/>
          </w:tcPr>
          <w:p w14:paraId="009E27CD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</w:tr>
    </w:tbl>
    <w:p w14:paraId="4260CA81" w14:textId="77777777" w:rsidR="00736337" w:rsidRPr="003B3D52" w:rsidRDefault="00736337">
      <w:pPr>
        <w:rPr>
          <w:sz w:val="28"/>
          <w:szCs w:val="28"/>
        </w:rPr>
      </w:pPr>
    </w:p>
    <w:p w14:paraId="74B43F34" w14:textId="77777777" w:rsidR="003B3D52" w:rsidRPr="003B3D52" w:rsidRDefault="003B3D52" w:rsidP="003B3D52">
      <w:pPr>
        <w:spacing w:after="40"/>
        <w:rPr>
          <w:sz w:val="28"/>
          <w:szCs w:val="28"/>
        </w:rPr>
      </w:pPr>
      <w:r w:rsidRPr="003B3D52">
        <w:rPr>
          <w:sz w:val="28"/>
          <w:szCs w:val="28"/>
        </w:rPr>
        <w:t>What sounds successful so far?</w:t>
      </w:r>
    </w:p>
    <w:p w14:paraId="41E992F8" w14:textId="77777777" w:rsidR="003B3D52" w:rsidRPr="003B3D52" w:rsidRDefault="003B3D52" w:rsidP="003B3D52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</w:t>
      </w:r>
    </w:p>
    <w:p w14:paraId="38B80F48" w14:textId="77777777" w:rsidR="003B3D52" w:rsidRPr="003B3D52" w:rsidRDefault="003B3D52" w:rsidP="003B3D52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</w:t>
      </w:r>
    </w:p>
    <w:p w14:paraId="082F192C" w14:textId="77777777" w:rsidR="003B3D52" w:rsidRPr="003B3D52" w:rsidRDefault="003B3D52" w:rsidP="003B3D52">
      <w:pPr>
        <w:spacing w:after="40"/>
        <w:rPr>
          <w:sz w:val="28"/>
          <w:szCs w:val="28"/>
        </w:rPr>
      </w:pPr>
      <w:r w:rsidRPr="003B3D52">
        <w:rPr>
          <w:sz w:val="28"/>
          <w:szCs w:val="28"/>
        </w:rPr>
        <w:t>What needs improving or developing next?</w:t>
      </w:r>
    </w:p>
    <w:p w14:paraId="11E56290" w14:textId="77777777" w:rsidR="003B3D52" w:rsidRPr="003B3D52" w:rsidRDefault="003B3D52" w:rsidP="003B3D52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</w:t>
      </w:r>
    </w:p>
    <w:p w14:paraId="2802DCEB" w14:textId="77777777" w:rsidR="003B3D52" w:rsidRPr="003B3D52" w:rsidRDefault="003B3D52" w:rsidP="003B3D52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</w:t>
      </w:r>
    </w:p>
    <w:p w14:paraId="10E1FC77" w14:textId="77777777" w:rsidR="003B3D52" w:rsidRPr="003B3D52" w:rsidRDefault="003B3D52" w:rsidP="003B3D52">
      <w:pPr>
        <w:spacing w:after="40"/>
        <w:rPr>
          <w:sz w:val="28"/>
          <w:szCs w:val="28"/>
        </w:rPr>
      </w:pPr>
      <w:r>
        <w:rPr>
          <w:sz w:val="28"/>
          <w:szCs w:val="28"/>
        </w:rPr>
        <w:t>My</w:t>
      </w:r>
      <w:r w:rsidRPr="003B3D52">
        <w:rPr>
          <w:sz w:val="28"/>
          <w:szCs w:val="28"/>
        </w:rPr>
        <w:t xml:space="preserve"> target for next </w:t>
      </w:r>
      <w:r>
        <w:rPr>
          <w:sz w:val="28"/>
          <w:szCs w:val="28"/>
        </w:rPr>
        <w:t>session</w:t>
      </w:r>
      <w:r w:rsidRPr="003B3D52">
        <w:rPr>
          <w:sz w:val="28"/>
          <w:szCs w:val="28"/>
        </w:rPr>
        <w:t>:</w:t>
      </w:r>
    </w:p>
    <w:p w14:paraId="20298C26" w14:textId="489F1395" w:rsidR="003B3D52" w:rsidRDefault="003B3D52" w:rsidP="003B3D52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</w:t>
      </w:r>
    </w:p>
    <w:p w14:paraId="0ECA614B" w14:textId="77777777" w:rsidR="003B3D52" w:rsidRDefault="003B3D52">
      <w:pPr>
        <w:spacing w:after="0"/>
        <w:rPr>
          <w:sz w:val="28"/>
          <w:szCs w:val="28"/>
        </w:rPr>
      </w:pPr>
    </w:p>
    <w:p w14:paraId="6881C6E8" w14:textId="77777777" w:rsidR="003B3D52" w:rsidRDefault="003B3D52">
      <w:pPr>
        <w:spacing w:after="0"/>
        <w:rPr>
          <w:sz w:val="28"/>
          <w:szCs w:val="28"/>
        </w:rPr>
      </w:pPr>
    </w:p>
    <w:p w14:paraId="2936D5A3" w14:textId="77777777" w:rsidR="003B3D52" w:rsidRDefault="003B3D52">
      <w:pPr>
        <w:spacing w:after="0"/>
        <w:rPr>
          <w:sz w:val="28"/>
          <w:szCs w:val="28"/>
        </w:rPr>
      </w:pPr>
    </w:p>
    <w:p w14:paraId="3D19B051" w14:textId="77777777" w:rsidR="003B3D52" w:rsidRDefault="003B3D52">
      <w:pPr>
        <w:spacing w:after="0"/>
        <w:rPr>
          <w:sz w:val="28"/>
          <w:szCs w:val="28"/>
        </w:rPr>
      </w:pPr>
    </w:p>
    <w:p w14:paraId="6986535B" w14:textId="77777777" w:rsidR="003B3D52" w:rsidRDefault="003B3D52">
      <w:pPr>
        <w:spacing w:after="0"/>
        <w:rPr>
          <w:sz w:val="28"/>
          <w:szCs w:val="28"/>
        </w:rPr>
      </w:pPr>
    </w:p>
    <w:p w14:paraId="56D76A80" w14:textId="77777777" w:rsidR="003B3D52" w:rsidRDefault="003B3D52">
      <w:pPr>
        <w:spacing w:after="0"/>
        <w:rPr>
          <w:sz w:val="28"/>
          <w:szCs w:val="28"/>
        </w:rPr>
      </w:pPr>
    </w:p>
    <w:p w14:paraId="04FAC129" w14:textId="77777777" w:rsidR="003B3D52" w:rsidRDefault="003B3D52">
      <w:pPr>
        <w:spacing w:after="0"/>
        <w:rPr>
          <w:sz w:val="28"/>
          <w:szCs w:val="28"/>
        </w:rPr>
      </w:pPr>
    </w:p>
    <w:p w14:paraId="46988137" w14:textId="77777777" w:rsidR="003B3D52" w:rsidRDefault="003B3D52">
      <w:pPr>
        <w:spacing w:after="0"/>
        <w:rPr>
          <w:sz w:val="28"/>
          <w:szCs w:val="28"/>
        </w:rPr>
      </w:pPr>
    </w:p>
    <w:p w14:paraId="5973145A" w14:textId="77777777" w:rsidR="003B3D52" w:rsidRDefault="003B3D52">
      <w:pPr>
        <w:spacing w:after="0"/>
        <w:rPr>
          <w:sz w:val="28"/>
          <w:szCs w:val="28"/>
        </w:rPr>
      </w:pPr>
    </w:p>
    <w:p w14:paraId="7DB71BD9" w14:textId="77777777" w:rsidR="003B3D52" w:rsidRPr="003B3D52" w:rsidRDefault="003B3D52">
      <w:pPr>
        <w:spacing w:after="0"/>
        <w:rPr>
          <w:sz w:val="28"/>
          <w:szCs w:val="28"/>
        </w:rPr>
      </w:pPr>
    </w:p>
    <w:p w14:paraId="0B5BB3CA" w14:textId="77777777" w:rsidR="00736337" w:rsidRPr="003B3D52" w:rsidRDefault="00000000">
      <w:pPr>
        <w:pStyle w:val="Heading2"/>
        <w:rPr>
          <w:sz w:val="28"/>
          <w:szCs w:val="28"/>
        </w:rPr>
      </w:pPr>
      <w:r w:rsidRPr="003B3D52">
        <w:rPr>
          <w:sz w:val="28"/>
          <w:szCs w:val="28"/>
        </w:rPr>
        <w:lastRenderedPageBreak/>
        <w:t>Composition Log 4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84"/>
        <w:gridCol w:w="1584"/>
        <w:gridCol w:w="3024"/>
        <w:gridCol w:w="3888"/>
      </w:tblGrid>
      <w:tr w:rsidR="00736337" w:rsidRPr="003B3D52" w14:paraId="25101347" w14:textId="77777777">
        <w:trPr>
          <w:jc w:val="center"/>
        </w:trPr>
        <w:tc>
          <w:tcPr>
            <w:tcW w:w="1584" w:type="dxa"/>
            <w:shd w:val="clear" w:color="auto" w:fill="1F4E79"/>
          </w:tcPr>
          <w:p w14:paraId="580D0999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Date</w:t>
            </w:r>
          </w:p>
        </w:tc>
        <w:tc>
          <w:tcPr>
            <w:tcW w:w="1584" w:type="dxa"/>
            <w:shd w:val="clear" w:color="auto" w:fill="1F4E79"/>
          </w:tcPr>
          <w:p w14:paraId="07361BC9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Time spent</w:t>
            </w:r>
          </w:p>
        </w:tc>
        <w:tc>
          <w:tcPr>
            <w:tcW w:w="3024" w:type="dxa"/>
            <w:shd w:val="clear" w:color="auto" w:fill="1F4E79"/>
          </w:tcPr>
          <w:p w14:paraId="41D4A265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Version saved as</w:t>
            </w:r>
          </w:p>
        </w:tc>
        <w:tc>
          <w:tcPr>
            <w:tcW w:w="3888" w:type="dxa"/>
            <w:shd w:val="clear" w:color="auto" w:fill="1F4E79"/>
          </w:tcPr>
          <w:p w14:paraId="1566D542" w14:textId="77777777" w:rsidR="00736337" w:rsidRPr="003B3D52" w:rsidRDefault="00000000">
            <w:pPr>
              <w:rPr>
                <w:sz w:val="28"/>
                <w:szCs w:val="28"/>
              </w:rPr>
            </w:pPr>
            <w:proofErr w:type="gramStart"/>
            <w:r w:rsidRPr="003B3D52">
              <w:rPr>
                <w:b/>
                <w:color w:val="FFFFFF"/>
                <w:sz w:val="28"/>
                <w:szCs w:val="28"/>
              </w:rPr>
              <w:t>Main focus</w:t>
            </w:r>
            <w:proofErr w:type="gramEnd"/>
          </w:p>
        </w:tc>
      </w:tr>
      <w:tr w:rsidR="00736337" w:rsidRPr="003B3D52" w14:paraId="67BA22CA" w14:textId="77777777">
        <w:trPr>
          <w:jc w:val="center"/>
        </w:trPr>
        <w:tc>
          <w:tcPr>
            <w:tcW w:w="1584" w:type="dxa"/>
          </w:tcPr>
          <w:p w14:paraId="74C05D83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1584" w:type="dxa"/>
          </w:tcPr>
          <w:p w14:paraId="12D058D0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3024" w:type="dxa"/>
          </w:tcPr>
          <w:p w14:paraId="5DEBDE88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3888" w:type="dxa"/>
          </w:tcPr>
          <w:p w14:paraId="3CC4DF5F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</w:tr>
    </w:tbl>
    <w:p w14:paraId="6AD59312" w14:textId="77777777" w:rsidR="00736337" w:rsidRPr="003B3D52" w:rsidRDefault="00736337">
      <w:pPr>
        <w:rPr>
          <w:sz w:val="28"/>
          <w:szCs w:val="2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24"/>
        <w:gridCol w:w="3600"/>
        <w:gridCol w:w="3600"/>
      </w:tblGrid>
      <w:tr w:rsidR="00736337" w:rsidRPr="003B3D52" w14:paraId="350ADD94" w14:textId="77777777">
        <w:trPr>
          <w:jc w:val="center"/>
        </w:trPr>
        <w:tc>
          <w:tcPr>
            <w:tcW w:w="3024" w:type="dxa"/>
            <w:shd w:val="clear" w:color="auto" w:fill="1F4E79"/>
          </w:tcPr>
          <w:p w14:paraId="1E7804C4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Musical element developed</w:t>
            </w:r>
          </w:p>
        </w:tc>
        <w:tc>
          <w:tcPr>
            <w:tcW w:w="3600" w:type="dxa"/>
            <w:shd w:val="clear" w:color="auto" w:fill="1F4E79"/>
          </w:tcPr>
          <w:p w14:paraId="7D5B83FA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What did you create or change?</w:t>
            </w:r>
          </w:p>
        </w:tc>
        <w:tc>
          <w:tcPr>
            <w:tcW w:w="3600" w:type="dxa"/>
            <w:shd w:val="clear" w:color="auto" w:fill="1F4E79"/>
          </w:tcPr>
          <w:p w14:paraId="3AE3178A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Why did you make this decision?</w:t>
            </w:r>
          </w:p>
        </w:tc>
      </w:tr>
      <w:tr w:rsidR="00736337" w:rsidRPr="003B3D52" w14:paraId="25F0184A" w14:textId="77777777">
        <w:trPr>
          <w:jc w:val="center"/>
        </w:trPr>
        <w:tc>
          <w:tcPr>
            <w:tcW w:w="3024" w:type="dxa"/>
          </w:tcPr>
          <w:p w14:paraId="7CE34570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Melody / rhythm / harmony / texture / structure / timbre / dynamics</w:t>
            </w:r>
          </w:p>
        </w:tc>
        <w:tc>
          <w:tcPr>
            <w:tcW w:w="3600" w:type="dxa"/>
          </w:tcPr>
          <w:p w14:paraId="35EBCF40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3600" w:type="dxa"/>
          </w:tcPr>
          <w:p w14:paraId="327AA3F1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</w:tr>
    </w:tbl>
    <w:p w14:paraId="06E08A28" w14:textId="77777777" w:rsidR="00736337" w:rsidRPr="003B3D52" w:rsidRDefault="00736337">
      <w:pPr>
        <w:rPr>
          <w:sz w:val="28"/>
          <w:szCs w:val="28"/>
        </w:rPr>
      </w:pPr>
    </w:p>
    <w:p w14:paraId="19BF175E" w14:textId="77777777" w:rsidR="003B3D52" w:rsidRPr="003B3D52" w:rsidRDefault="003B3D52" w:rsidP="003B3D52">
      <w:pPr>
        <w:spacing w:after="40"/>
        <w:rPr>
          <w:sz w:val="28"/>
          <w:szCs w:val="28"/>
        </w:rPr>
      </w:pPr>
      <w:r w:rsidRPr="003B3D52">
        <w:rPr>
          <w:sz w:val="28"/>
          <w:szCs w:val="28"/>
        </w:rPr>
        <w:t>What sounds successful so far?</w:t>
      </w:r>
    </w:p>
    <w:p w14:paraId="52F03BA0" w14:textId="77777777" w:rsidR="003B3D52" w:rsidRPr="003B3D52" w:rsidRDefault="003B3D52" w:rsidP="003B3D52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</w:t>
      </w:r>
    </w:p>
    <w:p w14:paraId="652C5818" w14:textId="77777777" w:rsidR="003B3D52" w:rsidRPr="003B3D52" w:rsidRDefault="003B3D52" w:rsidP="003B3D52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</w:t>
      </w:r>
    </w:p>
    <w:p w14:paraId="713C6AEE" w14:textId="77777777" w:rsidR="003B3D52" w:rsidRPr="003B3D52" w:rsidRDefault="003B3D52" w:rsidP="003B3D52">
      <w:pPr>
        <w:spacing w:after="40"/>
        <w:rPr>
          <w:sz w:val="28"/>
          <w:szCs w:val="28"/>
        </w:rPr>
      </w:pPr>
      <w:r w:rsidRPr="003B3D52">
        <w:rPr>
          <w:sz w:val="28"/>
          <w:szCs w:val="28"/>
        </w:rPr>
        <w:t>What needs improving or developing next?</w:t>
      </w:r>
    </w:p>
    <w:p w14:paraId="35DF20FA" w14:textId="77777777" w:rsidR="003B3D52" w:rsidRPr="003B3D52" w:rsidRDefault="003B3D52" w:rsidP="003B3D52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</w:t>
      </w:r>
    </w:p>
    <w:p w14:paraId="4C00DBAE" w14:textId="77777777" w:rsidR="003B3D52" w:rsidRPr="003B3D52" w:rsidRDefault="003B3D52" w:rsidP="003B3D52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</w:t>
      </w:r>
    </w:p>
    <w:p w14:paraId="57F87947" w14:textId="77777777" w:rsidR="003B3D52" w:rsidRPr="003B3D52" w:rsidRDefault="003B3D52" w:rsidP="003B3D52">
      <w:pPr>
        <w:spacing w:after="40"/>
        <w:rPr>
          <w:sz w:val="28"/>
          <w:szCs w:val="28"/>
        </w:rPr>
      </w:pPr>
      <w:r>
        <w:rPr>
          <w:sz w:val="28"/>
          <w:szCs w:val="28"/>
        </w:rPr>
        <w:t>My</w:t>
      </w:r>
      <w:r w:rsidRPr="003B3D52">
        <w:rPr>
          <w:sz w:val="28"/>
          <w:szCs w:val="28"/>
        </w:rPr>
        <w:t xml:space="preserve"> target for next </w:t>
      </w:r>
      <w:r>
        <w:rPr>
          <w:sz w:val="28"/>
          <w:szCs w:val="28"/>
        </w:rPr>
        <w:t>session</w:t>
      </w:r>
      <w:r w:rsidRPr="003B3D52">
        <w:rPr>
          <w:sz w:val="28"/>
          <w:szCs w:val="28"/>
        </w:rPr>
        <w:t>:</w:t>
      </w:r>
    </w:p>
    <w:p w14:paraId="3E786D32" w14:textId="7251752D" w:rsidR="00736337" w:rsidRPr="003B3D52" w:rsidRDefault="003B3D52" w:rsidP="003B3D52">
      <w:pPr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</w:t>
      </w:r>
      <w:r w:rsidR="00000000" w:rsidRPr="003B3D52">
        <w:rPr>
          <w:sz w:val="28"/>
          <w:szCs w:val="28"/>
        </w:rPr>
        <w:br w:type="page"/>
      </w:r>
    </w:p>
    <w:p w14:paraId="2D01EC22" w14:textId="77777777" w:rsidR="00736337" w:rsidRPr="003B3D52" w:rsidRDefault="00000000">
      <w:pPr>
        <w:pStyle w:val="Heading2"/>
        <w:rPr>
          <w:sz w:val="28"/>
          <w:szCs w:val="28"/>
        </w:rPr>
      </w:pPr>
      <w:r w:rsidRPr="003B3D52">
        <w:rPr>
          <w:sz w:val="28"/>
          <w:szCs w:val="28"/>
        </w:rPr>
        <w:lastRenderedPageBreak/>
        <w:t>Composition Log 5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84"/>
        <w:gridCol w:w="1584"/>
        <w:gridCol w:w="3024"/>
        <w:gridCol w:w="3888"/>
      </w:tblGrid>
      <w:tr w:rsidR="00736337" w:rsidRPr="003B3D52" w14:paraId="22DEB1E2" w14:textId="77777777">
        <w:trPr>
          <w:jc w:val="center"/>
        </w:trPr>
        <w:tc>
          <w:tcPr>
            <w:tcW w:w="1584" w:type="dxa"/>
            <w:shd w:val="clear" w:color="auto" w:fill="1F4E79"/>
          </w:tcPr>
          <w:p w14:paraId="3DCCAD71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Date</w:t>
            </w:r>
          </w:p>
        </w:tc>
        <w:tc>
          <w:tcPr>
            <w:tcW w:w="1584" w:type="dxa"/>
            <w:shd w:val="clear" w:color="auto" w:fill="1F4E79"/>
          </w:tcPr>
          <w:p w14:paraId="7026A0C3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Time spent</w:t>
            </w:r>
          </w:p>
        </w:tc>
        <w:tc>
          <w:tcPr>
            <w:tcW w:w="3024" w:type="dxa"/>
            <w:shd w:val="clear" w:color="auto" w:fill="1F4E79"/>
          </w:tcPr>
          <w:p w14:paraId="14F25B71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Version saved as</w:t>
            </w:r>
          </w:p>
        </w:tc>
        <w:tc>
          <w:tcPr>
            <w:tcW w:w="3888" w:type="dxa"/>
            <w:shd w:val="clear" w:color="auto" w:fill="1F4E79"/>
          </w:tcPr>
          <w:p w14:paraId="30AAC89B" w14:textId="77777777" w:rsidR="00736337" w:rsidRPr="003B3D52" w:rsidRDefault="00000000">
            <w:pPr>
              <w:rPr>
                <w:sz w:val="28"/>
                <w:szCs w:val="28"/>
              </w:rPr>
            </w:pPr>
            <w:proofErr w:type="gramStart"/>
            <w:r w:rsidRPr="003B3D52">
              <w:rPr>
                <w:b/>
                <w:color w:val="FFFFFF"/>
                <w:sz w:val="28"/>
                <w:szCs w:val="28"/>
              </w:rPr>
              <w:t>Main focus</w:t>
            </w:r>
            <w:proofErr w:type="gramEnd"/>
          </w:p>
        </w:tc>
      </w:tr>
      <w:tr w:rsidR="00736337" w:rsidRPr="003B3D52" w14:paraId="00D63E02" w14:textId="77777777">
        <w:trPr>
          <w:jc w:val="center"/>
        </w:trPr>
        <w:tc>
          <w:tcPr>
            <w:tcW w:w="1584" w:type="dxa"/>
          </w:tcPr>
          <w:p w14:paraId="545B0131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1584" w:type="dxa"/>
          </w:tcPr>
          <w:p w14:paraId="4249A9B0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3024" w:type="dxa"/>
          </w:tcPr>
          <w:p w14:paraId="1EFFAC91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3888" w:type="dxa"/>
          </w:tcPr>
          <w:p w14:paraId="518BF22B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</w:tr>
    </w:tbl>
    <w:p w14:paraId="361572CC" w14:textId="77777777" w:rsidR="00736337" w:rsidRPr="003B3D52" w:rsidRDefault="00736337">
      <w:pPr>
        <w:rPr>
          <w:sz w:val="28"/>
          <w:szCs w:val="2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24"/>
        <w:gridCol w:w="3600"/>
        <w:gridCol w:w="3600"/>
      </w:tblGrid>
      <w:tr w:rsidR="00736337" w:rsidRPr="003B3D52" w14:paraId="64C40FB9" w14:textId="77777777">
        <w:trPr>
          <w:jc w:val="center"/>
        </w:trPr>
        <w:tc>
          <w:tcPr>
            <w:tcW w:w="3024" w:type="dxa"/>
            <w:shd w:val="clear" w:color="auto" w:fill="1F4E79"/>
          </w:tcPr>
          <w:p w14:paraId="6FE1CC0E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Musical element developed</w:t>
            </w:r>
          </w:p>
        </w:tc>
        <w:tc>
          <w:tcPr>
            <w:tcW w:w="3600" w:type="dxa"/>
            <w:shd w:val="clear" w:color="auto" w:fill="1F4E79"/>
          </w:tcPr>
          <w:p w14:paraId="445E397C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What did you create or change?</w:t>
            </w:r>
          </w:p>
        </w:tc>
        <w:tc>
          <w:tcPr>
            <w:tcW w:w="3600" w:type="dxa"/>
            <w:shd w:val="clear" w:color="auto" w:fill="1F4E79"/>
          </w:tcPr>
          <w:p w14:paraId="6DD02263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Why did you make this decision?</w:t>
            </w:r>
          </w:p>
        </w:tc>
      </w:tr>
      <w:tr w:rsidR="00736337" w:rsidRPr="003B3D52" w14:paraId="474D486F" w14:textId="77777777">
        <w:trPr>
          <w:jc w:val="center"/>
        </w:trPr>
        <w:tc>
          <w:tcPr>
            <w:tcW w:w="3024" w:type="dxa"/>
          </w:tcPr>
          <w:p w14:paraId="509C0B71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Melody / rhythm / harmony / texture / structure / timbre / dynamics</w:t>
            </w:r>
          </w:p>
        </w:tc>
        <w:tc>
          <w:tcPr>
            <w:tcW w:w="3600" w:type="dxa"/>
          </w:tcPr>
          <w:p w14:paraId="0D6FC2B9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3600" w:type="dxa"/>
          </w:tcPr>
          <w:p w14:paraId="138DF06D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</w:tr>
    </w:tbl>
    <w:p w14:paraId="7AE0A50F" w14:textId="77777777" w:rsidR="00736337" w:rsidRPr="003B3D52" w:rsidRDefault="00736337">
      <w:pPr>
        <w:rPr>
          <w:sz w:val="28"/>
          <w:szCs w:val="28"/>
        </w:rPr>
      </w:pPr>
    </w:p>
    <w:p w14:paraId="01E3AB72" w14:textId="77777777" w:rsidR="003B3D52" w:rsidRPr="003B3D52" w:rsidRDefault="003B3D52" w:rsidP="003B3D52">
      <w:pPr>
        <w:spacing w:after="40"/>
        <w:rPr>
          <w:sz w:val="28"/>
          <w:szCs w:val="28"/>
        </w:rPr>
      </w:pPr>
      <w:r w:rsidRPr="003B3D52">
        <w:rPr>
          <w:sz w:val="28"/>
          <w:szCs w:val="28"/>
        </w:rPr>
        <w:t>What sounds successful so far?</w:t>
      </w:r>
    </w:p>
    <w:p w14:paraId="1634F082" w14:textId="77777777" w:rsidR="003B3D52" w:rsidRPr="003B3D52" w:rsidRDefault="003B3D52" w:rsidP="003B3D52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</w:t>
      </w:r>
    </w:p>
    <w:p w14:paraId="07FB78A2" w14:textId="77777777" w:rsidR="003B3D52" w:rsidRPr="003B3D52" w:rsidRDefault="003B3D52" w:rsidP="003B3D52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</w:t>
      </w:r>
    </w:p>
    <w:p w14:paraId="554F9B51" w14:textId="77777777" w:rsidR="003B3D52" w:rsidRPr="003B3D52" w:rsidRDefault="003B3D52" w:rsidP="003B3D52">
      <w:pPr>
        <w:spacing w:after="40"/>
        <w:rPr>
          <w:sz w:val="28"/>
          <w:szCs w:val="28"/>
        </w:rPr>
      </w:pPr>
      <w:r w:rsidRPr="003B3D52">
        <w:rPr>
          <w:sz w:val="28"/>
          <w:szCs w:val="28"/>
        </w:rPr>
        <w:t>What needs improving or developing next?</w:t>
      </w:r>
    </w:p>
    <w:p w14:paraId="6A0662AB" w14:textId="77777777" w:rsidR="003B3D52" w:rsidRPr="003B3D52" w:rsidRDefault="003B3D52" w:rsidP="003B3D52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</w:t>
      </w:r>
    </w:p>
    <w:p w14:paraId="120417B6" w14:textId="77777777" w:rsidR="003B3D52" w:rsidRPr="003B3D52" w:rsidRDefault="003B3D52" w:rsidP="003B3D52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</w:t>
      </w:r>
    </w:p>
    <w:p w14:paraId="420E4F93" w14:textId="77777777" w:rsidR="003B3D52" w:rsidRPr="003B3D52" w:rsidRDefault="003B3D52" w:rsidP="003B3D52">
      <w:pPr>
        <w:spacing w:after="40"/>
        <w:rPr>
          <w:sz w:val="28"/>
          <w:szCs w:val="28"/>
        </w:rPr>
      </w:pPr>
      <w:r>
        <w:rPr>
          <w:sz w:val="28"/>
          <w:szCs w:val="28"/>
        </w:rPr>
        <w:t>My</w:t>
      </w:r>
      <w:r w:rsidRPr="003B3D52">
        <w:rPr>
          <w:sz w:val="28"/>
          <w:szCs w:val="28"/>
        </w:rPr>
        <w:t xml:space="preserve"> target for next </w:t>
      </w:r>
      <w:r>
        <w:rPr>
          <w:sz w:val="28"/>
          <w:szCs w:val="28"/>
        </w:rPr>
        <w:t>session</w:t>
      </w:r>
      <w:r w:rsidRPr="003B3D52">
        <w:rPr>
          <w:sz w:val="28"/>
          <w:szCs w:val="28"/>
        </w:rPr>
        <w:t>:</w:t>
      </w:r>
    </w:p>
    <w:p w14:paraId="08B072EF" w14:textId="1D0F5318" w:rsidR="003B3D52" w:rsidRPr="003B3D52" w:rsidRDefault="003B3D52" w:rsidP="003B3D52">
      <w:pPr>
        <w:pStyle w:val="Heading2"/>
        <w:rPr>
          <w:b w:val="0"/>
          <w:bCs w:val="0"/>
          <w:color w:val="000000" w:themeColor="text1"/>
          <w:sz w:val="28"/>
          <w:szCs w:val="28"/>
        </w:rPr>
      </w:pPr>
      <w:r w:rsidRPr="003B3D52">
        <w:rPr>
          <w:b w:val="0"/>
          <w:bCs w:val="0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56E3B089" w14:textId="77777777" w:rsidR="003B3D52" w:rsidRDefault="003B3D52">
      <w:pPr>
        <w:pStyle w:val="Heading2"/>
        <w:rPr>
          <w:sz w:val="28"/>
          <w:szCs w:val="28"/>
        </w:rPr>
      </w:pPr>
    </w:p>
    <w:p w14:paraId="0F33FEC2" w14:textId="77777777" w:rsidR="003B3D52" w:rsidRDefault="003B3D52">
      <w:pPr>
        <w:pStyle w:val="Heading2"/>
        <w:rPr>
          <w:sz w:val="28"/>
          <w:szCs w:val="28"/>
        </w:rPr>
      </w:pPr>
    </w:p>
    <w:p w14:paraId="12736DB9" w14:textId="77777777" w:rsidR="003B3D52" w:rsidRDefault="003B3D52">
      <w:pPr>
        <w:pStyle w:val="Heading2"/>
        <w:rPr>
          <w:sz w:val="28"/>
          <w:szCs w:val="28"/>
        </w:rPr>
      </w:pPr>
    </w:p>
    <w:p w14:paraId="03EBAEBA" w14:textId="77777777" w:rsidR="003B3D52" w:rsidRDefault="003B3D52" w:rsidP="003B3D52"/>
    <w:p w14:paraId="65281722" w14:textId="77777777" w:rsidR="003B3D52" w:rsidRDefault="003B3D52" w:rsidP="003B3D52"/>
    <w:p w14:paraId="30B6D7C7" w14:textId="77777777" w:rsidR="003B3D52" w:rsidRDefault="003B3D52" w:rsidP="003B3D52"/>
    <w:p w14:paraId="727B8B02" w14:textId="77777777" w:rsidR="003B3D52" w:rsidRDefault="003B3D52" w:rsidP="003B3D52"/>
    <w:p w14:paraId="49955B7D" w14:textId="77777777" w:rsidR="003B3D52" w:rsidRPr="003B3D52" w:rsidRDefault="003B3D52" w:rsidP="003B3D52"/>
    <w:p w14:paraId="5B025CBC" w14:textId="111CA1AF" w:rsidR="00736337" w:rsidRPr="003B3D52" w:rsidRDefault="00000000">
      <w:pPr>
        <w:pStyle w:val="Heading2"/>
        <w:rPr>
          <w:sz w:val="28"/>
          <w:szCs w:val="28"/>
        </w:rPr>
      </w:pPr>
      <w:r w:rsidRPr="003B3D52">
        <w:rPr>
          <w:sz w:val="28"/>
          <w:szCs w:val="28"/>
        </w:rPr>
        <w:lastRenderedPageBreak/>
        <w:t>Composition Log 6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84"/>
        <w:gridCol w:w="1584"/>
        <w:gridCol w:w="3024"/>
        <w:gridCol w:w="3888"/>
      </w:tblGrid>
      <w:tr w:rsidR="00736337" w:rsidRPr="003B3D52" w14:paraId="2396223C" w14:textId="77777777">
        <w:trPr>
          <w:jc w:val="center"/>
        </w:trPr>
        <w:tc>
          <w:tcPr>
            <w:tcW w:w="1584" w:type="dxa"/>
            <w:shd w:val="clear" w:color="auto" w:fill="1F4E79"/>
          </w:tcPr>
          <w:p w14:paraId="04AC75BD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Date</w:t>
            </w:r>
          </w:p>
        </w:tc>
        <w:tc>
          <w:tcPr>
            <w:tcW w:w="1584" w:type="dxa"/>
            <w:shd w:val="clear" w:color="auto" w:fill="1F4E79"/>
          </w:tcPr>
          <w:p w14:paraId="672D8B2E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Time spent</w:t>
            </w:r>
          </w:p>
        </w:tc>
        <w:tc>
          <w:tcPr>
            <w:tcW w:w="3024" w:type="dxa"/>
            <w:shd w:val="clear" w:color="auto" w:fill="1F4E79"/>
          </w:tcPr>
          <w:p w14:paraId="59415467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Version saved as</w:t>
            </w:r>
          </w:p>
        </w:tc>
        <w:tc>
          <w:tcPr>
            <w:tcW w:w="3888" w:type="dxa"/>
            <w:shd w:val="clear" w:color="auto" w:fill="1F4E79"/>
          </w:tcPr>
          <w:p w14:paraId="3A4FD473" w14:textId="77777777" w:rsidR="00736337" w:rsidRPr="003B3D52" w:rsidRDefault="00000000">
            <w:pPr>
              <w:rPr>
                <w:sz w:val="28"/>
                <w:szCs w:val="28"/>
              </w:rPr>
            </w:pPr>
            <w:proofErr w:type="gramStart"/>
            <w:r w:rsidRPr="003B3D52">
              <w:rPr>
                <w:b/>
                <w:color w:val="FFFFFF"/>
                <w:sz w:val="28"/>
                <w:szCs w:val="28"/>
              </w:rPr>
              <w:t>Main focus</w:t>
            </w:r>
            <w:proofErr w:type="gramEnd"/>
          </w:p>
        </w:tc>
      </w:tr>
      <w:tr w:rsidR="00736337" w:rsidRPr="003B3D52" w14:paraId="1775C286" w14:textId="77777777">
        <w:trPr>
          <w:jc w:val="center"/>
        </w:trPr>
        <w:tc>
          <w:tcPr>
            <w:tcW w:w="1584" w:type="dxa"/>
          </w:tcPr>
          <w:p w14:paraId="51AC2532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1584" w:type="dxa"/>
          </w:tcPr>
          <w:p w14:paraId="541BE15B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3024" w:type="dxa"/>
          </w:tcPr>
          <w:p w14:paraId="4CA13301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3888" w:type="dxa"/>
          </w:tcPr>
          <w:p w14:paraId="5F2E8A1F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</w:tr>
    </w:tbl>
    <w:p w14:paraId="1BB43A71" w14:textId="77777777" w:rsidR="00736337" w:rsidRPr="003B3D52" w:rsidRDefault="00736337">
      <w:pPr>
        <w:rPr>
          <w:sz w:val="28"/>
          <w:szCs w:val="2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24"/>
        <w:gridCol w:w="3600"/>
        <w:gridCol w:w="3600"/>
      </w:tblGrid>
      <w:tr w:rsidR="00736337" w:rsidRPr="003B3D52" w14:paraId="336B822A" w14:textId="77777777">
        <w:trPr>
          <w:jc w:val="center"/>
        </w:trPr>
        <w:tc>
          <w:tcPr>
            <w:tcW w:w="3024" w:type="dxa"/>
            <w:shd w:val="clear" w:color="auto" w:fill="1F4E79"/>
          </w:tcPr>
          <w:p w14:paraId="6C32B785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Musical element developed</w:t>
            </w:r>
          </w:p>
        </w:tc>
        <w:tc>
          <w:tcPr>
            <w:tcW w:w="3600" w:type="dxa"/>
            <w:shd w:val="clear" w:color="auto" w:fill="1F4E79"/>
          </w:tcPr>
          <w:p w14:paraId="70B76B8A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What did you create or change?</w:t>
            </w:r>
          </w:p>
        </w:tc>
        <w:tc>
          <w:tcPr>
            <w:tcW w:w="3600" w:type="dxa"/>
            <w:shd w:val="clear" w:color="auto" w:fill="1F4E79"/>
          </w:tcPr>
          <w:p w14:paraId="47A581A5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Why did you make this decision?</w:t>
            </w:r>
          </w:p>
        </w:tc>
      </w:tr>
      <w:tr w:rsidR="00736337" w:rsidRPr="003B3D52" w14:paraId="142F0797" w14:textId="77777777">
        <w:trPr>
          <w:jc w:val="center"/>
        </w:trPr>
        <w:tc>
          <w:tcPr>
            <w:tcW w:w="3024" w:type="dxa"/>
          </w:tcPr>
          <w:p w14:paraId="3E6D5C53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Melody / rhythm / harmony / texture / structure / timbre / dynamics</w:t>
            </w:r>
          </w:p>
        </w:tc>
        <w:tc>
          <w:tcPr>
            <w:tcW w:w="3600" w:type="dxa"/>
          </w:tcPr>
          <w:p w14:paraId="047BB88B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3600" w:type="dxa"/>
          </w:tcPr>
          <w:p w14:paraId="19635E8D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</w:tr>
    </w:tbl>
    <w:p w14:paraId="6B42E074" w14:textId="77777777" w:rsidR="00736337" w:rsidRPr="003B3D52" w:rsidRDefault="00736337">
      <w:pPr>
        <w:rPr>
          <w:sz w:val="28"/>
          <w:szCs w:val="28"/>
        </w:rPr>
      </w:pPr>
    </w:p>
    <w:p w14:paraId="0890AF29" w14:textId="77777777" w:rsidR="003B3D52" w:rsidRPr="003B3D52" w:rsidRDefault="003B3D52" w:rsidP="003B3D52">
      <w:pPr>
        <w:spacing w:after="40"/>
        <w:rPr>
          <w:sz w:val="28"/>
          <w:szCs w:val="28"/>
        </w:rPr>
      </w:pPr>
      <w:r w:rsidRPr="003B3D52">
        <w:rPr>
          <w:sz w:val="28"/>
          <w:szCs w:val="28"/>
        </w:rPr>
        <w:t>What sounds successful so far?</w:t>
      </w:r>
    </w:p>
    <w:p w14:paraId="319C6CDF" w14:textId="77777777" w:rsidR="003B3D52" w:rsidRPr="003B3D52" w:rsidRDefault="003B3D52" w:rsidP="003B3D52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</w:t>
      </w:r>
    </w:p>
    <w:p w14:paraId="59096A99" w14:textId="77777777" w:rsidR="003B3D52" w:rsidRPr="003B3D52" w:rsidRDefault="003B3D52" w:rsidP="003B3D52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</w:t>
      </w:r>
    </w:p>
    <w:p w14:paraId="594B4347" w14:textId="77777777" w:rsidR="003B3D52" w:rsidRPr="003B3D52" w:rsidRDefault="003B3D52" w:rsidP="003B3D52">
      <w:pPr>
        <w:spacing w:after="40"/>
        <w:rPr>
          <w:sz w:val="28"/>
          <w:szCs w:val="28"/>
        </w:rPr>
      </w:pPr>
      <w:r w:rsidRPr="003B3D52">
        <w:rPr>
          <w:sz w:val="28"/>
          <w:szCs w:val="28"/>
        </w:rPr>
        <w:t>What needs improving or developing next?</w:t>
      </w:r>
    </w:p>
    <w:p w14:paraId="3760D083" w14:textId="77777777" w:rsidR="003B3D52" w:rsidRPr="003B3D52" w:rsidRDefault="003B3D52" w:rsidP="003B3D52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</w:t>
      </w:r>
    </w:p>
    <w:p w14:paraId="182C03A4" w14:textId="77777777" w:rsidR="003B3D52" w:rsidRPr="003B3D52" w:rsidRDefault="003B3D52" w:rsidP="003B3D52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</w:t>
      </w:r>
    </w:p>
    <w:p w14:paraId="6B945A15" w14:textId="77777777" w:rsidR="003B3D52" w:rsidRDefault="003B3D52" w:rsidP="003B3D52">
      <w:pPr>
        <w:spacing w:after="40"/>
        <w:rPr>
          <w:sz w:val="28"/>
          <w:szCs w:val="28"/>
        </w:rPr>
      </w:pPr>
      <w:r>
        <w:rPr>
          <w:sz w:val="28"/>
          <w:szCs w:val="28"/>
        </w:rPr>
        <w:t>My</w:t>
      </w:r>
      <w:r w:rsidRPr="003B3D52">
        <w:rPr>
          <w:sz w:val="28"/>
          <w:szCs w:val="28"/>
        </w:rPr>
        <w:t xml:space="preserve"> target for next </w:t>
      </w:r>
      <w:r>
        <w:rPr>
          <w:sz w:val="28"/>
          <w:szCs w:val="28"/>
        </w:rPr>
        <w:t>session</w:t>
      </w:r>
      <w:r w:rsidRPr="003B3D52">
        <w:rPr>
          <w:sz w:val="28"/>
          <w:szCs w:val="28"/>
        </w:rPr>
        <w:t>:</w:t>
      </w:r>
    </w:p>
    <w:p w14:paraId="46DA83E7" w14:textId="74F53744" w:rsidR="003B3D52" w:rsidRPr="003B3D52" w:rsidRDefault="003B3D52" w:rsidP="003B3D52">
      <w:pPr>
        <w:spacing w:after="4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426EAF" w14:textId="77777777" w:rsidR="003B3D52" w:rsidRDefault="003B3D52" w:rsidP="003B3D52">
      <w:pPr>
        <w:pStyle w:val="Heading1"/>
        <w:rPr>
          <w:sz w:val="28"/>
        </w:rPr>
      </w:pPr>
    </w:p>
    <w:p w14:paraId="48F3AB11" w14:textId="77777777" w:rsidR="003B3D52" w:rsidRDefault="003B3D52" w:rsidP="003B3D52"/>
    <w:p w14:paraId="7C6AA453" w14:textId="77777777" w:rsidR="003B3D52" w:rsidRPr="003B3D52" w:rsidRDefault="003B3D52" w:rsidP="003B3D52"/>
    <w:p w14:paraId="2732CC84" w14:textId="77777777" w:rsidR="003B3D52" w:rsidRDefault="003B3D52" w:rsidP="003B3D52">
      <w:pPr>
        <w:pStyle w:val="Heading1"/>
        <w:rPr>
          <w:sz w:val="28"/>
        </w:rPr>
      </w:pPr>
    </w:p>
    <w:p w14:paraId="020E9A11" w14:textId="77777777" w:rsidR="003B3D52" w:rsidRDefault="003B3D52" w:rsidP="003B3D52"/>
    <w:p w14:paraId="7DC28A62" w14:textId="77777777" w:rsidR="003B3D52" w:rsidRDefault="003B3D52" w:rsidP="003B3D52"/>
    <w:p w14:paraId="628C9050" w14:textId="77777777" w:rsidR="003B3D52" w:rsidRPr="003B3D52" w:rsidRDefault="003B3D52" w:rsidP="003B3D52"/>
    <w:p w14:paraId="2B1E5156" w14:textId="6B5E997A" w:rsidR="00736337" w:rsidRPr="003B3D52" w:rsidRDefault="00000000" w:rsidP="003B3D52">
      <w:pPr>
        <w:pStyle w:val="Heading1"/>
        <w:rPr>
          <w:sz w:val="28"/>
        </w:rPr>
      </w:pPr>
      <w:r w:rsidRPr="003B3D52">
        <w:rPr>
          <w:sz w:val="28"/>
        </w:rPr>
        <w:lastRenderedPageBreak/>
        <w:t>8. Composition Development Toolkit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04"/>
        <w:gridCol w:w="7776"/>
      </w:tblGrid>
      <w:tr w:rsidR="00736337" w:rsidRPr="003B3D52" w14:paraId="44809D20" w14:textId="77777777">
        <w:trPr>
          <w:jc w:val="center"/>
        </w:trPr>
        <w:tc>
          <w:tcPr>
            <w:tcW w:w="2304" w:type="dxa"/>
            <w:shd w:val="clear" w:color="auto" w:fill="1F4E79"/>
          </w:tcPr>
          <w:p w14:paraId="452308AA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Technique</w:t>
            </w:r>
          </w:p>
        </w:tc>
        <w:tc>
          <w:tcPr>
            <w:tcW w:w="7776" w:type="dxa"/>
            <w:shd w:val="clear" w:color="auto" w:fill="1F4E79"/>
          </w:tcPr>
          <w:p w14:paraId="6C1032FA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How to apply it in your free composition</w:t>
            </w:r>
          </w:p>
        </w:tc>
      </w:tr>
      <w:tr w:rsidR="00736337" w:rsidRPr="003B3D52" w14:paraId="6D353010" w14:textId="77777777">
        <w:trPr>
          <w:jc w:val="center"/>
        </w:trPr>
        <w:tc>
          <w:tcPr>
            <w:tcW w:w="2304" w:type="dxa"/>
          </w:tcPr>
          <w:p w14:paraId="1518BBA8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Repetition</w:t>
            </w:r>
          </w:p>
        </w:tc>
        <w:tc>
          <w:tcPr>
            <w:tcW w:w="7776" w:type="dxa"/>
          </w:tcPr>
          <w:p w14:paraId="70E3C623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Repeat a hook, riff, rhythm, chord pattern or bassline to make the piece memorable.</w:t>
            </w:r>
          </w:p>
        </w:tc>
      </w:tr>
      <w:tr w:rsidR="00736337" w:rsidRPr="003B3D52" w14:paraId="05CE2679" w14:textId="77777777">
        <w:trPr>
          <w:jc w:val="center"/>
        </w:trPr>
        <w:tc>
          <w:tcPr>
            <w:tcW w:w="2304" w:type="dxa"/>
          </w:tcPr>
          <w:p w14:paraId="2C81BFB0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Sequence</w:t>
            </w:r>
          </w:p>
        </w:tc>
        <w:tc>
          <w:tcPr>
            <w:tcW w:w="7776" w:type="dxa"/>
          </w:tcPr>
          <w:p w14:paraId="08A38FBE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Repeat a melodic idea starting on a different pitch.</w:t>
            </w:r>
          </w:p>
        </w:tc>
      </w:tr>
      <w:tr w:rsidR="00736337" w:rsidRPr="003B3D52" w14:paraId="2508FBF6" w14:textId="77777777">
        <w:trPr>
          <w:jc w:val="center"/>
        </w:trPr>
        <w:tc>
          <w:tcPr>
            <w:tcW w:w="2304" w:type="dxa"/>
          </w:tcPr>
          <w:p w14:paraId="50A69725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Variation</w:t>
            </w:r>
          </w:p>
        </w:tc>
        <w:tc>
          <w:tcPr>
            <w:tcW w:w="7776" w:type="dxa"/>
          </w:tcPr>
          <w:p w14:paraId="22014035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Keep an idea recognisable but change rhythm, pitch, texture, instrument or harmony.</w:t>
            </w:r>
          </w:p>
        </w:tc>
      </w:tr>
      <w:tr w:rsidR="00736337" w:rsidRPr="003B3D52" w14:paraId="4A95EA1C" w14:textId="77777777">
        <w:trPr>
          <w:jc w:val="center"/>
        </w:trPr>
        <w:tc>
          <w:tcPr>
            <w:tcW w:w="2304" w:type="dxa"/>
          </w:tcPr>
          <w:p w14:paraId="64B6C383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Contrast</w:t>
            </w:r>
          </w:p>
        </w:tc>
        <w:tc>
          <w:tcPr>
            <w:tcW w:w="7776" w:type="dxa"/>
          </w:tcPr>
          <w:p w14:paraId="52776CCE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Create a different section by changing dynamics, texture, register, key, instrumentation or rhythm.</w:t>
            </w:r>
          </w:p>
        </w:tc>
      </w:tr>
      <w:tr w:rsidR="00736337" w:rsidRPr="003B3D52" w14:paraId="67D0FE63" w14:textId="77777777">
        <w:trPr>
          <w:jc w:val="center"/>
        </w:trPr>
        <w:tc>
          <w:tcPr>
            <w:tcW w:w="2304" w:type="dxa"/>
          </w:tcPr>
          <w:p w14:paraId="744314C0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Layering</w:t>
            </w:r>
          </w:p>
        </w:tc>
        <w:tc>
          <w:tcPr>
            <w:tcW w:w="7776" w:type="dxa"/>
          </w:tcPr>
          <w:p w14:paraId="4C800F1F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Add parts gradually to build texture and energy.</w:t>
            </w:r>
          </w:p>
        </w:tc>
      </w:tr>
      <w:tr w:rsidR="00736337" w:rsidRPr="003B3D52" w14:paraId="7AB7A75C" w14:textId="77777777">
        <w:trPr>
          <w:jc w:val="center"/>
        </w:trPr>
        <w:tc>
          <w:tcPr>
            <w:tcW w:w="2304" w:type="dxa"/>
          </w:tcPr>
          <w:p w14:paraId="57BC0BE8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Call and response</w:t>
            </w:r>
          </w:p>
        </w:tc>
        <w:tc>
          <w:tcPr>
            <w:tcW w:w="7776" w:type="dxa"/>
          </w:tcPr>
          <w:p w14:paraId="6421AB5B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Create a musical question and answer between two parts.</w:t>
            </w:r>
          </w:p>
        </w:tc>
      </w:tr>
      <w:tr w:rsidR="00736337" w:rsidRPr="003B3D52" w14:paraId="6CBFC60F" w14:textId="77777777">
        <w:trPr>
          <w:jc w:val="center"/>
        </w:trPr>
        <w:tc>
          <w:tcPr>
            <w:tcW w:w="2304" w:type="dxa"/>
          </w:tcPr>
          <w:p w14:paraId="729C6470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Cadence</w:t>
            </w:r>
          </w:p>
        </w:tc>
        <w:tc>
          <w:tcPr>
            <w:tcW w:w="7776" w:type="dxa"/>
          </w:tcPr>
          <w:p w14:paraId="74C60BCE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Use chord movement to create pause, closure or expectation.</w:t>
            </w:r>
          </w:p>
        </w:tc>
      </w:tr>
      <w:tr w:rsidR="00736337" w:rsidRPr="003B3D52" w14:paraId="24876AAC" w14:textId="77777777">
        <w:trPr>
          <w:jc w:val="center"/>
        </w:trPr>
        <w:tc>
          <w:tcPr>
            <w:tcW w:w="2304" w:type="dxa"/>
          </w:tcPr>
          <w:p w14:paraId="141E20C4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Motif development</w:t>
            </w:r>
          </w:p>
        </w:tc>
        <w:tc>
          <w:tcPr>
            <w:tcW w:w="7776" w:type="dxa"/>
          </w:tcPr>
          <w:p w14:paraId="62DBC7A8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Take a short musical idea and extend it across the piece.</w:t>
            </w:r>
          </w:p>
        </w:tc>
      </w:tr>
      <w:tr w:rsidR="00736337" w:rsidRPr="003B3D52" w14:paraId="7740C011" w14:textId="77777777">
        <w:trPr>
          <w:jc w:val="center"/>
        </w:trPr>
        <w:tc>
          <w:tcPr>
            <w:tcW w:w="2304" w:type="dxa"/>
          </w:tcPr>
          <w:p w14:paraId="7A141EE0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Transition</w:t>
            </w:r>
          </w:p>
        </w:tc>
        <w:tc>
          <w:tcPr>
            <w:tcW w:w="7776" w:type="dxa"/>
          </w:tcPr>
          <w:p w14:paraId="70F161C5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Use fills, risers, pauses, drum changes or linking chords to move between sections.</w:t>
            </w:r>
          </w:p>
        </w:tc>
      </w:tr>
      <w:tr w:rsidR="00736337" w:rsidRPr="003B3D52" w14:paraId="7E87F3E8" w14:textId="77777777">
        <w:trPr>
          <w:jc w:val="center"/>
        </w:trPr>
        <w:tc>
          <w:tcPr>
            <w:tcW w:w="2304" w:type="dxa"/>
          </w:tcPr>
          <w:p w14:paraId="0A1555F9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Refinement</w:t>
            </w:r>
          </w:p>
        </w:tc>
        <w:tc>
          <w:tcPr>
            <w:tcW w:w="7776" w:type="dxa"/>
          </w:tcPr>
          <w:p w14:paraId="6F8FE66E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Improve balance, structure, notation, timing, dynamics and clarity after listening back.</w:t>
            </w:r>
          </w:p>
        </w:tc>
      </w:tr>
    </w:tbl>
    <w:p w14:paraId="40A5057D" w14:textId="77777777" w:rsidR="00736337" w:rsidRPr="003B3D52" w:rsidRDefault="00736337">
      <w:pPr>
        <w:rPr>
          <w:sz w:val="28"/>
          <w:szCs w:val="28"/>
        </w:rPr>
      </w:pPr>
    </w:p>
    <w:p w14:paraId="15D07025" w14:textId="77777777" w:rsidR="00736337" w:rsidRPr="003B3D52" w:rsidRDefault="00000000">
      <w:pPr>
        <w:pStyle w:val="Heading1"/>
        <w:rPr>
          <w:sz w:val="28"/>
        </w:rPr>
      </w:pPr>
      <w:r w:rsidRPr="003B3D52">
        <w:rPr>
          <w:sz w:val="28"/>
        </w:rPr>
        <w:t>9. Mid-Summer Review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49"/>
        <w:gridCol w:w="2822"/>
        <w:gridCol w:w="2827"/>
        <w:gridCol w:w="2704"/>
      </w:tblGrid>
      <w:tr w:rsidR="00736337" w:rsidRPr="003B3D52" w14:paraId="1CE287CC" w14:textId="77777777">
        <w:trPr>
          <w:jc w:val="center"/>
        </w:trPr>
        <w:tc>
          <w:tcPr>
            <w:tcW w:w="2160" w:type="dxa"/>
            <w:shd w:val="clear" w:color="auto" w:fill="1F4E79"/>
          </w:tcPr>
          <w:p w14:paraId="786AE5D9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Area</w:t>
            </w:r>
          </w:p>
        </w:tc>
        <w:tc>
          <w:tcPr>
            <w:tcW w:w="2880" w:type="dxa"/>
            <w:shd w:val="clear" w:color="auto" w:fill="1F4E79"/>
          </w:tcPr>
          <w:p w14:paraId="3800AEB1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What is going well?</w:t>
            </w:r>
          </w:p>
        </w:tc>
        <w:tc>
          <w:tcPr>
            <w:tcW w:w="2880" w:type="dxa"/>
            <w:shd w:val="clear" w:color="auto" w:fill="1F4E79"/>
          </w:tcPr>
          <w:p w14:paraId="0D3A95B2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What needs urgent work?</w:t>
            </w:r>
          </w:p>
        </w:tc>
        <w:tc>
          <w:tcPr>
            <w:tcW w:w="2736" w:type="dxa"/>
            <w:shd w:val="clear" w:color="auto" w:fill="1F4E79"/>
          </w:tcPr>
          <w:p w14:paraId="1B8D7587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Action before September</w:t>
            </w:r>
          </w:p>
        </w:tc>
      </w:tr>
      <w:tr w:rsidR="00736337" w:rsidRPr="003B3D52" w14:paraId="17B58CD3" w14:textId="77777777">
        <w:trPr>
          <w:jc w:val="center"/>
        </w:trPr>
        <w:tc>
          <w:tcPr>
            <w:tcW w:w="2160" w:type="dxa"/>
          </w:tcPr>
          <w:p w14:paraId="39806916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Solo performance</w:t>
            </w:r>
          </w:p>
        </w:tc>
        <w:tc>
          <w:tcPr>
            <w:tcW w:w="2880" w:type="dxa"/>
          </w:tcPr>
          <w:p w14:paraId="0E4C51E1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14:paraId="20EDD2E5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2736" w:type="dxa"/>
          </w:tcPr>
          <w:p w14:paraId="5EC070D5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</w:tr>
      <w:tr w:rsidR="00736337" w:rsidRPr="003B3D52" w14:paraId="0C52ED61" w14:textId="77777777">
        <w:trPr>
          <w:jc w:val="center"/>
        </w:trPr>
        <w:tc>
          <w:tcPr>
            <w:tcW w:w="2160" w:type="dxa"/>
          </w:tcPr>
          <w:p w14:paraId="2AE82E48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Free composition</w:t>
            </w:r>
          </w:p>
        </w:tc>
        <w:tc>
          <w:tcPr>
            <w:tcW w:w="2880" w:type="dxa"/>
          </w:tcPr>
          <w:p w14:paraId="28443967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14:paraId="5C5AF590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  <w:tc>
          <w:tcPr>
            <w:tcW w:w="2736" w:type="dxa"/>
          </w:tcPr>
          <w:p w14:paraId="288B8AA7" w14:textId="77777777" w:rsidR="00736337" w:rsidRPr="003B3D52" w:rsidRDefault="00736337">
            <w:pPr>
              <w:rPr>
                <w:sz w:val="28"/>
                <w:szCs w:val="28"/>
              </w:rPr>
            </w:pPr>
          </w:p>
        </w:tc>
      </w:tr>
    </w:tbl>
    <w:p w14:paraId="64696B5E" w14:textId="77777777" w:rsidR="00736337" w:rsidRPr="003B3D52" w:rsidRDefault="00736337">
      <w:pPr>
        <w:rPr>
          <w:sz w:val="28"/>
          <w:szCs w:val="28"/>
        </w:rPr>
      </w:pPr>
    </w:p>
    <w:p w14:paraId="3B48D9C7" w14:textId="77777777" w:rsidR="00736337" w:rsidRPr="003B3D52" w:rsidRDefault="00000000">
      <w:pPr>
        <w:spacing w:after="40"/>
        <w:rPr>
          <w:sz w:val="28"/>
          <w:szCs w:val="28"/>
        </w:rPr>
      </w:pPr>
      <w:r w:rsidRPr="003B3D52">
        <w:rPr>
          <w:sz w:val="28"/>
          <w:szCs w:val="28"/>
        </w:rPr>
        <w:t>Three priority targets for the rest of summer:</w:t>
      </w:r>
    </w:p>
    <w:p w14:paraId="74D77EF5" w14:textId="333160D2" w:rsidR="00736337" w:rsidRPr="003B3D52" w:rsidRDefault="00000000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_________________________________________________________________________________________________________</w:t>
      </w:r>
      <w:r w:rsidR="003B3D52">
        <w:rPr>
          <w:sz w:val="28"/>
          <w:szCs w:val="28"/>
        </w:rPr>
        <w:t>_________________________________________________________</w:t>
      </w:r>
    </w:p>
    <w:p w14:paraId="0A2E6AC7" w14:textId="411734DC" w:rsidR="00736337" w:rsidRPr="003B3D52" w:rsidRDefault="00000000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_________________________________________________________________________________________________________</w:t>
      </w:r>
      <w:r w:rsidR="003B3D52">
        <w:rPr>
          <w:sz w:val="28"/>
          <w:szCs w:val="28"/>
        </w:rPr>
        <w:t>_________________________________________________________</w:t>
      </w:r>
    </w:p>
    <w:p w14:paraId="31C30BD1" w14:textId="2E49156D" w:rsidR="00736337" w:rsidRPr="003B3D52" w:rsidRDefault="00000000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_________________________________________________________________________________________________________</w:t>
      </w:r>
      <w:r w:rsidR="003B3D52">
        <w:rPr>
          <w:sz w:val="28"/>
          <w:szCs w:val="28"/>
        </w:rPr>
        <w:t>_________________________________________________________</w:t>
      </w:r>
    </w:p>
    <w:p w14:paraId="22A91B42" w14:textId="77777777" w:rsidR="00736337" w:rsidRPr="003B3D52" w:rsidRDefault="00000000">
      <w:pPr>
        <w:pStyle w:val="Heading1"/>
        <w:rPr>
          <w:sz w:val="28"/>
        </w:rPr>
      </w:pPr>
      <w:r w:rsidRPr="003B3D52">
        <w:rPr>
          <w:sz w:val="28"/>
        </w:rPr>
        <w:lastRenderedPageBreak/>
        <w:t>10. Final September Reflection</w:t>
      </w:r>
    </w:p>
    <w:p w14:paraId="4C876DA5" w14:textId="77777777" w:rsidR="00736337" w:rsidRPr="003B3D52" w:rsidRDefault="00000000">
      <w:pPr>
        <w:spacing w:after="40"/>
        <w:rPr>
          <w:sz w:val="28"/>
          <w:szCs w:val="28"/>
        </w:rPr>
      </w:pPr>
      <w:r w:rsidRPr="003B3D52">
        <w:rPr>
          <w:sz w:val="28"/>
          <w:szCs w:val="28"/>
        </w:rPr>
        <w:t>Solo performance: describe your current standard and what you improved.</w:t>
      </w:r>
    </w:p>
    <w:p w14:paraId="02863567" w14:textId="7F64ACF4" w:rsidR="00736337" w:rsidRPr="003B3D52" w:rsidRDefault="00000000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_________________________________________________________________________________________________________</w:t>
      </w:r>
      <w:r w:rsidR="003B3D52">
        <w:rPr>
          <w:sz w:val="28"/>
          <w:szCs w:val="28"/>
        </w:rPr>
        <w:t>_________________________________________________________</w:t>
      </w:r>
    </w:p>
    <w:p w14:paraId="71BB5774" w14:textId="3A853076" w:rsidR="00736337" w:rsidRPr="003B3D52" w:rsidRDefault="00000000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_________________________________________________________________________________________________________</w:t>
      </w:r>
      <w:r w:rsidR="003B3D52">
        <w:rPr>
          <w:sz w:val="28"/>
          <w:szCs w:val="28"/>
        </w:rPr>
        <w:t>_________________________________________________________</w:t>
      </w:r>
    </w:p>
    <w:p w14:paraId="3B16EF56" w14:textId="2F2CB189" w:rsidR="00736337" w:rsidRPr="003B3D52" w:rsidRDefault="00000000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_________________________________________________________________________________________________________</w:t>
      </w:r>
      <w:r w:rsidR="003B3D52">
        <w:rPr>
          <w:sz w:val="28"/>
          <w:szCs w:val="28"/>
        </w:rPr>
        <w:t>_________________________________________________________</w:t>
      </w:r>
    </w:p>
    <w:p w14:paraId="79E879E6" w14:textId="096D871A" w:rsidR="00736337" w:rsidRPr="003B3D52" w:rsidRDefault="00000000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_________________________________________________________________________________________________________</w:t>
      </w:r>
      <w:r w:rsidR="003B3D52">
        <w:rPr>
          <w:sz w:val="28"/>
          <w:szCs w:val="28"/>
        </w:rPr>
        <w:t>_________________________________________________________</w:t>
      </w:r>
    </w:p>
    <w:p w14:paraId="615D9E54" w14:textId="77777777" w:rsidR="003B3D52" w:rsidRDefault="003B3D52">
      <w:pPr>
        <w:spacing w:after="40"/>
        <w:rPr>
          <w:sz w:val="28"/>
          <w:szCs w:val="28"/>
        </w:rPr>
      </w:pPr>
    </w:p>
    <w:p w14:paraId="66996D94" w14:textId="49E4960F" w:rsidR="00736337" w:rsidRPr="003B3D52" w:rsidRDefault="00000000">
      <w:pPr>
        <w:spacing w:after="40"/>
        <w:rPr>
          <w:sz w:val="28"/>
          <w:szCs w:val="28"/>
        </w:rPr>
      </w:pPr>
      <w:r w:rsidRPr="003B3D52">
        <w:rPr>
          <w:sz w:val="28"/>
          <w:szCs w:val="28"/>
        </w:rPr>
        <w:t>Free composition: describe your piece, your creative intention, and the main musical decisions you made.</w:t>
      </w:r>
    </w:p>
    <w:p w14:paraId="270DBEE1" w14:textId="09F0D72E" w:rsidR="00736337" w:rsidRPr="003B3D52" w:rsidRDefault="00000000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_________________________________________________________________________________________________________</w:t>
      </w:r>
      <w:r w:rsidR="003B3D52">
        <w:rPr>
          <w:sz w:val="28"/>
          <w:szCs w:val="28"/>
        </w:rPr>
        <w:t>_________________________________________________________</w:t>
      </w:r>
    </w:p>
    <w:p w14:paraId="556077BB" w14:textId="7E382FF2" w:rsidR="00736337" w:rsidRPr="003B3D52" w:rsidRDefault="00000000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_________________________________________________________________________________________________________</w:t>
      </w:r>
      <w:r w:rsidR="003B3D52">
        <w:rPr>
          <w:sz w:val="28"/>
          <w:szCs w:val="28"/>
        </w:rPr>
        <w:t>_________________________________________________________</w:t>
      </w:r>
    </w:p>
    <w:p w14:paraId="70DE3166" w14:textId="6B9E3572" w:rsidR="00736337" w:rsidRPr="003B3D52" w:rsidRDefault="00000000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_________________________________________________________________________________________________________</w:t>
      </w:r>
      <w:r w:rsidR="003B3D52">
        <w:rPr>
          <w:sz w:val="28"/>
          <w:szCs w:val="28"/>
        </w:rPr>
        <w:t>_________________________________________________________</w:t>
      </w:r>
    </w:p>
    <w:p w14:paraId="171A088C" w14:textId="3F7D98FA" w:rsidR="00736337" w:rsidRPr="003B3D52" w:rsidRDefault="00000000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_________________________________________________________________________________________________________</w:t>
      </w:r>
      <w:r w:rsidR="003B3D52">
        <w:rPr>
          <w:sz w:val="28"/>
          <w:szCs w:val="28"/>
        </w:rPr>
        <w:t>_________________________________________________________</w:t>
      </w:r>
    </w:p>
    <w:p w14:paraId="5CC6AB50" w14:textId="6711D451" w:rsidR="00736337" w:rsidRDefault="00000000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_________________________________________________________________________________________________________</w:t>
      </w:r>
      <w:r w:rsidR="003B3D52">
        <w:rPr>
          <w:sz w:val="28"/>
          <w:szCs w:val="28"/>
        </w:rPr>
        <w:t>_________________________________________________________</w:t>
      </w:r>
    </w:p>
    <w:p w14:paraId="6C7E50E3" w14:textId="77777777" w:rsidR="003B3D52" w:rsidRPr="003B3D52" w:rsidRDefault="003B3D52">
      <w:pPr>
        <w:spacing w:after="0"/>
        <w:rPr>
          <w:sz w:val="28"/>
          <w:szCs w:val="28"/>
        </w:rPr>
      </w:pPr>
    </w:p>
    <w:p w14:paraId="4CA70EB4" w14:textId="77777777" w:rsidR="00736337" w:rsidRPr="003B3D52" w:rsidRDefault="00000000">
      <w:pPr>
        <w:spacing w:after="40"/>
        <w:rPr>
          <w:sz w:val="28"/>
          <w:szCs w:val="28"/>
        </w:rPr>
      </w:pPr>
      <w:r w:rsidRPr="003B3D52">
        <w:rPr>
          <w:sz w:val="28"/>
          <w:szCs w:val="28"/>
        </w:rPr>
        <w:t>What do you need from your teacher in September to move this work closer to GCSE submission standard?</w:t>
      </w:r>
    </w:p>
    <w:p w14:paraId="3FEBE5C9" w14:textId="371E2F5C" w:rsidR="00736337" w:rsidRPr="003B3D52" w:rsidRDefault="00000000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_________________________________________________________________________________________________________</w:t>
      </w:r>
      <w:r w:rsidR="003B3D52">
        <w:rPr>
          <w:sz w:val="28"/>
          <w:szCs w:val="28"/>
        </w:rPr>
        <w:t>_________________________________________________________</w:t>
      </w:r>
    </w:p>
    <w:p w14:paraId="57DB140E" w14:textId="135B2E5D" w:rsidR="00736337" w:rsidRPr="003B3D52" w:rsidRDefault="00000000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_________________________________________________________________________________________________________</w:t>
      </w:r>
      <w:r w:rsidR="003B3D52">
        <w:rPr>
          <w:sz w:val="28"/>
          <w:szCs w:val="28"/>
        </w:rPr>
        <w:t>_________________________________________________________</w:t>
      </w:r>
    </w:p>
    <w:p w14:paraId="0A9D343B" w14:textId="00E9C05A" w:rsidR="00736337" w:rsidRDefault="00000000">
      <w:pPr>
        <w:spacing w:after="0"/>
        <w:rPr>
          <w:sz w:val="28"/>
          <w:szCs w:val="28"/>
        </w:rPr>
      </w:pPr>
      <w:r w:rsidRPr="003B3D52">
        <w:rPr>
          <w:sz w:val="28"/>
          <w:szCs w:val="28"/>
        </w:rPr>
        <w:t>_________________________________________________________________________________________________________</w:t>
      </w:r>
      <w:r w:rsidR="003B3D52">
        <w:rPr>
          <w:sz w:val="28"/>
          <w:szCs w:val="28"/>
        </w:rPr>
        <w:t>_________________________________________________________</w:t>
      </w:r>
    </w:p>
    <w:p w14:paraId="3112D9B3" w14:textId="77777777" w:rsidR="003B3D52" w:rsidRDefault="003B3D52">
      <w:pPr>
        <w:spacing w:after="0"/>
        <w:rPr>
          <w:sz w:val="28"/>
          <w:szCs w:val="28"/>
        </w:rPr>
      </w:pPr>
    </w:p>
    <w:p w14:paraId="4A0BCDD1" w14:textId="77777777" w:rsidR="003B3D52" w:rsidRPr="003B3D52" w:rsidRDefault="003B3D52">
      <w:pPr>
        <w:spacing w:after="0"/>
        <w:rPr>
          <w:sz w:val="28"/>
          <w:szCs w:val="28"/>
        </w:rPr>
      </w:pPr>
    </w:p>
    <w:p w14:paraId="4BE9786D" w14:textId="77777777" w:rsidR="00736337" w:rsidRPr="003B3D52" w:rsidRDefault="00000000">
      <w:pPr>
        <w:pStyle w:val="Heading1"/>
        <w:rPr>
          <w:sz w:val="28"/>
        </w:rPr>
      </w:pPr>
      <w:r w:rsidRPr="003B3D52">
        <w:rPr>
          <w:sz w:val="28"/>
        </w:rPr>
        <w:lastRenderedPageBreak/>
        <w:t>11. Final Checklist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352"/>
        <w:gridCol w:w="1791"/>
      </w:tblGrid>
      <w:tr w:rsidR="00736337" w:rsidRPr="003B3D52" w14:paraId="294937E7" w14:textId="77777777">
        <w:trPr>
          <w:jc w:val="center"/>
        </w:trPr>
        <w:tc>
          <w:tcPr>
            <w:tcW w:w="8352" w:type="dxa"/>
            <w:shd w:val="clear" w:color="auto" w:fill="1F4E79"/>
          </w:tcPr>
          <w:p w14:paraId="56BDC1E4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Submission item</w:t>
            </w:r>
          </w:p>
        </w:tc>
        <w:tc>
          <w:tcPr>
            <w:tcW w:w="1440" w:type="dxa"/>
            <w:shd w:val="clear" w:color="auto" w:fill="1F4E79"/>
          </w:tcPr>
          <w:p w14:paraId="48C42EEE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Completed?</w:t>
            </w:r>
          </w:p>
        </w:tc>
      </w:tr>
      <w:tr w:rsidR="00736337" w:rsidRPr="003B3D52" w14:paraId="1A1480B1" w14:textId="77777777">
        <w:trPr>
          <w:jc w:val="center"/>
        </w:trPr>
        <w:tc>
          <w:tcPr>
            <w:tcW w:w="8352" w:type="dxa"/>
          </w:tcPr>
          <w:p w14:paraId="78F271C8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I have completed at least six solo performance practice logs.</w:t>
            </w:r>
          </w:p>
        </w:tc>
        <w:tc>
          <w:tcPr>
            <w:tcW w:w="1440" w:type="dxa"/>
          </w:tcPr>
          <w:p w14:paraId="0803EFD5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[ ]</w:t>
            </w:r>
          </w:p>
        </w:tc>
      </w:tr>
      <w:tr w:rsidR="00736337" w:rsidRPr="003B3D52" w14:paraId="7A0D9506" w14:textId="77777777">
        <w:trPr>
          <w:jc w:val="center"/>
        </w:trPr>
        <w:tc>
          <w:tcPr>
            <w:tcW w:w="8352" w:type="dxa"/>
          </w:tcPr>
          <w:p w14:paraId="1F99D6A0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I have recorded one full or near-full solo performance run-through.</w:t>
            </w:r>
          </w:p>
        </w:tc>
        <w:tc>
          <w:tcPr>
            <w:tcW w:w="1440" w:type="dxa"/>
          </w:tcPr>
          <w:p w14:paraId="6BCB872C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[ ]</w:t>
            </w:r>
          </w:p>
        </w:tc>
      </w:tr>
      <w:tr w:rsidR="00736337" w:rsidRPr="003B3D52" w14:paraId="0DB768F2" w14:textId="77777777">
        <w:trPr>
          <w:jc w:val="center"/>
        </w:trPr>
        <w:tc>
          <w:tcPr>
            <w:tcW w:w="8352" w:type="dxa"/>
          </w:tcPr>
          <w:p w14:paraId="761AF2B3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 xml:space="preserve">I have identified the hardest section of my solo piece and </w:t>
            </w:r>
            <w:proofErr w:type="gramStart"/>
            <w:r w:rsidRPr="003B3D52">
              <w:rPr>
                <w:sz w:val="28"/>
                <w:szCs w:val="28"/>
              </w:rPr>
              <w:t>practised</w:t>
            </w:r>
            <w:proofErr w:type="gramEnd"/>
            <w:r w:rsidRPr="003B3D52">
              <w:rPr>
                <w:sz w:val="28"/>
                <w:szCs w:val="28"/>
              </w:rPr>
              <w:t xml:space="preserve"> it slowly.</w:t>
            </w:r>
          </w:p>
        </w:tc>
        <w:tc>
          <w:tcPr>
            <w:tcW w:w="1440" w:type="dxa"/>
          </w:tcPr>
          <w:p w14:paraId="02DDB00C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[ ]</w:t>
            </w:r>
          </w:p>
        </w:tc>
      </w:tr>
      <w:tr w:rsidR="00736337" w:rsidRPr="003B3D52" w14:paraId="7389406B" w14:textId="77777777">
        <w:trPr>
          <w:jc w:val="center"/>
        </w:trPr>
        <w:tc>
          <w:tcPr>
            <w:tcW w:w="8352" w:type="dxa"/>
          </w:tcPr>
          <w:p w14:paraId="5041C250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I have completed at least six free composition logs.</w:t>
            </w:r>
          </w:p>
        </w:tc>
        <w:tc>
          <w:tcPr>
            <w:tcW w:w="1440" w:type="dxa"/>
          </w:tcPr>
          <w:p w14:paraId="05C862F7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[ ]</w:t>
            </w:r>
          </w:p>
        </w:tc>
      </w:tr>
      <w:tr w:rsidR="00736337" w:rsidRPr="003B3D52" w14:paraId="673BCC08" w14:textId="77777777">
        <w:trPr>
          <w:jc w:val="center"/>
        </w:trPr>
        <w:tc>
          <w:tcPr>
            <w:tcW w:w="8352" w:type="dxa"/>
          </w:tcPr>
          <w:p w14:paraId="73794CE4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I have saved my composition project with a clear file name.</w:t>
            </w:r>
          </w:p>
        </w:tc>
        <w:tc>
          <w:tcPr>
            <w:tcW w:w="1440" w:type="dxa"/>
          </w:tcPr>
          <w:p w14:paraId="0F87C922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[ ]</w:t>
            </w:r>
          </w:p>
        </w:tc>
      </w:tr>
      <w:tr w:rsidR="00736337" w:rsidRPr="003B3D52" w14:paraId="5125E2D7" w14:textId="77777777">
        <w:trPr>
          <w:jc w:val="center"/>
        </w:trPr>
        <w:tc>
          <w:tcPr>
            <w:tcW w:w="8352" w:type="dxa"/>
          </w:tcPr>
          <w:p w14:paraId="7C0F2EF6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I have exported an audio draft of my composition.</w:t>
            </w:r>
          </w:p>
        </w:tc>
        <w:tc>
          <w:tcPr>
            <w:tcW w:w="1440" w:type="dxa"/>
          </w:tcPr>
          <w:p w14:paraId="6D898E52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[ ]</w:t>
            </w:r>
          </w:p>
        </w:tc>
      </w:tr>
      <w:tr w:rsidR="00736337" w:rsidRPr="003B3D52" w14:paraId="74DD5D27" w14:textId="77777777">
        <w:trPr>
          <w:jc w:val="center"/>
        </w:trPr>
        <w:tc>
          <w:tcPr>
            <w:tcW w:w="8352" w:type="dxa"/>
          </w:tcPr>
          <w:p w14:paraId="357C201B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My composition has a clear style, mood and structure.</w:t>
            </w:r>
          </w:p>
        </w:tc>
        <w:tc>
          <w:tcPr>
            <w:tcW w:w="1440" w:type="dxa"/>
          </w:tcPr>
          <w:p w14:paraId="75E88904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[ ]</w:t>
            </w:r>
          </w:p>
        </w:tc>
      </w:tr>
      <w:tr w:rsidR="00736337" w:rsidRPr="003B3D52" w14:paraId="213E5AAA" w14:textId="77777777">
        <w:trPr>
          <w:jc w:val="center"/>
        </w:trPr>
        <w:tc>
          <w:tcPr>
            <w:tcW w:w="8352" w:type="dxa"/>
          </w:tcPr>
          <w:p w14:paraId="6B4BA75D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I have completed the final September reflection.</w:t>
            </w:r>
          </w:p>
        </w:tc>
        <w:tc>
          <w:tcPr>
            <w:tcW w:w="1440" w:type="dxa"/>
          </w:tcPr>
          <w:p w14:paraId="506080E9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[ ]</w:t>
            </w:r>
          </w:p>
        </w:tc>
      </w:tr>
      <w:tr w:rsidR="00736337" w:rsidRPr="003B3D52" w14:paraId="34562E1E" w14:textId="77777777">
        <w:trPr>
          <w:jc w:val="center"/>
        </w:trPr>
        <w:tc>
          <w:tcPr>
            <w:tcW w:w="8352" w:type="dxa"/>
          </w:tcPr>
          <w:p w14:paraId="7028F470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I am ready to continue coursework development in Year 11.</w:t>
            </w:r>
          </w:p>
        </w:tc>
        <w:tc>
          <w:tcPr>
            <w:tcW w:w="1440" w:type="dxa"/>
          </w:tcPr>
          <w:p w14:paraId="6E364DDE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[ ]</w:t>
            </w:r>
          </w:p>
        </w:tc>
      </w:tr>
    </w:tbl>
    <w:p w14:paraId="0B1B11DF" w14:textId="397A0DBF" w:rsidR="00736337" w:rsidRPr="003B3D52" w:rsidRDefault="00000000">
      <w:pPr>
        <w:pStyle w:val="Heading1"/>
        <w:rPr>
          <w:sz w:val="28"/>
        </w:rPr>
      </w:pPr>
      <w:r w:rsidRPr="003B3D52">
        <w:rPr>
          <w:sz w:val="28"/>
        </w:rPr>
        <w:t xml:space="preserve"> September Follow-Up</w:t>
      </w:r>
      <w:r w:rsidR="00E9418A">
        <w:rPr>
          <w:sz w:val="28"/>
        </w:rPr>
        <w:t>: In September your teacher will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716"/>
        <w:gridCol w:w="7488"/>
      </w:tblGrid>
      <w:tr w:rsidR="00736337" w:rsidRPr="003B3D52" w14:paraId="2D8944D8" w14:textId="77777777">
        <w:trPr>
          <w:jc w:val="center"/>
        </w:trPr>
        <w:tc>
          <w:tcPr>
            <w:tcW w:w="2448" w:type="dxa"/>
            <w:shd w:val="clear" w:color="auto" w:fill="1F4E79"/>
          </w:tcPr>
          <w:p w14:paraId="2889602B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Lesson/Checkpoint</w:t>
            </w:r>
          </w:p>
        </w:tc>
        <w:tc>
          <w:tcPr>
            <w:tcW w:w="7488" w:type="dxa"/>
            <w:shd w:val="clear" w:color="auto" w:fill="1F4E79"/>
          </w:tcPr>
          <w:p w14:paraId="393B2864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b/>
                <w:color w:val="FFFFFF"/>
                <w:sz w:val="28"/>
                <w:szCs w:val="28"/>
              </w:rPr>
              <w:t>Suggested activity</w:t>
            </w:r>
          </w:p>
        </w:tc>
      </w:tr>
      <w:tr w:rsidR="00736337" w:rsidRPr="003B3D52" w14:paraId="521CC5E7" w14:textId="77777777">
        <w:trPr>
          <w:jc w:val="center"/>
        </w:trPr>
        <w:tc>
          <w:tcPr>
            <w:tcW w:w="2448" w:type="dxa"/>
          </w:tcPr>
          <w:p w14:paraId="0622D502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Lesson 1</w:t>
            </w:r>
          </w:p>
        </w:tc>
        <w:tc>
          <w:tcPr>
            <w:tcW w:w="7488" w:type="dxa"/>
          </w:tcPr>
          <w:p w14:paraId="01526C98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Collect booklets, check recordings/exports, and complete a quick coursework readiness audit.</w:t>
            </w:r>
          </w:p>
        </w:tc>
      </w:tr>
      <w:tr w:rsidR="00736337" w:rsidRPr="003B3D52" w14:paraId="6B694273" w14:textId="77777777">
        <w:trPr>
          <w:jc w:val="center"/>
        </w:trPr>
        <w:tc>
          <w:tcPr>
            <w:tcW w:w="2448" w:type="dxa"/>
          </w:tcPr>
          <w:p w14:paraId="34E12216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Performance checkpoint</w:t>
            </w:r>
          </w:p>
        </w:tc>
        <w:tc>
          <w:tcPr>
            <w:tcW w:w="7488" w:type="dxa"/>
          </w:tcPr>
          <w:p w14:paraId="3BE56BE7" w14:textId="2155E620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 xml:space="preserve">Hear 30-60 seconds from each student </w:t>
            </w:r>
            <w:r w:rsidR="00E9418A">
              <w:rPr>
                <w:sz w:val="28"/>
                <w:szCs w:val="28"/>
              </w:rPr>
              <w:t>and</w:t>
            </w:r>
            <w:r w:rsidRPr="003B3D52">
              <w:rPr>
                <w:sz w:val="28"/>
                <w:szCs w:val="28"/>
              </w:rPr>
              <w:t xml:space="preserve"> collect recordings. Set individual technical and expressive targets.</w:t>
            </w:r>
          </w:p>
        </w:tc>
      </w:tr>
      <w:tr w:rsidR="00736337" w:rsidRPr="003B3D52" w14:paraId="5723764F" w14:textId="77777777">
        <w:trPr>
          <w:jc w:val="center"/>
        </w:trPr>
        <w:tc>
          <w:tcPr>
            <w:tcW w:w="2448" w:type="dxa"/>
          </w:tcPr>
          <w:p w14:paraId="40272532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Composition checkpoint</w:t>
            </w:r>
          </w:p>
        </w:tc>
        <w:tc>
          <w:tcPr>
            <w:tcW w:w="7488" w:type="dxa"/>
          </w:tcPr>
          <w:p w14:paraId="38CACCE6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Listen to exported drafts. Check structure, musical ideas and development. Set targets for first controlled coursework development phase.</w:t>
            </w:r>
          </w:p>
        </w:tc>
      </w:tr>
      <w:tr w:rsidR="00736337" w:rsidRPr="003B3D52" w14:paraId="260D8EB4" w14:textId="77777777">
        <w:trPr>
          <w:jc w:val="center"/>
        </w:trPr>
        <w:tc>
          <w:tcPr>
            <w:tcW w:w="2448" w:type="dxa"/>
          </w:tcPr>
          <w:p w14:paraId="067E9DFA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Intervention</w:t>
            </w:r>
          </w:p>
        </w:tc>
        <w:tc>
          <w:tcPr>
            <w:tcW w:w="7488" w:type="dxa"/>
          </w:tcPr>
          <w:p w14:paraId="427F3B2A" w14:textId="77777777" w:rsidR="00736337" w:rsidRPr="003B3D52" w:rsidRDefault="00000000">
            <w:pPr>
              <w:rPr>
                <w:sz w:val="28"/>
                <w:szCs w:val="28"/>
              </w:rPr>
            </w:pPr>
            <w:r w:rsidRPr="003B3D52">
              <w:rPr>
                <w:sz w:val="28"/>
                <w:szCs w:val="28"/>
              </w:rPr>
              <w:t>Identify students with missing logs, unsuitable repertoire, incomplete compositions or weak evidence. Provide catch-up tasks.</w:t>
            </w:r>
          </w:p>
        </w:tc>
      </w:tr>
    </w:tbl>
    <w:p w14:paraId="71285E10" w14:textId="77777777" w:rsidR="00736337" w:rsidRPr="003B3D52" w:rsidRDefault="00736337">
      <w:pPr>
        <w:rPr>
          <w:sz w:val="28"/>
          <w:szCs w:val="28"/>
        </w:rPr>
      </w:pPr>
    </w:p>
    <w:sectPr w:rsidR="00736337" w:rsidRPr="003B3D52" w:rsidSect="00034616">
      <w:footerReference w:type="default" r:id="rId8"/>
      <w:pgSz w:w="12240" w:h="15840"/>
      <w:pgMar w:top="792" w:right="864" w:bottom="792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53E2A" w14:textId="77777777" w:rsidR="005004BB" w:rsidRDefault="005004BB">
      <w:pPr>
        <w:spacing w:after="0" w:line="240" w:lineRule="auto"/>
      </w:pPr>
      <w:r>
        <w:separator/>
      </w:r>
    </w:p>
  </w:endnote>
  <w:endnote w:type="continuationSeparator" w:id="0">
    <w:p w14:paraId="690037B8" w14:textId="77777777" w:rsidR="005004BB" w:rsidRDefault="00500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B8CEC" w14:textId="77777777" w:rsidR="00736337" w:rsidRDefault="00000000">
    <w:pPr>
      <w:pStyle w:val="Footer"/>
      <w:jc w:val="center"/>
    </w:pPr>
    <w:r>
      <w:rPr>
        <w:color w:val="646464"/>
        <w:sz w:val="16"/>
      </w:rPr>
      <w:t>GCSE Music Summer Transition Work: Year 10 into Year 11 | Free Composition and Solo Performance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7A400" w14:textId="77777777" w:rsidR="005004BB" w:rsidRDefault="005004BB">
      <w:pPr>
        <w:spacing w:after="0" w:line="240" w:lineRule="auto"/>
      </w:pPr>
      <w:r>
        <w:separator/>
      </w:r>
    </w:p>
  </w:footnote>
  <w:footnote w:type="continuationSeparator" w:id="0">
    <w:p w14:paraId="6C231E10" w14:textId="77777777" w:rsidR="005004BB" w:rsidRDefault="005004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69277000">
    <w:abstractNumId w:val="8"/>
  </w:num>
  <w:num w:numId="2" w16cid:durableId="412626845">
    <w:abstractNumId w:val="6"/>
  </w:num>
  <w:num w:numId="3" w16cid:durableId="1167481963">
    <w:abstractNumId w:val="5"/>
  </w:num>
  <w:num w:numId="4" w16cid:durableId="2095545996">
    <w:abstractNumId w:val="4"/>
  </w:num>
  <w:num w:numId="5" w16cid:durableId="687952647">
    <w:abstractNumId w:val="7"/>
  </w:num>
  <w:num w:numId="6" w16cid:durableId="229536795">
    <w:abstractNumId w:val="3"/>
  </w:num>
  <w:num w:numId="7" w16cid:durableId="1447970791">
    <w:abstractNumId w:val="2"/>
  </w:num>
  <w:num w:numId="8" w16cid:durableId="1307322519">
    <w:abstractNumId w:val="1"/>
  </w:num>
  <w:num w:numId="9" w16cid:durableId="1037245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B3D52"/>
    <w:rsid w:val="005004BB"/>
    <w:rsid w:val="00736337"/>
    <w:rsid w:val="00AA1D8D"/>
    <w:rsid w:val="00B4297C"/>
    <w:rsid w:val="00B47730"/>
    <w:rsid w:val="00CB0664"/>
    <w:rsid w:val="00E9418A"/>
    <w:rsid w:val="00EA48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0FBB09"/>
  <w14:defaultImageDpi w14:val="300"/>
  <w15:docId w15:val="{411A4B55-13AD-4D18-B58A-452D282BA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eastAsia="Aptos" w:hAnsi="Aptos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79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F75B5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F4E79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F4E79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3626</Words>
  <Characters>20672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24250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GCSE Music Summer Transition Work - Free Composition and Solo Performance</dc:title>
  <dc:subject>GCSE Music transition booklet</dc:subject>
  <dc:creator>OpenAI</dc:creator>
  <cp:keywords>GCSE Music, composition, solo performance, practice log</cp:keywords>
  <dc:description/>
  <cp:lastModifiedBy>Adrian Mendonca</cp:lastModifiedBy>
  <cp:revision>2</cp:revision>
  <dcterms:created xsi:type="dcterms:W3CDTF">2026-07-03T09:38:00Z</dcterms:created>
  <dcterms:modified xsi:type="dcterms:W3CDTF">2026-07-03T09:38:00Z</dcterms:modified>
  <cp:category/>
</cp:coreProperties>
</file>