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70884" w14:textId="77777777" w:rsidR="00171D24" w:rsidRDefault="00171D24">
      <w:pPr>
        <w:spacing w:after="120"/>
        <w:jc w:val="center"/>
        <w:rPr>
          <w:b/>
          <w:color w:val="1F4E79"/>
          <w:sz w:val="36"/>
        </w:rPr>
      </w:pPr>
    </w:p>
    <w:p w14:paraId="5B4CCD9F" w14:textId="7537E05A" w:rsidR="00171D24" w:rsidRDefault="00171D24" w:rsidP="00171D24">
      <w:pPr>
        <w:jc w:val="center"/>
        <w:rPr>
          <w:b/>
          <w:color w:val="1F4E79"/>
          <w:sz w:val="36"/>
        </w:rPr>
      </w:pPr>
      <w:r>
        <w:rPr>
          <w:b/>
          <w:color w:val="1F4E79"/>
          <w:sz w:val="36"/>
        </w:rPr>
        <w:t>Preparat</w:t>
      </w:r>
      <w:r w:rsidR="00C93638">
        <w:rPr>
          <w:b/>
          <w:color w:val="1F4E79"/>
          <w:sz w:val="36"/>
        </w:rPr>
        <w:t>ory</w:t>
      </w:r>
      <w:r>
        <w:rPr>
          <w:b/>
          <w:color w:val="1F4E79"/>
          <w:sz w:val="36"/>
        </w:rPr>
        <w:t xml:space="preserve"> Work</w:t>
      </w:r>
    </w:p>
    <w:p w14:paraId="3F408E51" w14:textId="77777777" w:rsidR="00171D24" w:rsidRDefault="00171D24">
      <w:pPr>
        <w:rPr>
          <w:b/>
          <w:color w:val="1F4E79"/>
          <w:sz w:val="36"/>
        </w:rPr>
      </w:pPr>
    </w:p>
    <w:p w14:paraId="70B856AE" w14:textId="77777777" w:rsidR="00171D24" w:rsidRPr="00171D24" w:rsidRDefault="00171D24" w:rsidP="00171D24">
      <w:pPr>
        <w:jc w:val="both"/>
        <w:rPr>
          <w:bCs/>
          <w:sz w:val="28"/>
          <w:szCs w:val="18"/>
        </w:rPr>
      </w:pPr>
      <w:r w:rsidRPr="00171D24">
        <w:rPr>
          <w:bCs/>
          <w:sz w:val="28"/>
          <w:szCs w:val="18"/>
        </w:rPr>
        <w:t>Before you attempt to complete the assignment below, go through the lessons on the Soundtrap Edu Portal. Use the link below to get you to the right location:</w:t>
      </w:r>
    </w:p>
    <w:p w14:paraId="06AAC939" w14:textId="77777777" w:rsidR="00171D24" w:rsidRPr="00171D24" w:rsidRDefault="00171D24" w:rsidP="00171D24">
      <w:pPr>
        <w:jc w:val="both"/>
        <w:rPr>
          <w:bCs/>
          <w:sz w:val="28"/>
          <w:szCs w:val="18"/>
        </w:rPr>
      </w:pPr>
    </w:p>
    <w:p w14:paraId="6FFB9FD8" w14:textId="77777777" w:rsidR="00171D24" w:rsidRPr="00171D24" w:rsidRDefault="00171D24" w:rsidP="00171D24">
      <w:pPr>
        <w:jc w:val="both"/>
        <w:rPr>
          <w:bCs/>
          <w:color w:val="548DD4" w:themeColor="text2" w:themeTint="99"/>
          <w:sz w:val="28"/>
          <w:szCs w:val="18"/>
        </w:rPr>
      </w:pPr>
      <w:hyperlink r:id="rId8" w:history="1">
        <w:r w:rsidRPr="00171D24">
          <w:rPr>
            <w:rStyle w:val="Hyperlink"/>
            <w:bCs/>
            <w:color w:val="548DD4" w:themeColor="text2" w:themeTint="99"/>
            <w:sz w:val="28"/>
            <w:szCs w:val="18"/>
          </w:rPr>
          <w:t>Free Student Resources Online - Soundtrap for Education</w:t>
        </w:r>
      </w:hyperlink>
    </w:p>
    <w:p w14:paraId="08D631D1" w14:textId="77777777" w:rsidR="00171D24" w:rsidRPr="00171D24" w:rsidRDefault="00171D24" w:rsidP="00171D24">
      <w:pPr>
        <w:jc w:val="both"/>
        <w:rPr>
          <w:bCs/>
          <w:sz w:val="28"/>
          <w:szCs w:val="18"/>
        </w:rPr>
      </w:pPr>
    </w:p>
    <w:p w14:paraId="4E23DF46" w14:textId="77777777" w:rsidR="00171D24" w:rsidRPr="00171D24" w:rsidRDefault="00171D24" w:rsidP="00171D24">
      <w:pPr>
        <w:jc w:val="both"/>
        <w:rPr>
          <w:bCs/>
          <w:sz w:val="28"/>
          <w:szCs w:val="18"/>
        </w:rPr>
      </w:pPr>
      <w:r w:rsidRPr="00171D24">
        <w:rPr>
          <w:bCs/>
          <w:sz w:val="28"/>
          <w:szCs w:val="18"/>
        </w:rPr>
        <w:t>When you start in September, you will be assigned a seat and receive a Soundtrap Edu license which will give you access to the pro version of the software for two years during your course.</w:t>
      </w:r>
    </w:p>
    <w:p w14:paraId="1F1268B5" w14:textId="77777777" w:rsidR="00171D24" w:rsidRPr="00171D24" w:rsidRDefault="00171D24" w:rsidP="00171D24">
      <w:pPr>
        <w:jc w:val="both"/>
        <w:rPr>
          <w:bCs/>
          <w:sz w:val="28"/>
          <w:szCs w:val="18"/>
        </w:rPr>
      </w:pPr>
    </w:p>
    <w:p w14:paraId="4AA9DBF8" w14:textId="4C07EFE5" w:rsidR="00171D24" w:rsidRPr="00171D24" w:rsidRDefault="00171D24" w:rsidP="00171D24">
      <w:pPr>
        <w:jc w:val="both"/>
        <w:rPr>
          <w:bCs/>
          <w:sz w:val="28"/>
          <w:szCs w:val="18"/>
        </w:rPr>
      </w:pPr>
      <w:r w:rsidRPr="00171D24">
        <w:rPr>
          <w:bCs/>
          <w:sz w:val="28"/>
          <w:szCs w:val="18"/>
        </w:rPr>
        <w:t xml:space="preserve">Complete </w:t>
      </w:r>
      <w:r w:rsidRPr="00171D24">
        <w:rPr>
          <w:b/>
          <w:sz w:val="28"/>
          <w:szCs w:val="18"/>
        </w:rPr>
        <w:t>all the lessons</w:t>
      </w:r>
      <w:r w:rsidRPr="00171D24">
        <w:rPr>
          <w:bCs/>
          <w:sz w:val="28"/>
          <w:szCs w:val="18"/>
        </w:rPr>
        <w:t xml:space="preserve"> in this section and then start your assignment.</w:t>
      </w:r>
      <w:r w:rsidRPr="00171D24">
        <w:rPr>
          <w:bCs/>
          <w:sz w:val="28"/>
          <w:szCs w:val="18"/>
        </w:rPr>
        <w:br w:type="page"/>
      </w:r>
    </w:p>
    <w:p w14:paraId="5403EC4A" w14:textId="746E6872" w:rsidR="00033D6A" w:rsidRDefault="00000000">
      <w:pPr>
        <w:spacing w:after="120"/>
        <w:jc w:val="center"/>
      </w:pPr>
      <w:r>
        <w:rPr>
          <w:b/>
          <w:color w:val="1F4E79"/>
          <w:sz w:val="36"/>
        </w:rPr>
        <w:lastRenderedPageBreak/>
        <w:t>BTEC Level 2 Tech Award in Music Practice</w:t>
      </w:r>
    </w:p>
    <w:p w14:paraId="358CB0C5" w14:textId="77777777" w:rsidR="00033D6A" w:rsidRDefault="00000000">
      <w:pPr>
        <w:spacing w:after="120"/>
        <w:jc w:val="center"/>
      </w:pPr>
      <w:r>
        <w:rPr>
          <w:b/>
          <w:color w:val="1F4E79"/>
          <w:sz w:val="48"/>
        </w:rPr>
        <w:t>Summer Transition Work</w:t>
      </w:r>
    </w:p>
    <w:p w14:paraId="71663FE5" w14:textId="77777777" w:rsidR="00033D6A" w:rsidRDefault="00000000">
      <w:pPr>
        <w:spacing w:after="120"/>
        <w:jc w:val="center"/>
      </w:pPr>
      <w:r>
        <w:rPr>
          <w:b/>
          <w:color w:val="595959"/>
          <w:sz w:val="32"/>
        </w:rPr>
        <w:t>Soundtrap DAW Skills Development</w:t>
      </w:r>
    </w:p>
    <w:p w14:paraId="7AAE1538" w14:textId="77777777" w:rsidR="00033D6A" w:rsidRDefault="00033D6A">
      <w:pPr>
        <w:spacing w:after="120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23"/>
        <w:gridCol w:w="5323"/>
      </w:tblGrid>
      <w:tr w:rsidR="00033D6A" w14:paraId="52091EFC" w14:textId="77777777">
        <w:trPr>
          <w:jc w:val="center"/>
        </w:trPr>
        <w:tc>
          <w:tcPr>
            <w:tcW w:w="5328" w:type="dxa"/>
            <w:shd w:val="clear" w:color="auto" w:fill="D9EAF7"/>
            <w:vAlign w:val="center"/>
          </w:tcPr>
          <w:p w14:paraId="03710E3E" w14:textId="77777777" w:rsidR="00033D6A" w:rsidRDefault="00000000">
            <w:r>
              <w:rPr>
                <w:b/>
                <w:sz w:val="18"/>
              </w:rPr>
              <w:t>Name</w:t>
            </w:r>
          </w:p>
        </w:tc>
        <w:tc>
          <w:tcPr>
            <w:tcW w:w="5328" w:type="dxa"/>
            <w:vAlign w:val="center"/>
          </w:tcPr>
          <w:p w14:paraId="233C0E9B" w14:textId="77777777" w:rsidR="00033D6A" w:rsidRDefault="00000000">
            <w:r>
              <w:br/>
            </w:r>
          </w:p>
        </w:tc>
      </w:tr>
      <w:tr w:rsidR="00033D6A" w14:paraId="33301022" w14:textId="77777777">
        <w:trPr>
          <w:jc w:val="center"/>
        </w:trPr>
        <w:tc>
          <w:tcPr>
            <w:tcW w:w="5328" w:type="dxa"/>
            <w:shd w:val="clear" w:color="auto" w:fill="D9EAF7"/>
            <w:vAlign w:val="center"/>
          </w:tcPr>
          <w:p w14:paraId="42F678BF" w14:textId="77777777" w:rsidR="00033D6A" w:rsidRDefault="00000000">
            <w:r>
              <w:rPr>
                <w:b/>
                <w:sz w:val="18"/>
              </w:rPr>
              <w:t>Class</w:t>
            </w:r>
          </w:p>
        </w:tc>
        <w:tc>
          <w:tcPr>
            <w:tcW w:w="5328" w:type="dxa"/>
            <w:vAlign w:val="center"/>
          </w:tcPr>
          <w:p w14:paraId="04831101" w14:textId="77777777" w:rsidR="00033D6A" w:rsidRDefault="00000000">
            <w:r>
              <w:br/>
            </w:r>
          </w:p>
        </w:tc>
      </w:tr>
      <w:tr w:rsidR="00033D6A" w14:paraId="2BA12EF2" w14:textId="77777777">
        <w:trPr>
          <w:jc w:val="center"/>
        </w:trPr>
        <w:tc>
          <w:tcPr>
            <w:tcW w:w="5328" w:type="dxa"/>
            <w:shd w:val="clear" w:color="auto" w:fill="D9EAF7"/>
            <w:vAlign w:val="center"/>
          </w:tcPr>
          <w:p w14:paraId="55E7A7BD" w14:textId="77777777" w:rsidR="00033D6A" w:rsidRDefault="00000000">
            <w:r>
              <w:rPr>
                <w:b/>
                <w:sz w:val="18"/>
              </w:rPr>
              <w:t>Teacher</w:t>
            </w:r>
          </w:p>
        </w:tc>
        <w:tc>
          <w:tcPr>
            <w:tcW w:w="5328" w:type="dxa"/>
            <w:vAlign w:val="center"/>
          </w:tcPr>
          <w:p w14:paraId="331AF120" w14:textId="77777777" w:rsidR="00033D6A" w:rsidRDefault="00000000">
            <w:r>
              <w:br/>
            </w:r>
          </w:p>
        </w:tc>
      </w:tr>
      <w:tr w:rsidR="00033D6A" w14:paraId="30D27665" w14:textId="77777777">
        <w:trPr>
          <w:jc w:val="center"/>
        </w:trPr>
        <w:tc>
          <w:tcPr>
            <w:tcW w:w="5328" w:type="dxa"/>
            <w:shd w:val="clear" w:color="auto" w:fill="D9EAF7"/>
            <w:vAlign w:val="center"/>
          </w:tcPr>
          <w:p w14:paraId="6192B6FB" w14:textId="77777777" w:rsidR="00033D6A" w:rsidRDefault="00000000">
            <w:r>
              <w:rPr>
                <w:b/>
                <w:sz w:val="18"/>
              </w:rPr>
              <w:t>Deadline</w:t>
            </w:r>
          </w:p>
        </w:tc>
        <w:tc>
          <w:tcPr>
            <w:tcW w:w="5328" w:type="dxa"/>
            <w:vAlign w:val="center"/>
          </w:tcPr>
          <w:p w14:paraId="54829672" w14:textId="77777777" w:rsidR="00033D6A" w:rsidRDefault="00000000">
            <w:r>
              <w:rPr>
                <w:sz w:val="18"/>
              </w:rPr>
              <w:t>First Music lesson in September</w:t>
            </w:r>
          </w:p>
        </w:tc>
      </w:tr>
    </w:tbl>
    <w:p w14:paraId="1514D883" w14:textId="77777777" w:rsidR="00033D6A" w:rsidRDefault="00000000">
      <w:pPr>
        <w:spacing w:after="120"/>
      </w:pPr>
      <w:r>
        <w:rPr>
          <w:b/>
        </w:rPr>
        <w:t xml:space="preserve">Aim: </w:t>
      </w:r>
      <w:r>
        <w:t>Create a short original track in Soundtrap and show evidence that you can use basic music production skills independently.</w:t>
      </w:r>
    </w:p>
    <w:p w14:paraId="5BC2C892" w14:textId="77777777" w:rsidR="00033D6A" w:rsidRDefault="00000000">
      <w:pPr>
        <w:spacing w:after="120"/>
      </w:pPr>
      <w:r>
        <w:rPr>
          <w:b/>
        </w:rPr>
        <w:t xml:space="preserve">Final outcome: </w:t>
      </w:r>
      <w:r>
        <w:t>A 45 second to 1 minute 30 second Soundtrap project with drums, bassline, chords or harmony, melody or hook, effects, clear structure and reflection.</w:t>
      </w:r>
    </w:p>
    <w:p w14:paraId="5A955E9B" w14:textId="77777777" w:rsidR="00033D6A" w:rsidRDefault="00000000">
      <w:pPr>
        <w:pStyle w:val="Heading1"/>
        <w:spacing w:after="120"/>
      </w:pPr>
      <w:r>
        <w:rPr>
          <w:rFonts w:ascii="Arial" w:eastAsia="Arial" w:hAnsi="Arial"/>
        </w:rPr>
        <w:t>Why am I doing this?</w:t>
      </w:r>
    </w:p>
    <w:p w14:paraId="2F5B4AC8" w14:textId="77777777" w:rsidR="00033D6A" w:rsidRDefault="00000000">
      <w:pPr>
        <w:spacing w:after="120"/>
      </w:pPr>
      <w:r>
        <w:t>In September, you will begin the BTEC Level 2 Tech Award in Music Practice. This summer task will help you build confidence using Soundtrap, our chosen DAW. You will practise creating, arranging, editing and improving a short piece of music using loops, software instruments, audio effects and mixing tools.</w:t>
      </w:r>
    </w:p>
    <w:p w14:paraId="5C50B8C4" w14:textId="77777777" w:rsidR="00033D6A" w:rsidRDefault="00000000">
      <w:pPr>
        <w:spacing w:after="120"/>
      </w:pPr>
      <w:r>
        <w:t>By the end of this project, you should be able to:</w:t>
      </w:r>
    </w:p>
    <w:p w14:paraId="1FCD1670" w14:textId="77777777" w:rsidR="00033D6A" w:rsidRDefault="00000000">
      <w:pPr>
        <w:pStyle w:val="ListBullet"/>
        <w:spacing w:after="40"/>
      </w:pPr>
      <w:r>
        <w:t>☐ Create a new Soundtrap project.</w:t>
      </w:r>
    </w:p>
    <w:p w14:paraId="19E29B5C" w14:textId="77777777" w:rsidR="00033D6A" w:rsidRDefault="00000000">
      <w:pPr>
        <w:pStyle w:val="ListBullet"/>
        <w:spacing w:after="40"/>
      </w:pPr>
      <w:r>
        <w:t>☐ Use loops and software instruments.</w:t>
      </w:r>
    </w:p>
    <w:p w14:paraId="256ED5A4" w14:textId="77777777" w:rsidR="00033D6A" w:rsidRDefault="00000000">
      <w:pPr>
        <w:pStyle w:val="ListBullet"/>
        <w:spacing w:after="40"/>
      </w:pPr>
      <w:r>
        <w:t>☐ Build drum, bass, chord and melody parts.</w:t>
      </w:r>
    </w:p>
    <w:p w14:paraId="2806B76A" w14:textId="77777777" w:rsidR="00033D6A" w:rsidRDefault="00000000">
      <w:pPr>
        <w:pStyle w:val="ListBullet"/>
        <w:spacing w:after="40"/>
      </w:pPr>
      <w:r>
        <w:t>☐ Arrange a track using sections.</w:t>
      </w:r>
    </w:p>
    <w:p w14:paraId="24B7383F" w14:textId="77777777" w:rsidR="00033D6A" w:rsidRDefault="00000000">
      <w:pPr>
        <w:pStyle w:val="ListBullet"/>
        <w:spacing w:after="40"/>
      </w:pPr>
      <w:r>
        <w:t>☐ Apply basic editing and effects.</w:t>
      </w:r>
    </w:p>
    <w:p w14:paraId="23F5A174" w14:textId="77777777" w:rsidR="00033D6A" w:rsidRDefault="00000000">
      <w:pPr>
        <w:pStyle w:val="ListBullet"/>
        <w:spacing w:after="40"/>
      </w:pPr>
      <w:r>
        <w:t>☐ Mix your work so each part can be heard clearly.</w:t>
      </w:r>
    </w:p>
    <w:p w14:paraId="213FAD71" w14:textId="77777777" w:rsidR="00033D6A" w:rsidRDefault="00000000">
      <w:pPr>
        <w:pStyle w:val="ListBullet"/>
        <w:spacing w:after="40"/>
      </w:pPr>
      <w:r>
        <w:t>☐ Reflect on your progress using musical and technical vocabulary.</w:t>
      </w:r>
    </w:p>
    <w:p w14:paraId="22ED9AC6" w14:textId="77777777" w:rsidR="00033D6A" w:rsidRDefault="00000000">
      <w:pPr>
        <w:pStyle w:val="Heading1"/>
        <w:spacing w:after="120"/>
      </w:pPr>
      <w:r>
        <w:rPr>
          <w:rFonts w:ascii="Arial" w:eastAsia="Arial" w:hAnsi="Arial"/>
        </w:rPr>
        <w:t>The Final Task</w:t>
      </w:r>
    </w:p>
    <w:p w14:paraId="105765CA" w14:textId="77777777" w:rsidR="00033D6A" w:rsidRDefault="00000000">
      <w:pPr>
        <w:spacing w:after="120"/>
      </w:pPr>
      <w:r>
        <w:t>Create a short track in Soundtrap lasting 45 seconds to 1 minute 30 seconds.</w:t>
      </w:r>
    </w:p>
    <w:p w14:paraId="03E8B148" w14:textId="77777777" w:rsidR="00033D6A" w:rsidRDefault="00000000">
      <w:pPr>
        <w:spacing w:after="120"/>
      </w:pPr>
      <w:r>
        <w:t>Your track must include:</w:t>
      </w:r>
    </w:p>
    <w:p w14:paraId="10E5C1CB" w14:textId="77777777" w:rsidR="00033D6A" w:rsidRDefault="00000000">
      <w:pPr>
        <w:pStyle w:val="ListBullet"/>
        <w:spacing w:after="40"/>
      </w:pPr>
      <w:r>
        <w:t>☐ A drum or rhythm part</w:t>
      </w:r>
    </w:p>
    <w:p w14:paraId="594849C8" w14:textId="77777777" w:rsidR="00033D6A" w:rsidRDefault="00000000">
      <w:pPr>
        <w:pStyle w:val="ListBullet"/>
        <w:spacing w:after="40"/>
      </w:pPr>
      <w:r>
        <w:t>☐ A bassline</w:t>
      </w:r>
    </w:p>
    <w:p w14:paraId="454370F9" w14:textId="77777777" w:rsidR="00033D6A" w:rsidRDefault="00000000">
      <w:pPr>
        <w:pStyle w:val="ListBullet"/>
        <w:spacing w:after="40"/>
      </w:pPr>
      <w:r>
        <w:t>☐ Chords or harmony</w:t>
      </w:r>
    </w:p>
    <w:p w14:paraId="4751C8D6" w14:textId="77777777" w:rsidR="00033D6A" w:rsidRDefault="00000000">
      <w:pPr>
        <w:pStyle w:val="ListBullet"/>
        <w:spacing w:after="40"/>
      </w:pPr>
      <w:r>
        <w:t>☐ A melody or hook</w:t>
      </w:r>
    </w:p>
    <w:p w14:paraId="2792A56A" w14:textId="77777777" w:rsidR="00033D6A" w:rsidRDefault="00000000">
      <w:pPr>
        <w:pStyle w:val="ListBullet"/>
        <w:spacing w:after="40"/>
      </w:pPr>
      <w:r>
        <w:t>☐ At least one use of effects</w:t>
      </w:r>
    </w:p>
    <w:p w14:paraId="3FE0AE06" w14:textId="77777777" w:rsidR="00033D6A" w:rsidRDefault="00000000">
      <w:pPr>
        <w:pStyle w:val="ListBullet"/>
        <w:spacing w:after="40"/>
      </w:pPr>
      <w:r>
        <w:t>☐ At least three clear sections, for example intro, main section and ending</w:t>
      </w:r>
    </w:p>
    <w:p w14:paraId="2980DFD7" w14:textId="77777777" w:rsidR="00033D6A" w:rsidRDefault="00000000">
      <w:pPr>
        <w:pStyle w:val="ListBullet"/>
        <w:spacing w:after="40"/>
      </w:pPr>
      <w:r>
        <w:t>☐ A short written reflection explaining what you created and how you improved it</w:t>
      </w:r>
    </w:p>
    <w:p w14:paraId="501815C5" w14:textId="77777777" w:rsidR="00033D6A" w:rsidRDefault="00000000">
      <w:pPr>
        <w:spacing w:after="120"/>
      </w:pPr>
      <w:r>
        <w:br w:type="page"/>
      </w:r>
    </w:p>
    <w:p w14:paraId="4707F82A" w14:textId="77777777" w:rsidR="00033D6A" w:rsidRDefault="00000000">
      <w:pPr>
        <w:spacing w:after="120"/>
      </w:pPr>
      <w:r>
        <w:lastRenderedPageBreak/>
        <w:t>Choose one style: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23"/>
        <w:gridCol w:w="5323"/>
      </w:tblGrid>
      <w:tr w:rsidR="00033D6A" w14:paraId="44940754" w14:textId="77777777">
        <w:trPr>
          <w:jc w:val="center"/>
        </w:trPr>
        <w:tc>
          <w:tcPr>
            <w:tcW w:w="5328" w:type="dxa"/>
            <w:vAlign w:val="center"/>
          </w:tcPr>
          <w:p w14:paraId="17C835AF" w14:textId="77777777" w:rsidR="00033D6A" w:rsidRDefault="00000000">
            <w:r>
              <w:rPr>
                <w:sz w:val="18"/>
              </w:rPr>
              <w:t>☐ Pop</w:t>
            </w:r>
          </w:p>
        </w:tc>
        <w:tc>
          <w:tcPr>
            <w:tcW w:w="5328" w:type="dxa"/>
            <w:vAlign w:val="center"/>
          </w:tcPr>
          <w:p w14:paraId="76C0268E" w14:textId="77777777" w:rsidR="00033D6A" w:rsidRDefault="00000000">
            <w:r>
              <w:rPr>
                <w:sz w:val="18"/>
              </w:rPr>
              <w:t>☐ Hip-hop</w:t>
            </w:r>
          </w:p>
        </w:tc>
      </w:tr>
      <w:tr w:rsidR="00033D6A" w14:paraId="2B99D558" w14:textId="77777777">
        <w:trPr>
          <w:jc w:val="center"/>
        </w:trPr>
        <w:tc>
          <w:tcPr>
            <w:tcW w:w="5328" w:type="dxa"/>
            <w:vAlign w:val="center"/>
          </w:tcPr>
          <w:p w14:paraId="7DE9F129" w14:textId="77777777" w:rsidR="00033D6A" w:rsidRDefault="00000000">
            <w:r>
              <w:rPr>
                <w:sz w:val="18"/>
              </w:rPr>
              <w:t>☐ Drill</w:t>
            </w:r>
          </w:p>
        </w:tc>
        <w:tc>
          <w:tcPr>
            <w:tcW w:w="5328" w:type="dxa"/>
            <w:vAlign w:val="center"/>
          </w:tcPr>
          <w:p w14:paraId="12D5B552" w14:textId="77777777" w:rsidR="00033D6A" w:rsidRDefault="00000000">
            <w:r>
              <w:rPr>
                <w:sz w:val="18"/>
              </w:rPr>
              <w:t>☐ R&amp;B</w:t>
            </w:r>
          </w:p>
        </w:tc>
      </w:tr>
      <w:tr w:rsidR="00033D6A" w14:paraId="46AF9161" w14:textId="77777777">
        <w:trPr>
          <w:jc w:val="center"/>
        </w:trPr>
        <w:tc>
          <w:tcPr>
            <w:tcW w:w="5328" w:type="dxa"/>
            <w:vAlign w:val="center"/>
          </w:tcPr>
          <w:p w14:paraId="479A608B" w14:textId="77777777" w:rsidR="00033D6A" w:rsidRDefault="00000000">
            <w:r>
              <w:rPr>
                <w:sz w:val="18"/>
              </w:rPr>
              <w:t>☐ Afrobeats</w:t>
            </w:r>
          </w:p>
        </w:tc>
        <w:tc>
          <w:tcPr>
            <w:tcW w:w="5328" w:type="dxa"/>
            <w:vAlign w:val="center"/>
          </w:tcPr>
          <w:p w14:paraId="08768A98" w14:textId="77777777" w:rsidR="00033D6A" w:rsidRDefault="00000000">
            <w:r>
              <w:rPr>
                <w:sz w:val="18"/>
              </w:rPr>
              <w:t>☐ Reggae</w:t>
            </w:r>
          </w:p>
        </w:tc>
      </w:tr>
      <w:tr w:rsidR="00033D6A" w14:paraId="76B90C75" w14:textId="77777777">
        <w:trPr>
          <w:jc w:val="center"/>
        </w:trPr>
        <w:tc>
          <w:tcPr>
            <w:tcW w:w="5328" w:type="dxa"/>
            <w:vAlign w:val="center"/>
          </w:tcPr>
          <w:p w14:paraId="58691DDD" w14:textId="77777777" w:rsidR="00033D6A" w:rsidRDefault="00000000">
            <w:r>
              <w:rPr>
                <w:sz w:val="18"/>
              </w:rPr>
              <w:t>☐ House</w:t>
            </w:r>
          </w:p>
        </w:tc>
        <w:tc>
          <w:tcPr>
            <w:tcW w:w="5328" w:type="dxa"/>
            <w:vAlign w:val="center"/>
          </w:tcPr>
          <w:p w14:paraId="53AB8924" w14:textId="77777777" w:rsidR="00033D6A" w:rsidRDefault="00000000">
            <w:r>
              <w:rPr>
                <w:sz w:val="18"/>
              </w:rPr>
              <w:t>☐ Lo-fi</w:t>
            </w:r>
          </w:p>
        </w:tc>
      </w:tr>
      <w:tr w:rsidR="00033D6A" w14:paraId="69869E4E" w14:textId="77777777">
        <w:trPr>
          <w:jc w:val="center"/>
        </w:trPr>
        <w:tc>
          <w:tcPr>
            <w:tcW w:w="5328" w:type="dxa"/>
            <w:vAlign w:val="center"/>
          </w:tcPr>
          <w:p w14:paraId="341FD14D" w14:textId="77777777" w:rsidR="00033D6A" w:rsidRDefault="00000000">
            <w:r>
              <w:rPr>
                <w:sz w:val="18"/>
              </w:rPr>
              <w:t>☐ Film/game music</w:t>
            </w:r>
          </w:p>
        </w:tc>
        <w:tc>
          <w:tcPr>
            <w:tcW w:w="5328" w:type="dxa"/>
            <w:vAlign w:val="center"/>
          </w:tcPr>
          <w:p w14:paraId="43AD46EC" w14:textId="77777777" w:rsidR="00033D6A" w:rsidRDefault="00000000">
            <w:r>
              <w:rPr>
                <w:sz w:val="18"/>
              </w:rPr>
              <w:t>☐ Your own chosen style</w:t>
            </w:r>
          </w:p>
        </w:tc>
      </w:tr>
    </w:tbl>
    <w:p w14:paraId="6C73F69E" w14:textId="77777777" w:rsidR="00033D6A" w:rsidRDefault="00000000">
      <w:pPr>
        <w:pStyle w:val="Heading1"/>
        <w:spacing w:after="120"/>
      </w:pPr>
      <w:r>
        <w:rPr>
          <w:rFonts w:ascii="Arial" w:eastAsia="Arial" w:hAnsi="Arial"/>
        </w:rPr>
        <w:t>Week 1: Getting Started with Soundtrap</w:t>
      </w:r>
    </w:p>
    <w:p w14:paraId="37C8F4E6" w14:textId="77777777" w:rsidR="00033D6A" w:rsidRDefault="00000000">
      <w:pPr>
        <w:pStyle w:val="Heading3"/>
        <w:spacing w:after="120"/>
      </w:pPr>
      <w:r>
        <w:rPr>
          <w:rFonts w:ascii="Arial" w:eastAsia="Arial" w:hAnsi="Arial"/>
        </w:rPr>
        <w:t>Task 1: Create a new project</w:t>
      </w:r>
    </w:p>
    <w:p w14:paraId="3367EBCE" w14:textId="77777777" w:rsidR="00033D6A" w:rsidRDefault="00000000">
      <w:pPr>
        <w:pStyle w:val="ListBullet"/>
        <w:spacing w:after="40"/>
      </w:pPr>
      <w:r>
        <w:t>Log in to Soundtrap and create a new music project.</w:t>
      </w:r>
    </w:p>
    <w:p w14:paraId="34CE05EB" w14:textId="77777777" w:rsidR="00033D6A" w:rsidRDefault="00000000">
      <w:pPr>
        <w:pStyle w:val="ListBullet"/>
        <w:spacing w:after="40"/>
      </w:pPr>
      <w:r>
        <w:t>Explore tracks, loops, instruments, piano roll, mixer, effects and save/export options.</w:t>
      </w:r>
    </w:p>
    <w:p w14:paraId="5EC5D82B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Key vocabulary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23"/>
        <w:gridCol w:w="5323"/>
      </w:tblGrid>
      <w:tr w:rsidR="00033D6A" w14:paraId="0954DB7D" w14:textId="77777777">
        <w:trPr>
          <w:tblHeader/>
          <w:jc w:val="center"/>
        </w:trPr>
        <w:tc>
          <w:tcPr>
            <w:tcW w:w="5328" w:type="dxa"/>
            <w:shd w:val="clear" w:color="auto" w:fill="D9EAF7"/>
            <w:vAlign w:val="center"/>
          </w:tcPr>
          <w:p w14:paraId="6702D49E" w14:textId="77777777" w:rsidR="00033D6A" w:rsidRDefault="00000000">
            <w:r>
              <w:rPr>
                <w:b/>
                <w:sz w:val="18"/>
              </w:rPr>
              <w:t>Keyword</w:t>
            </w:r>
          </w:p>
        </w:tc>
        <w:tc>
          <w:tcPr>
            <w:tcW w:w="5328" w:type="dxa"/>
            <w:shd w:val="clear" w:color="auto" w:fill="D9EAF7"/>
            <w:vAlign w:val="center"/>
          </w:tcPr>
          <w:p w14:paraId="72A399EC" w14:textId="77777777" w:rsidR="00033D6A" w:rsidRDefault="00000000">
            <w:r>
              <w:rPr>
                <w:b/>
                <w:sz w:val="18"/>
              </w:rPr>
              <w:t>Meaning</w:t>
            </w:r>
          </w:p>
        </w:tc>
      </w:tr>
      <w:tr w:rsidR="00033D6A" w14:paraId="32B03E9B" w14:textId="77777777">
        <w:trPr>
          <w:jc w:val="center"/>
        </w:trPr>
        <w:tc>
          <w:tcPr>
            <w:tcW w:w="5328" w:type="dxa"/>
            <w:vAlign w:val="center"/>
          </w:tcPr>
          <w:p w14:paraId="1774FB7E" w14:textId="77777777" w:rsidR="00033D6A" w:rsidRDefault="00000000">
            <w:r>
              <w:rPr>
                <w:b/>
                <w:sz w:val="18"/>
              </w:rPr>
              <w:t>DAW</w:t>
            </w:r>
          </w:p>
        </w:tc>
        <w:tc>
          <w:tcPr>
            <w:tcW w:w="5328" w:type="dxa"/>
            <w:vAlign w:val="center"/>
          </w:tcPr>
          <w:p w14:paraId="7DE0C346" w14:textId="77777777" w:rsidR="00033D6A" w:rsidRDefault="00000000">
            <w:r>
              <w:rPr>
                <w:sz w:val="18"/>
              </w:rPr>
              <w:t>Digital Audio Workstation; software used to create and edit music</w:t>
            </w:r>
          </w:p>
        </w:tc>
      </w:tr>
      <w:tr w:rsidR="00033D6A" w14:paraId="13E5C10B" w14:textId="77777777">
        <w:trPr>
          <w:jc w:val="center"/>
        </w:trPr>
        <w:tc>
          <w:tcPr>
            <w:tcW w:w="5328" w:type="dxa"/>
            <w:vAlign w:val="center"/>
          </w:tcPr>
          <w:p w14:paraId="2E5E829F" w14:textId="77777777" w:rsidR="00033D6A" w:rsidRDefault="00000000">
            <w:r>
              <w:rPr>
                <w:b/>
                <w:sz w:val="18"/>
              </w:rPr>
              <w:t>Track</w:t>
            </w:r>
          </w:p>
        </w:tc>
        <w:tc>
          <w:tcPr>
            <w:tcW w:w="5328" w:type="dxa"/>
            <w:vAlign w:val="center"/>
          </w:tcPr>
          <w:p w14:paraId="7AC5DE15" w14:textId="77777777" w:rsidR="00033D6A" w:rsidRDefault="00000000">
            <w:r>
              <w:rPr>
                <w:sz w:val="18"/>
              </w:rPr>
              <w:t>A separate layer of sound in a project</w:t>
            </w:r>
          </w:p>
        </w:tc>
      </w:tr>
      <w:tr w:rsidR="00033D6A" w14:paraId="50D0EB9A" w14:textId="77777777">
        <w:trPr>
          <w:jc w:val="center"/>
        </w:trPr>
        <w:tc>
          <w:tcPr>
            <w:tcW w:w="5328" w:type="dxa"/>
            <w:vAlign w:val="center"/>
          </w:tcPr>
          <w:p w14:paraId="702B8EBF" w14:textId="77777777" w:rsidR="00033D6A" w:rsidRDefault="00000000">
            <w:r>
              <w:rPr>
                <w:b/>
                <w:sz w:val="18"/>
              </w:rPr>
              <w:t>Loop</w:t>
            </w:r>
          </w:p>
        </w:tc>
        <w:tc>
          <w:tcPr>
            <w:tcW w:w="5328" w:type="dxa"/>
            <w:vAlign w:val="center"/>
          </w:tcPr>
          <w:p w14:paraId="521027BA" w14:textId="77777777" w:rsidR="00033D6A" w:rsidRDefault="00000000">
            <w:r>
              <w:rPr>
                <w:sz w:val="18"/>
              </w:rPr>
              <w:t>A repeated piece of audio or MIDI</w:t>
            </w:r>
          </w:p>
        </w:tc>
      </w:tr>
      <w:tr w:rsidR="00033D6A" w14:paraId="07DCCD32" w14:textId="77777777">
        <w:trPr>
          <w:jc w:val="center"/>
        </w:trPr>
        <w:tc>
          <w:tcPr>
            <w:tcW w:w="5328" w:type="dxa"/>
            <w:vAlign w:val="center"/>
          </w:tcPr>
          <w:p w14:paraId="79EB5566" w14:textId="77777777" w:rsidR="00033D6A" w:rsidRDefault="00000000">
            <w:r>
              <w:rPr>
                <w:b/>
                <w:sz w:val="18"/>
              </w:rPr>
              <w:t>Timeline</w:t>
            </w:r>
          </w:p>
        </w:tc>
        <w:tc>
          <w:tcPr>
            <w:tcW w:w="5328" w:type="dxa"/>
            <w:vAlign w:val="center"/>
          </w:tcPr>
          <w:p w14:paraId="54381DD1" w14:textId="77777777" w:rsidR="00033D6A" w:rsidRDefault="00000000">
            <w:r>
              <w:rPr>
                <w:sz w:val="18"/>
              </w:rPr>
              <w:t>The area where musical parts are arranged</w:t>
            </w:r>
          </w:p>
        </w:tc>
      </w:tr>
      <w:tr w:rsidR="00033D6A" w14:paraId="4B700588" w14:textId="77777777">
        <w:trPr>
          <w:jc w:val="center"/>
        </w:trPr>
        <w:tc>
          <w:tcPr>
            <w:tcW w:w="5328" w:type="dxa"/>
            <w:vAlign w:val="center"/>
          </w:tcPr>
          <w:p w14:paraId="3CB8AAB7" w14:textId="77777777" w:rsidR="00033D6A" w:rsidRDefault="00000000">
            <w:r>
              <w:rPr>
                <w:b/>
                <w:sz w:val="18"/>
              </w:rPr>
              <w:t>Tempo</w:t>
            </w:r>
          </w:p>
        </w:tc>
        <w:tc>
          <w:tcPr>
            <w:tcW w:w="5328" w:type="dxa"/>
            <w:vAlign w:val="center"/>
          </w:tcPr>
          <w:p w14:paraId="137A0720" w14:textId="77777777" w:rsidR="00033D6A" w:rsidRDefault="00000000">
            <w:r>
              <w:rPr>
                <w:sz w:val="18"/>
              </w:rPr>
              <w:t>The speed of the music, measured in BPM</w:t>
            </w:r>
          </w:p>
        </w:tc>
      </w:tr>
    </w:tbl>
    <w:p w14:paraId="23910102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Reflection questions</w:t>
      </w:r>
    </w:p>
    <w:p w14:paraId="0CE071F6" w14:textId="77777777" w:rsidR="00033D6A" w:rsidRDefault="00000000">
      <w:pPr>
        <w:spacing w:after="20"/>
      </w:pPr>
      <w:r>
        <w:rPr>
          <w:b/>
        </w:rPr>
        <w:t>Write three things you learned about Soundtrap.</w:t>
      </w:r>
    </w:p>
    <w:p w14:paraId="1980A1BE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76C9B26A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32CE75C8" w14:textId="77777777" w:rsidR="00033D6A" w:rsidRDefault="00000000">
      <w:pPr>
        <w:spacing w:after="120"/>
      </w:pPr>
      <w:r>
        <w:br w:type="page"/>
      </w:r>
    </w:p>
    <w:p w14:paraId="5DCD8C01" w14:textId="77777777" w:rsidR="00171D24" w:rsidRDefault="00171D24">
      <w:pPr>
        <w:pStyle w:val="Heading1"/>
        <w:spacing w:after="120"/>
        <w:rPr>
          <w:rFonts w:ascii="Arial" w:eastAsia="Arial" w:hAnsi="Arial"/>
        </w:rPr>
      </w:pPr>
    </w:p>
    <w:p w14:paraId="35895B70" w14:textId="7C40D237" w:rsidR="00033D6A" w:rsidRDefault="00000000">
      <w:pPr>
        <w:pStyle w:val="Heading1"/>
        <w:spacing w:after="120"/>
      </w:pPr>
      <w:r>
        <w:rPr>
          <w:rFonts w:ascii="Arial" w:eastAsia="Arial" w:hAnsi="Arial"/>
        </w:rPr>
        <w:t>Week 2: Rhythm and Drum Programming</w:t>
      </w:r>
    </w:p>
    <w:p w14:paraId="7185B319" w14:textId="77777777" w:rsidR="00033D6A" w:rsidRDefault="00000000">
      <w:pPr>
        <w:pStyle w:val="Heading3"/>
        <w:spacing w:after="120"/>
      </w:pPr>
      <w:r>
        <w:rPr>
          <w:rFonts w:ascii="Arial" w:eastAsia="Arial" w:hAnsi="Arial"/>
        </w:rPr>
        <w:t>Task 2: Create a drum pattern</w:t>
      </w:r>
    </w:p>
    <w:p w14:paraId="3134B700" w14:textId="77777777" w:rsidR="00033D6A" w:rsidRDefault="00000000">
      <w:pPr>
        <w:pStyle w:val="ListBullet"/>
        <w:spacing w:after="40"/>
      </w:pPr>
      <w:r>
        <w:t>Create an 8-bar drum pattern using loops, Beatmaker or software drums.</w:t>
      </w:r>
    </w:p>
    <w:p w14:paraId="4E5D4AA6" w14:textId="77777777" w:rsidR="00033D6A" w:rsidRDefault="00000000">
      <w:pPr>
        <w:pStyle w:val="ListBullet"/>
        <w:spacing w:after="40"/>
      </w:pPr>
      <w:r>
        <w:t>Include kick drum, snare or clap, hi-hat and a repeated rhythmic pattern.</w:t>
      </w:r>
    </w:p>
    <w:p w14:paraId="6C059F5D" w14:textId="77777777" w:rsidR="00033D6A" w:rsidRDefault="00000000">
      <w:pPr>
        <w:pStyle w:val="ListBullet"/>
        <w:spacing w:after="40"/>
      </w:pPr>
      <w:r>
        <w:t>Create contrast by adding or removing parts every 4 bars.</w:t>
      </w:r>
    </w:p>
    <w:p w14:paraId="2EBFA38E" w14:textId="77777777" w:rsidR="00033D6A" w:rsidRDefault="00000000">
      <w:pPr>
        <w:spacing w:after="120"/>
      </w:pPr>
      <w:r>
        <w:rPr>
          <w:b/>
          <w:color w:val="1F4E79"/>
        </w:rPr>
        <w:t>Challenge: Create your own drum pattern using Beatmaker instead of only using a loop.</w:t>
      </w:r>
    </w:p>
    <w:p w14:paraId="08F2404D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Key vocabulary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23"/>
        <w:gridCol w:w="5323"/>
      </w:tblGrid>
      <w:tr w:rsidR="00033D6A" w14:paraId="2FD83C71" w14:textId="77777777">
        <w:trPr>
          <w:tblHeader/>
          <w:jc w:val="center"/>
        </w:trPr>
        <w:tc>
          <w:tcPr>
            <w:tcW w:w="5328" w:type="dxa"/>
            <w:shd w:val="clear" w:color="auto" w:fill="D9EAF7"/>
            <w:vAlign w:val="center"/>
          </w:tcPr>
          <w:p w14:paraId="509988E9" w14:textId="77777777" w:rsidR="00033D6A" w:rsidRDefault="00000000">
            <w:r>
              <w:rPr>
                <w:b/>
                <w:sz w:val="18"/>
              </w:rPr>
              <w:t>Keyword</w:t>
            </w:r>
          </w:p>
        </w:tc>
        <w:tc>
          <w:tcPr>
            <w:tcW w:w="5328" w:type="dxa"/>
            <w:shd w:val="clear" w:color="auto" w:fill="D9EAF7"/>
            <w:vAlign w:val="center"/>
          </w:tcPr>
          <w:p w14:paraId="2D2642AA" w14:textId="77777777" w:rsidR="00033D6A" w:rsidRDefault="00000000">
            <w:r>
              <w:rPr>
                <w:b/>
                <w:sz w:val="18"/>
              </w:rPr>
              <w:t>Meaning</w:t>
            </w:r>
          </w:p>
        </w:tc>
      </w:tr>
      <w:tr w:rsidR="00033D6A" w14:paraId="6FDD8927" w14:textId="77777777">
        <w:trPr>
          <w:jc w:val="center"/>
        </w:trPr>
        <w:tc>
          <w:tcPr>
            <w:tcW w:w="5328" w:type="dxa"/>
            <w:vAlign w:val="center"/>
          </w:tcPr>
          <w:p w14:paraId="159375DF" w14:textId="77777777" w:rsidR="00033D6A" w:rsidRDefault="00000000">
            <w:r>
              <w:rPr>
                <w:b/>
                <w:sz w:val="18"/>
              </w:rPr>
              <w:t>Beat</w:t>
            </w:r>
          </w:p>
        </w:tc>
        <w:tc>
          <w:tcPr>
            <w:tcW w:w="5328" w:type="dxa"/>
            <w:vAlign w:val="center"/>
          </w:tcPr>
          <w:p w14:paraId="551DB60A" w14:textId="77777777" w:rsidR="00033D6A" w:rsidRDefault="00000000">
            <w:r>
              <w:rPr>
                <w:sz w:val="18"/>
              </w:rPr>
              <w:t>The steady pulse in music</w:t>
            </w:r>
          </w:p>
        </w:tc>
      </w:tr>
      <w:tr w:rsidR="00033D6A" w14:paraId="39F1C88F" w14:textId="77777777">
        <w:trPr>
          <w:jc w:val="center"/>
        </w:trPr>
        <w:tc>
          <w:tcPr>
            <w:tcW w:w="5328" w:type="dxa"/>
            <w:vAlign w:val="center"/>
          </w:tcPr>
          <w:p w14:paraId="20E3901C" w14:textId="77777777" w:rsidR="00033D6A" w:rsidRDefault="00000000">
            <w:r>
              <w:rPr>
                <w:b/>
                <w:sz w:val="18"/>
              </w:rPr>
              <w:t>Rhythm</w:t>
            </w:r>
          </w:p>
        </w:tc>
        <w:tc>
          <w:tcPr>
            <w:tcW w:w="5328" w:type="dxa"/>
            <w:vAlign w:val="center"/>
          </w:tcPr>
          <w:p w14:paraId="551C4E39" w14:textId="77777777" w:rsidR="00033D6A" w:rsidRDefault="00000000">
            <w:r>
              <w:rPr>
                <w:sz w:val="18"/>
              </w:rPr>
              <w:t>The pattern of long and short sounds</w:t>
            </w:r>
          </w:p>
        </w:tc>
      </w:tr>
      <w:tr w:rsidR="00033D6A" w14:paraId="0BC5D641" w14:textId="77777777">
        <w:trPr>
          <w:jc w:val="center"/>
        </w:trPr>
        <w:tc>
          <w:tcPr>
            <w:tcW w:w="5328" w:type="dxa"/>
            <w:vAlign w:val="center"/>
          </w:tcPr>
          <w:p w14:paraId="0BA7E65A" w14:textId="77777777" w:rsidR="00033D6A" w:rsidRDefault="00000000">
            <w:r>
              <w:rPr>
                <w:b/>
                <w:sz w:val="18"/>
              </w:rPr>
              <w:t>Kick drum</w:t>
            </w:r>
          </w:p>
        </w:tc>
        <w:tc>
          <w:tcPr>
            <w:tcW w:w="5328" w:type="dxa"/>
            <w:vAlign w:val="center"/>
          </w:tcPr>
          <w:p w14:paraId="433CBA5A" w14:textId="77777777" w:rsidR="00033D6A" w:rsidRDefault="00000000">
            <w:r>
              <w:rPr>
                <w:sz w:val="18"/>
              </w:rPr>
              <w:t>A low drum sound often used on strong beats</w:t>
            </w:r>
          </w:p>
        </w:tc>
      </w:tr>
      <w:tr w:rsidR="00033D6A" w14:paraId="1EE45CCE" w14:textId="77777777">
        <w:trPr>
          <w:jc w:val="center"/>
        </w:trPr>
        <w:tc>
          <w:tcPr>
            <w:tcW w:w="5328" w:type="dxa"/>
            <w:vAlign w:val="center"/>
          </w:tcPr>
          <w:p w14:paraId="3FB940FF" w14:textId="77777777" w:rsidR="00033D6A" w:rsidRDefault="00000000">
            <w:r>
              <w:rPr>
                <w:b/>
                <w:sz w:val="18"/>
              </w:rPr>
              <w:t>Snare</w:t>
            </w:r>
          </w:p>
        </w:tc>
        <w:tc>
          <w:tcPr>
            <w:tcW w:w="5328" w:type="dxa"/>
            <w:vAlign w:val="center"/>
          </w:tcPr>
          <w:p w14:paraId="40FF581E" w14:textId="77777777" w:rsidR="00033D6A" w:rsidRDefault="00000000">
            <w:r>
              <w:rPr>
                <w:sz w:val="18"/>
              </w:rPr>
              <w:t>A sharp drum sound often used on beats 2 and 4</w:t>
            </w:r>
          </w:p>
        </w:tc>
      </w:tr>
      <w:tr w:rsidR="00033D6A" w14:paraId="4A7BE7F0" w14:textId="77777777">
        <w:trPr>
          <w:jc w:val="center"/>
        </w:trPr>
        <w:tc>
          <w:tcPr>
            <w:tcW w:w="5328" w:type="dxa"/>
            <w:vAlign w:val="center"/>
          </w:tcPr>
          <w:p w14:paraId="39C8FF83" w14:textId="77777777" w:rsidR="00033D6A" w:rsidRDefault="00000000">
            <w:r>
              <w:rPr>
                <w:b/>
                <w:sz w:val="18"/>
              </w:rPr>
              <w:t>Quantise</w:t>
            </w:r>
          </w:p>
        </w:tc>
        <w:tc>
          <w:tcPr>
            <w:tcW w:w="5328" w:type="dxa"/>
            <w:vAlign w:val="center"/>
          </w:tcPr>
          <w:p w14:paraId="6EFF12AA" w14:textId="77777777" w:rsidR="00033D6A" w:rsidRDefault="00000000">
            <w:r>
              <w:rPr>
                <w:sz w:val="18"/>
              </w:rPr>
              <w:t>A tool that helps notes line up accurately with the beat</w:t>
            </w:r>
          </w:p>
        </w:tc>
      </w:tr>
    </w:tbl>
    <w:p w14:paraId="0E7DB67C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Reflection questions</w:t>
      </w:r>
    </w:p>
    <w:p w14:paraId="07CE73CA" w14:textId="77777777" w:rsidR="00033D6A" w:rsidRDefault="00000000">
      <w:pPr>
        <w:spacing w:after="20"/>
      </w:pPr>
      <w:r>
        <w:rPr>
          <w:b/>
        </w:rPr>
        <w:t>What style is your drum pattern based on?</w:t>
      </w:r>
    </w:p>
    <w:p w14:paraId="163CBD77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333D30BC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4D83601B" w14:textId="77777777" w:rsidR="00033D6A" w:rsidRDefault="00000000">
      <w:pPr>
        <w:spacing w:after="20"/>
      </w:pPr>
      <w:r>
        <w:rPr>
          <w:b/>
        </w:rPr>
        <w:t>How did you make the rhythm sound interesting?</w:t>
      </w:r>
    </w:p>
    <w:p w14:paraId="440AD469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6E83897F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473EC6AC" w14:textId="77777777" w:rsidR="00033D6A" w:rsidRDefault="00000000">
      <w:pPr>
        <w:spacing w:after="20"/>
      </w:pPr>
      <w:r>
        <w:rPr>
          <w:b/>
        </w:rPr>
        <w:t>What did you change or improve?</w:t>
      </w:r>
    </w:p>
    <w:p w14:paraId="4E587FF0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3430F0A8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548D2809" w14:textId="77777777" w:rsidR="00033D6A" w:rsidRDefault="00000000">
      <w:pPr>
        <w:spacing w:after="120"/>
      </w:pPr>
      <w:r>
        <w:br w:type="page"/>
      </w:r>
    </w:p>
    <w:p w14:paraId="1EA00732" w14:textId="77777777" w:rsidR="00171D24" w:rsidRDefault="00171D24">
      <w:pPr>
        <w:pStyle w:val="Heading1"/>
        <w:spacing w:after="120"/>
        <w:rPr>
          <w:rFonts w:ascii="Arial" w:eastAsia="Arial" w:hAnsi="Arial"/>
        </w:rPr>
      </w:pPr>
    </w:p>
    <w:p w14:paraId="4645B44A" w14:textId="0C25BBBD" w:rsidR="00033D6A" w:rsidRDefault="00000000">
      <w:pPr>
        <w:pStyle w:val="Heading1"/>
        <w:spacing w:after="120"/>
      </w:pPr>
      <w:r>
        <w:rPr>
          <w:rFonts w:ascii="Arial" w:eastAsia="Arial" w:hAnsi="Arial"/>
        </w:rPr>
        <w:t>Week 3: Bassline Skills</w:t>
      </w:r>
    </w:p>
    <w:p w14:paraId="7B225E9C" w14:textId="77777777" w:rsidR="00033D6A" w:rsidRDefault="00000000">
      <w:pPr>
        <w:pStyle w:val="Heading3"/>
        <w:spacing w:after="120"/>
      </w:pPr>
      <w:r>
        <w:rPr>
          <w:rFonts w:ascii="Arial" w:eastAsia="Arial" w:hAnsi="Arial"/>
        </w:rPr>
        <w:t>Task 3: Add a bassline</w:t>
      </w:r>
    </w:p>
    <w:p w14:paraId="70947DCE" w14:textId="77777777" w:rsidR="00033D6A" w:rsidRDefault="00000000">
      <w:pPr>
        <w:pStyle w:val="ListBullet"/>
        <w:spacing w:after="40"/>
      </w:pPr>
      <w:r>
        <w:t>Add a bassline that fits with your drum pattern.</w:t>
      </w:r>
    </w:p>
    <w:p w14:paraId="0BAB40D9" w14:textId="77777777" w:rsidR="00033D6A" w:rsidRDefault="00000000">
      <w:pPr>
        <w:pStyle w:val="ListBullet"/>
        <w:spacing w:after="40"/>
      </w:pPr>
      <w:r>
        <w:t>Use a bass loop, a software bass instrument or MIDI notes in the piano roll.</w:t>
      </w:r>
    </w:p>
    <w:p w14:paraId="43E385CC" w14:textId="77777777" w:rsidR="00033D6A" w:rsidRDefault="00000000">
      <w:pPr>
        <w:pStyle w:val="ListBullet"/>
        <w:spacing w:after="40"/>
      </w:pPr>
      <w:r>
        <w:t>Make sure the bassline is in time, repeated clearly and uses low-pitched notes.</w:t>
      </w:r>
    </w:p>
    <w:p w14:paraId="0A90A919" w14:textId="77777777" w:rsidR="00033D6A" w:rsidRDefault="00000000">
      <w:pPr>
        <w:spacing w:after="120"/>
      </w:pPr>
      <w:r>
        <w:rPr>
          <w:b/>
          <w:color w:val="1F4E79"/>
        </w:rPr>
        <w:t>Challenge: Create a bassline using no more than four different notes.</w:t>
      </w:r>
    </w:p>
    <w:p w14:paraId="6AB3CA38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Key vocabulary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23"/>
        <w:gridCol w:w="5323"/>
      </w:tblGrid>
      <w:tr w:rsidR="00033D6A" w14:paraId="7FE5654C" w14:textId="77777777">
        <w:trPr>
          <w:tblHeader/>
          <w:jc w:val="center"/>
        </w:trPr>
        <w:tc>
          <w:tcPr>
            <w:tcW w:w="5328" w:type="dxa"/>
            <w:shd w:val="clear" w:color="auto" w:fill="D9EAF7"/>
            <w:vAlign w:val="center"/>
          </w:tcPr>
          <w:p w14:paraId="0E61B1A5" w14:textId="77777777" w:rsidR="00033D6A" w:rsidRDefault="00000000">
            <w:r>
              <w:rPr>
                <w:b/>
                <w:sz w:val="18"/>
              </w:rPr>
              <w:t>Keyword</w:t>
            </w:r>
          </w:p>
        </w:tc>
        <w:tc>
          <w:tcPr>
            <w:tcW w:w="5328" w:type="dxa"/>
            <w:shd w:val="clear" w:color="auto" w:fill="D9EAF7"/>
            <w:vAlign w:val="center"/>
          </w:tcPr>
          <w:p w14:paraId="54E8BE9D" w14:textId="77777777" w:rsidR="00033D6A" w:rsidRDefault="00000000">
            <w:r>
              <w:rPr>
                <w:b/>
                <w:sz w:val="18"/>
              </w:rPr>
              <w:t>Meaning</w:t>
            </w:r>
          </w:p>
        </w:tc>
      </w:tr>
      <w:tr w:rsidR="00033D6A" w14:paraId="13678997" w14:textId="77777777">
        <w:trPr>
          <w:jc w:val="center"/>
        </w:trPr>
        <w:tc>
          <w:tcPr>
            <w:tcW w:w="5328" w:type="dxa"/>
            <w:vAlign w:val="center"/>
          </w:tcPr>
          <w:p w14:paraId="1E6C13C4" w14:textId="77777777" w:rsidR="00033D6A" w:rsidRDefault="00000000">
            <w:r>
              <w:rPr>
                <w:b/>
                <w:sz w:val="18"/>
              </w:rPr>
              <w:t>Bassline</w:t>
            </w:r>
          </w:p>
        </w:tc>
        <w:tc>
          <w:tcPr>
            <w:tcW w:w="5328" w:type="dxa"/>
            <w:vAlign w:val="center"/>
          </w:tcPr>
          <w:p w14:paraId="333F031F" w14:textId="77777777" w:rsidR="00033D6A" w:rsidRDefault="00000000">
            <w:r>
              <w:rPr>
                <w:sz w:val="18"/>
              </w:rPr>
              <w:t>A low-pitched musical part that supports harmony and rhythm</w:t>
            </w:r>
          </w:p>
        </w:tc>
      </w:tr>
      <w:tr w:rsidR="00033D6A" w14:paraId="6D1D283E" w14:textId="77777777">
        <w:trPr>
          <w:jc w:val="center"/>
        </w:trPr>
        <w:tc>
          <w:tcPr>
            <w:tcW w:w="5328" w:type="dxa"/>
            <w:vAlign w:val="center"/>
          </w:tcPr>
          <w:p w14:paraId="06162AB8" w14:textId="77777777" w:rsidR="00033D6A" w:rsidRDefault="00000000">
            <w:r>
              <w:rPr>
                <w:b/>
                <w:sz w:val="18"/>
              </w:rPr>
              <w:t>MIDI</w:t>
            </w:r>
          </w:p>
        </w:tc>
        <w:tc>
          <w:tcPr>
            <w:tcW w:w="5328" w:type="dxa"/>
            <w:vAlign w:val="center"/>
          </w:tcPr>
          <w:p w14:paraId="1B71858D" w14:textId="77777777" w:rsidR="00033D6A" w:rsidRDefault="00000000">
            <w:r>
              <w:rPr>
                <w:sz w:val="18"/>
              </w:rPr>
              <w:t>Digital note information used by software instruments</w:t>
            </w:r>
          </w:p>
        </w:tc>
      </w:tr>
      <w:tr w:rsidR="00033D6A" w14:paraId="23DE76FE" w14:textId="77777777">
        <w:trPr>
          <w:jc w:val="center"/>
        </w:trPr>
        <w:tc>
          <w:tcPr>
            <w:tcW w:w="5328" w:type="dxa"/>
            <w:vAlign w:val="center"/>
          </w:tcPr>
          <w:p w14:paraId="129DD14E" w14:textId="77777777" w:rsidR="00033D6A" w:rsidRDefault="00000000">
            <w:r>
              <w:rPr>
                <w:b/>
                <w:sz w:val="18"/>
              </w:rPr>
              <w:t>Pitch</w:t>
            </w:r>
          </w:p>
        </w:tc>
        <w:tc>
          <w:tcPr>
            <w:tcW w:w="5328" w:type="dxa"/>
            <w:vAlign w:val="center"/>
          </w:tcPr>
          <w:p w14:paraId="4B735DB3" w14:textId="77777777" w:rsidR="00033D6A" w:rsidRDefault="00000000">
            <w:r>
              <w:rPr>
                <w:sz w:val="18"/>
              </w:rPr>
              <w:t>How high or low a sound is</w:t>
            </w:r>
          </w:p>
        </w:tc>
      </w:tr>
      <w:tr w:rsidR="00033D6A" w14:paraId="150DABFB" w14:textId="77777777">
        <w:trPr>
          <w:jc w:val="center"/>
        </w:trPr>
        <w:tc>
          <w:tcPr>
            <w:tcW w:w="5328" w:type="dxa"/>
            <w:vAlign w:val="center"/>
          </w:tcPr>
          <w:p w14:paraId="2887B562" w14:textId="77777777" w:rsidR="00033D6A" w:rsidRDefault="00000000">
            <w:r>
              <w:rPr>
                <w:b/>
                <w:sz w:val="18"/>
              </w:rPr>
              <w:t>Repetition</w:t>
            </w:r>
          </w:p>
        </w:tc>
        <w:tc>
          <w:tcPr>
            <w:tcW w:w="5328" w:type="dxa"/>
            <w:vAlign w:val="center"/>
          </w:tcPr>
          <w:p w14:paraId="79463289" w14:textId="77777777" w:rsidR="00033D6A" w:rsidRDefault="00000000">
            <w:r>
              <w:rPr>
                <w:sz w:val="18"/>
              </w:rPr>
              <w:t>Reusing a musical idea</w:t>
            </w:r>
          </w:p>
        </w:tc>
      </w:tr>
      <w:tr w:rsidR="00033D6A" w14:paraId="35249722" w14:textId="77777777">
        <w:trPr>
          <w:jc w:val="center"/>
        </w:trPr>
        <w:tc>
          <w:tcPr>
            <w:tcW w:w="5328" w:type="dxa"/>
            <w:vAlign w:val="center"/>
          </w:tcPr>
          <w:p w14:paraId="488B798D" w14:textId="77777777" w:rsidR="00033D6A" w:rsidRDefault="00000000">
            <w:r>
              <w:rPr>
                <w:b/>
                <w:sz w:val="18"/>
              </w:rPr>
              <w:t>Groove</w:t>
            </w:r>
          </w:p>
        </w:tc>
        <w:tc>
          <w:tcPr>
            <w:tcW w:w="5328" w:type="dxa"/>
            <w:vAlign w:val="center"/>
          </w:tcPr>
          <w:p w14:paraId="29C2E6FF" w14:textId="77777777" w:rsidR="00033D6A" w:rsidRDefault="00000000">
            <w:r>
              <w:rPr>
                <w:sz w:val="18"/>
              </w:rPr>
              <w:t>The rhythmic feel created by drums and bass together</w:t>
            </w:r>
          </w:p>
        </w:tc>
      </w:tr>
    </w:tbl>
    <w:p w14:paraId="57C6CCAA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Reflection questions</w:t>
      </w:r>
    </w:p>
    <w:p w14:paraId="00A68362" w14:textId="77777777" w:rsidR="00033D6A" w:rsidRDefault="00000000">
      <w:pPr>
        <w:spacing w:after="20"/>
      </w:pPr>
      <w:r>
        <w:rPr>
          <w:b/>
        </w:rPr>
        <w:t>How does the bassline work with the drums?</w:t>
      </w:r>
    </w:p>
    <w:p w14:paraId="0F0AF01D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31AA5424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6E6AB29E" w14:textId="77777777" w:rsidR="00033D6A" w:rsidRDefault="00000000">
      <w:pPr>
        <w:spacing w:after="20"/>
      </w:pPr>
      <w:r>
        <w:rPr>
          <w:b/>
        </w:rPr>
        <w:t>Did you use a loop or create your own bassline?</w:t>
      </w:r>
    </w:p>
    <w:p w14:paraId="0E534F2D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2D111F48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04E9CDE6" w14:textId="77777777" w:rsidR="00033D6A" w:rsidRDefault="00000000">
      <w:pPr>
        <w:spacing w:after="20"/>
      </w:pPr>
      <w:r>
        <w:rPr>
          <w:b/>
        </w:rPr>
        <w:t>What makes the bassline suitable for your chosen style?</w:t>
      </w:r>
    </w:p>
    <w:p w14:paraId="188CA1A3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66219CB7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328602A8" w14:textId="77777777" w:rsidR="00033D6A" w:rsidRDefault="00000000">
      <w:pPr>
        <w:spacing w:after="120"/>
      </w:pPr>
      <w:r>
        <w:br w:type="page"/>
      </w:r>
    </w:p>
    <w:p w14:paraId="37DD04F1" w14:textId="77777777" w:rsidR="00171D24" w:rsidRDefault="00171D24">
      <w:pPr>
        <w:pStyle w:val="Heading1"/>
        <w:spacing w:after="120"/>
        <w:rPr>
          <w:rFonts w:ascii="Arial" w:eastAsia="Arial" w:hAnsi="Arial"/>
        </w:rPr>
      </w:pPr>
    </w:p>
    <w:p w14:paraId="5A20A944" w14:textId="3180DE4D" w:rsidR="00033D6A" w:rsidRDefault="00000000">
      <w:pPr>
        <w:pStyle w:val="Heading1"/>
        <w:spacing w:after="120"/>
      </w:pPr>
      <w:r>
        <w:rPr>
          <w:rFonts w:ascii="Arial" w:eastAsia="Arial" w:hAnsi="Arial"/>
        </w:rPr>
        <w:t>Week 4: Chords and Harmony</w:t>
      </w:r>
    </w:p>
    <w:p w14:paraId="320A856C" w14:textId="77777777" w:rsidR="00033D6A" w:rsidRDefault="00000000">
      <w:pPr>
        <w:pStyle w:val="Heading3"/>
        <w:spacing w:after="120"/>
      </w:pPr>
      <w:r>
        <w:rPr>
          <w:rFonts w:ascii="Arial" w:eastAsia="Arial" w:hAnsi="Arial"/>
        </w:rPr>
        <w:t>Task 4: Add chords</w:t>
      </w:r>
    </w:p>
    <w:p w14:paraId="58AD5367" w14:textId="77777777" w:rsidR="00033D6A" w:rsidRDefault="00000000">
      <w:pPr>
        <w:pStyle w:val="ListBullet"/>
        <w:spacing w:after="40"/>
      </w:pPr>
      <w:r>
        <w:t>Add a chord part using piano, synth pad, guitar, strings or a chord loop.</w:t>
      </w:r>
    </w:p>
    <w:p w14:paraId="0C658816" w14:textId="77777777" w:rsidR="00033D6A" w:rsidRDefault="00000000">
      <w:pPr>
        <w:pStyle w:val="ListBullet"/>
        <w:spacing w:after="40"/>
      </w:pPr>
      <w:r>
        <w:t>Choose a mood such as happy, calm, dark, energetic, emotional or suspenseful.</w:t>
      </w:r>
    </w:p>
    <w:p w14:paraId="2E227C86" w14:textId="77777777" w:rsidR="00033D6A" w:rsidRDefault="00000000">
      <w:pPr>
        <w:pStyle w:val="ListBullet"/>
        <w:spacing w:after="40"/>
      </w:pPr>
      <w:r>
        <w:t>Make sure the chords support the mood of the track.</w:t>
      </w:r>
    </w:p>
    <w:p w14:paraId="7C0FF3EC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Simple chord progression ideas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23"/>
        <w:gridCol w:w="5323"/>
      </w:tblGrid>
      <w:tr w:rsidR="00033D6A" w14:paraId="539E3618" w14:textId="77777777">
        <w:trPr>
          <w:jc w:val="center"/>
        </w:trPr>
        <w:tc>
          <w:tcPr>
            <w:tcW w:w="5328" w:type="dxa"/>
            <w:shd w:val="clear" w:color="auto" w:fill="D9EAF7"/>
            <w:vAlign w:val="center"/>
          </w:tcPr>
          <w:p w14:paraId="0B0D9D5F" w14:textId="77777777" w:rsidR="00033D6A" w:rsidRDefault="00000000">
            <w:r>
              <w:rPr>
                <w:b/>
                <w:sz w:val="18"/>
              </w:rPr>
              <w:t>Mood</w:t>
            </w:r>
          </w:p>
        </w:tc>
        <w:tc>
          <w:tcPr>
            <w:tcW w:w="5328" w:type="dxa"/>
            <w:shd w:val="clear" w:color="auto" w:fill="D9EAF7"/>
            <w:vAlign w:val="center"/>
          </w:tcPr>
          <w:p w14:paraId="245B0A13" w14:textId="77777777" w:rsidR="00033D6A" w:rsidRDefault="00000000">
            <w:r>
              <w:rPr>
                <w:b/>
                <w:sz w:val="18"/>
              </w:rPr>
              <w:t>Chord idea</w:t>
            </w:r>
          </w:p>
        </w:tc>
      </w:tr>
      <w:tr w:rsidR="00033D6A" w14:paraId="26273062" w14:textId="77777777">
        <w:trPr>
          <w:jc w:val="center"/>
        </w:trPr>
        <w:tc>
          <w:tcPr>
            <w:tcW w:w="5328" w:type="dxa"/>
            <w:vAlign w:val="center"/>
          </w:tcPr>
          <w:p w14:paraId="778E2396" w14:textId="77777777" w:rsidR="00033D6A" w:rsidRDefault="00000000">
            <w:r>
              <w:rPr>
                <w:b/>
                <w:sz w:val="18"/>
              </w:rPr>
              <w:t>Happy</w:t>
            </w:r>
          </w:p>
        </w:tc>
        <w:tc>
          <w:tcPr>
            <w:tcW w:w="5328" w:type="dxa"/>
            <w:vAlign w:val="center"/>
          </w:tcPr>
          <w:p w14:paraId="22F82EC6" w14:textId="77777777" w:rsidR="00033D6A" w:rsidRDefault="00000000">
            <w:r>
              <w:rPr>
                <w:sz w:val="18"/>
              </w:rPr>
              <w:t>C - G - Am - F</w:t>
            </w:r>
          </w:p>
        </w:tc>
      </w:tr>
      <w:tr w:rsidR="00033D6A" w14:paraId="45B2AFA1" w14:textId="77777777">
        <w:trPr>
          <w:jc w:val="center"/>
        </w:trPr>
        <w:tc>
          <w:tcPr>
            <w:tcW w:w="5328" w:type="dxa"/>
            <w:vAlign w:val="center"/>
          </w:tcPr>
          <w:p w14:paraId="4877D9E5" w14:textId="77777777" w:rsidR="00033D6A" w:rsidRDefault="00000000">
            <w:r>
              <w:rPr>
                <w:b/>
                <w:sz w:val="18"/>
              </w:rPr>
              <w:t>Calm</w:t>
            </w:r>
          </w:p>
        </w:tc>
        <w:tc>
          <w:tcPr>
            <w:tcW w:w="5328" w:type="dxa"/>
            <w:vAlign w:val="center"/>
          </w:tcPr>
          <w:p w14:paraId="38EF0C2B" w14:textId="77777777" w:rsidR="00033D6A" w:rsidRDefault="00000000">
            <w:r>
              <w:rPr>
                <w:sz w:val="18"/>
              </w:rPr>
              <w:t>Am - F - C - G</w:t>
            </w:r>
          </w:p>
        </w:tc>
      </w:tr>
      <w:tr w:rsidR="00033D6A" w14:paraId="3B3ED728" w14:textId="77777777">
        <w:trPr>
          <w:jc w:val="center"/>
        </w:trPr>
        <w:tc>
          <w:tcPr>
            <w:tcW w:w="5328" w:type="dxa"/>
            <w:vAlign w:val="center"/>
          </w:tcPr>
          <w:p w14:paraId="73087D71" w14:textId="77777777" w:rsidR="00033D6A" w:rsidRDefault="00000000">
            <w:r>
              <w:rPr>
                <w:b/>
                <w:sz w:val="18"/>
              </w:rPr>
              <w:t>Dark</w:t>
            </w:r>
          </w:p>
        </w:tc>
        <w:tc>
          <w:tcPr>
            <w:tcW w:w="5328" w:type="dxa"/>
            <w:vAlign w:val="center"/>
          </w:tcPr>
          <w:p w14:paraId="27C13C9B" w14:textId="77777777" w:rsidR="00033D6A" w:rsidRDefault="00000000">
            <w:r>
              <w:rPr>
                <w:sz w:val="18"/>
              </w:rPr>
              <w:t>Am - G - F - E</w:t>
            </w:r>
          </w:p>
        </w:tc>
      </w:tr>
      <w:tr w:rsidR="00033D6A" w14:paraId="1911B417" w14:textId="77777777">
        <w:trPr>
          <w:jc w:val="center"/>
        </w:trPr>
        <w:tc>
          <w:tcPr>
            <w:tcW w:w="5328" w:type="dxa"/>
            <w:vAlign w:val="center"/>
          </w:tcPr>
          <w:p w14:paraId="74D0F2FE" w14:textId="77777777" w:rsidR="00033D6A" w:rsidRDefault="00000000">
            <w:r>
              <w:rPr>
                <w:b/>
                <w:sz w:val="18"/>
              </w:rPr>
              <w:t>Emotional</w:t>
            </w:r>
          </w:p>
        </w:tc>
        <w:tc>
          <w:tcPr>
            <w:tcW w:w="5328" w:type="dxa"/>
            <w:vAlign w:val="center"/>
          </w:tcPr>
          <w:p w14:paraId="0F06F5D5" w14:textId="77777777" w:rsidR="00033D6A" w:rsidRDefault="00000000">
            <w:r>
              <w:rPr>
                <w:sz w:val="18"/>
              </w:rPr>
              <w:t>C - Am - F - G</w:t>
            </w:r>
          </w:p>
        </w:tc>
      </w:tr>
    </w:tbl>
    <w:p w14:paraId="57368350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Key vocabulary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23"/>
        <w:gridCol w:w="5323"/>
      </w:tblGrid>
      <w:tr w:rsidR="00033D6A" w14:paraId="1D8C131F" w14:textId="77777777">
        <w:trPr>
          <w:tblHeader/>
          <w:jc w:val="center"/>
        </w:trPr>
        <w:tc>
          <w:tcPr>
            <w:tcW w:w="5328" w:type="dxa"/>
            <w:shd w:val="clear" w:color="auto" w:fill="D9EAF7"/>
            <w:vAlign w:val="center"/>
          </w:tcPr>
          <w:p w14:paraId="61586D4D" w14:textId="77777777" w:rsidR="00033D6A" w:rsidRDefault="00000000">
            <w:r>
              <w:rPr>
                <w:b/>
                <w:sz w:val="18"/>
              </w:rPr>
              <w:t>Keyword</w:t>
            </w:r>
          </w:p>
        </w:tc>
        <w:tc>
          <w:tcPr>
            <w:tcW w:w="5328" w:type="dxa"/>
            <w:shd w:val="clear" w:color="auto" w:fill="D9EAF7"/>
            <w:vAlign w:val="center"/>
          </w:tcPr>
          <w:p w14:paraId="186609A1" w14:textId="77777777" w:rsidR="00033D6A" w:rsidRDefault="00000000">
            <w:r>
              <w:rPr>
                <w:b/>
                <w:sz w:val="18"/>
              </w:rPr>
              <w:t>Meaning</w:t>
            </w:r>
          </w:p>
        </w:tc>
      </w:tr>
      <w:tr w:rsidR="00033D6A" w14:paraId="03BF409D" w14:textId="77777777">
        <w:trPr>
          <w:jc w:val="center"/>
        </w:trPr>
        <w:tc>
          <w:tcPr>
            <w:tcW w:w="5328" w:type="dxa"/>
            <w:vAlign w:val="center"/>
          </w:tcPr>
          <w:p w14:paraId="21C6577E" w14:textId="77777777" w:rsidR="00033D6A" w:rsidRDefault="00000000">
            <w:r>
              <w:rPr>
                <w:b/>
                <w:sz w:val="18"/>
              </w:rPr>
              <w:t>Chord</w:t>
            </w:r>
          </w:p>
        </w:tc>
        <w:tc>
          <w:tcPr>
            <w:tcW w:w="5328" w:type="dxa"/>
            <w:vAlign w:val="center"/>
          </w:tcPr>
          <w:p w14:paraId="51173E56" w14:textId="77777777" w:rsidR="00033D6A" w:rsidRDefault="00000000">
            <w:r>
              <w:rPr>
                <w:sz w:val="18"/>
              </w:rPr>
              <w:t>Two or more notes played together</w:t>
            </w:r>
          </w:p>
        </w:tc>
      </w:tr>
      <w:tr w:rsidR="00033D6A" w14:paraId="2ECA9C52" w14:textId="77777777">
        <w:trPr>
          <w:jc w:val="center"/>
        </w:trPr>
        <w:tc>
          <w:tcPr>
            <w:tcW w:w="5328" w:type="dxa"/>
            <w:vAlign w:val="center"/>
          </w:tcPr>
          <w:p w14:paraId="5B1E7291" w14:textId="77777777" w:rsidR="00033D6A" w:rsidRDefault="00000000">
            <w:r>
              <w:rPr>
                <w:b/>
                <w:sz w:val="18"/>
              </w:rPr>
              <w:t>Harmony</w:t>
            </w:r>
          </w:p>
        </w:tc>
        <w:tc>
          <w:tcPr>
            <w:tcW w:w="5328" w:type="dxa"/>
            <w:vAlign w:val="center"/>
          </w:tcPr>
          <w:p w14:paraId="3A1E12F9" w14:textId="77777777" w:rsidR="00033D6A" w:rsidRDefault="00000000">
            <w:r>
              <w:rPr>
                <w:sz w:val="18"/>
              </w:rPr>
              <w:t>How chords support the melody</w:t>
            </w:r>
          </w:p>
        </w:tc>
      </w:tr>
      <w:tr w:rsidR="00033D6A" w14:paraId="283DE033" w14:textId="77777777">
        <w:trPr>
          <w:jc w:val="center"/>
        </w:trPr>
        <w:tc>
          <w:tcPr>
            <w:tcW w:w="5328" w:type="dxa"/>
            <w:vAlign w:val="center"/>
          </w:tcPr>
          <w:p w14:paraId="2DDBC2AB" w14:textId="77777777" w:rsidR="00033D6A" w:rsidRDefault="00000000">
            <w:r>
              <w:rPr>
                <w:b/>
                <w:sz w:val="18"/>
              </w:rPr>
              <w:t>Chord progression</w:t>
            </w:r>
          </w:p>
        </w:tc>
        <w:tc>
          <w:tcPr>
            <w:tcW w:w="5328" w:type="dxa"/>
            <w:vAlign w:val="center"/>
          </w:tcPr>
          <w:p w14:paraId="62C7DB88" w14:textId="77777777" w:rsidR="00033D6A" w:rsidRDefault="00000000">
            <w:r>
              <w:rPr>
                <w:sz w:val="18"/>
              </w:rPr>
              <w:t>A repeated sequence of chords</w:t>
            </w:r>
          </w:p>
        </w:tc>
      </w:tr>
      <w:tr w:rsidR="00033D6A" w14:paraId="51A8323E" w14:textId="77777777">
        <w:trPr>
          <w:jc w:val="center"/>
        </w:trPr>
        <w:tc>
          <w:tcPr>
            <w:tcW w:w="5328" w:type="dxa"/>
            <w:vAlign w:val="center"/>
          </w:tcPr>
          <w:p w14:paraId="68CEDEAA" w14:textId="77777777" w:rsidR="00033D6A" w:rsidRDefault="00000000">
            <w:r>
              <w:rPr>
                <w:b/>
                <w:sz w:val="18"/>
              </w:rPr>
              <w:t>Texture</w:t>
            </w:r>
          </w:p>
        </w:tc>
        <w:tc>
          <w:tcPr>
            <w:tcW w:w="5328" w:type="dxa"/>
            <w:vAlign w:val="center"/>
          </w:tcPr>
          <w:p w14:paraId="63410D4D" w14:textId="77777777" w:rsidR="00033D6A" w:rsidRDefault="00000000">
            <w:r>
              <w:rPr>
                <w:sz w:val="18"/>
              </w:rPr>
              <w:t>How many layers of sound are used</w:t>
            </w:r>
          </w:p>
        </w:tc>
      </w:tr>
      <w:tr w:rsidR="00033D6A" w14:paraId="73A9E5A7" w14:textId="77777777">
        <w:trPr>
          <w:jc w:val="center"/>
        </w:trPr>
        <w:tc>
          <w:tcPr>
            <w:tcW w:w="5328" w:type="dxa"/>
            <w:vAlign w:val="center"/>
          </w:tcPr>
          <w:p w14:paraId="3C9C443F" w14:textId="77777777" w:rsidR="00033D6A" w:rsidRDefault="00000000">
            <w:r>
              <w:rPr>
                <w:b/>
                <w:sz w:val="18"/>
              </w:rPr>
              <w:t>Atmosphere</w:t>
            </w:r>
          </w:p>
        </w:tc>
        <w:tc>
          <w:tcPr>
            <w:tcW w:w="5328" w:type="dxa"/>
            <w:vAlign w:val="center"/>
          </w:tcPr>
          <w:p w14:paraId="51F308EA" w14:textId="77777777" w:rsidR="00033D6A" w:rsidRDefault="00000000">
            <w:r>
              <w:rPr>
                <w:sz w:val="18"/>
              </w:rPr>
              <w:t>The mood or feeling of the music</w:t>
            </w:r>
          </w:p>
        </w:tc>
      </w:tr>
    </w:tbl>
    <w:p w14:paraId="57DC200B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Reflection questions</w:t>
      </w:r>
    </w:p>
    <w:p w14:paraId="32C620E3" w14:textId="77777777" w:rsidR="00033D6A" w:rsidRDefault="00000000">
      <w:pPr>
        <w:spacing w:after="20"/>
      </w:pPr>
      <w:r>
        <w:rPr>
          <w:b/>
        </w:rPr>
        <w:t>What mood were you trying to create?</w:t>
      </w:r>
    </w:p>
    <w:p w14:paraId="75E8649A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6F68545D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10796DB2" w14:textId="77777777" w:rsidR="00033D6A" w:rsidRDefault="00000000">
      <w:pPr>
        <w:spacing w:after="20"/>
      </w:pPr>
      <w:r>
        <w:rPr>
          <w:b/>
        </w:rPr>
        <w:t>Which instrument or sound did you choose for your chords?</w:t>
      </w:r>
    </w:p>
    <w:p w14:paraId="1D720D86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3B7D8893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59ED4066" w14:textId="77777777" w:rsidR="00033D6A" w:rsidRDefault="00000000">
      <w:pPr>
        <w:spacing w:after="20"/>
      </w:pPr>
      <w:r>
        <w:rPr>
          <w:b/>
        </w:rPr>
        <w:t>How do the chords change the atmosphere of the track?</w:t>
      </w:r>
    </w:p>
    <w:p w14:paraId="7DCC7074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27030575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39F521F6" w14:textId="77777777" w:rsidR="00033D6A" w:rsidRDefault="00000000">
      <w:pPr>
        <w:spacing w:after="120"/>
      </w:pPr>
      <w:r>
        <w:br w:type="page"/>
      </w:r>
    </w:p>
    <w:p w14:paraId="44EEEE4B" w14:textId="77777777" w:rsidR="00171D24" w:rsidRDefault="00171D24">
      <w:pPr>
        <w:pStyle w:val="Heading1"/>
        <w:spacing w:after="120"/>
        <w:rPr>
          <w:rFonts w:ascii="Arial" w:eastAsia="Arial" w:hAnsi="Arial"/>
        </w:rPr>
      </w:pPr>
    </w:p>
    <w:p w14:paraId="0C24A6A6" w14:textId="35136AA4" w:rsidR="00033D6A" w:rsidRDefault="00000000">
      <w:pPr>
        <w:pStyle w:val="Heading1"/>
        <w:spacing w:after="120"/>
      </w:pPr>
      <w:r>
        <w:rPr>
          <w:rFonts w:ascii="Arial" w:eastAsia="Arial" w:hAnsi="Arial"/>
        </w:rPr>
        <w:t>Week 5: Melody, Hook or Riff</w:t>
      </w:r>
    </w:p>
    <w:p w14:paraId="7519DE55" w14:textId="77777777" w:rsidR="00033D6A" w:rsidRDefault="00000000">
      <w:pPr>
        <w:pStyle w:val="Heading3"/>
        <w:spacing w:after="120"/>
      </w:pPr>
      <w:r>
        <w:rPr>
          <w:rFonts w:ascii="Arial" w:eastAsia="Arial" w:hAnsi="Arial"/>
        </w:rPr>
        <w:t>Task 5: Create a melody or hook</w:t>
      </w:r>
    </w:p>
    <w:p w14:paraId="7C734D46" w14:textId="77777777" w:rsidR="00033D6A" w:rsidRDefault="00000000">
      <w:pPr>
        <w:pStyle w:val="ListBullet"/>
        <w:spacing w:after="40"/>
      </w:pPr>
      <w:r>
        <w:t>Add a short melody, hook or riff to your track.</w:t>
      </w:r>
    </w:p>
    <w:p w14:paraId="6E6873EF" w14:textId="77777777" w:rsidR="00033D6A" w:rsidRDefault="00000000">
      <w:pPr>
        <w:pStyle w:val="ListBullet"/>
        <w:spacing w:after="40"/>
      </w:pPr>
      <w:r>
        <w:t>Make it memorable, repeat it at least once and ensure it stands out from the other layers.</w:t>
      </w:r>
    </w:p>
    <w:p w14:paraId="38347B41" w14:textId="77777777" w:rsidR="00033D6A" w:rsidRDefault="00000000">
      <w:pPr>
        <w:pStyle w:val="ListBullet"/>
        <w:spacing w:after="40"/>
      </w:pPr>
      <w:r>
        <w:t>Use synth, piano, guitar, vocal chop, bells, strings or another Soundtrap software instrument.</w:t>
      </w:r>
    </w:p>
    <w:p w14:paraId="506947F3" w14:textId="77777777" w:rsidR="00033D6A" w:rsidRDefault="00000000">
      <w:pPr>
        <w:spacing w:after="120"/>
      </w:pPr>
      <w:r>
        <w:rPr>
          <w:b/>
          <w:color w:val="1F4E79"/>
        </w:rPr>
        <w:t>Challenge: Create a simple version and a developed version of your melody.</w:t>
      </w:r>
    </w:p>
    <w:p w14:paraId="71FA1F39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Key vocabulary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23"/>
        <w:gridCol w:w="5323"/>
      </w:tblGrid>
      <w:tr w:rsidR="00033D6A" w14:paraId="0EB332A8" w14:textId="77777777">
        <w:trPr>
          <w:tblHeader/>
          <w:jc w:val="center"/>
        </w:trPr>
        <w:tc>
          <w:tcPr>
            <w:tcW w:w="5328" w:type="dxa"/>
            <w:shd w:val="clear" w:color="auto" w:fill="D9EAF7"/>
            <w:vAlign w:val="center"/>
          </w:tcPr>
          <w:p w14:paraId="238CC7C4" w14:textId="77777777" w:rsidR="00033D6A" w:rsidRDefault="00000000">
            <w:r>
              <w:rPr>
                <w:b/>
                <w:sz w:val="18"/>
              </w:rPr>
              <w:t>Keyword</w:t>
            </w:r>
          </w:p>
        </w:tc>
        <w:tc>
          <w:tcPr>
            <w:tcW w:w="5328" w:type="dxa"/>
            <w:shd w:val="clear" w:color="auto" w:fill="D9EAF7"/>
            <w:vAlign w:val="center"/>
          </w:tcPr>
          <w:p w14:paraId="6AD87FFE" w14:textId="77777777" w:rsidR="00033D6A" w:rsidRDefault="00000000">
            <w:r>
              <w:rPr>
                <w:b/>
                <w:sz w:val="18"/>
              </w:rPr>
              <w:t>Meaning</w:t>
            </w:r>
          </w:p>
        </w:tc>
      </w:tr>
      <w:tr w:rsidR="00033D6A" w14:paraId="212B1AC1" w14:textId="77777777">
        <w:trPr>
          <w:jc w:val="center"/>
        </w:trPr>
        <w:tc>
          <w:tcPr>
            <w:tcW w:w="5328" w:type="dxa"/>
            <w:vAlign w:val="center"/>
          </w:tcPr>
          <w:p w14:paraId="0BAB026B" w14:textId="77777777" w:rsidR="00033D6A" w:rsidRDefault="00000000">
            <w:r>
              <w:rPr>
                <w:b/>
                <w:sz w:val="18"/>
              </w:rPr>
              <w:t>Melody</w:t>
            </w:r>
          </w:p>
        </w:tc>
        <w:tc>
          <w:tcPr>
            <w:tcW w:w="5328" w:type="dxa"/>
            <w:vAlign w:val="center"/>
          </w:tcPr>
          <w:p w14:paraId="3A887CDE" w14:textId="77777777" w:rsidR="00033D6A" w:rsidRDefault="00000000">
            <w:r>
              <w:rPr>
                <w:sz w:val="18"/>
              </w:rPr>
              <w:t>The main tune</w:t>
            </w:r>
          </w:p>
        </w:tc>
      </w:tr>
      <w:tr w:rsidR="00033D6A" w14:paraId="61A3ED75" w14:textId="77777777">
        <w:trPr>
          <w:jc w:val="center"/>
        </w:trPr>
        <w:tc>
          <w:tcPr>
            <w:tcW w:w="5328" w:type="dxa"/>
            <w:vAlign w:val="center"/>
          </w:tcPr>
          <w:p w14:paraId="0DAE2A3E" w14:textId="77777777" w:rsidR="00033D6A" w:rsidRDefault="00000000">
            <w:r>
              <w:rPr>
                <w:b/>
                <w:sz w:val="18"/>
              </w:rPr>
              <w:t>Hook</w:t>
            </w:r>
          </w:p>
        </w:tc>
        <w:tc>
          <w:tcPr>
            <w:tcW w:w="5328" w:type="dxa"/>
            <w:vAlign w:val="center"/>
          </w:tcPr>
          <w:p w14:paraId="6D9754FA" w14:textId="77777777" w:rsidR="00033D6A" w:rsidRDefault="00000000">
            <w:r>
              <w:rPr>
                <w:sz w:val="18"/>
              </w:rPr>
              <w:t>A catchy musical idea</w:t>
            </w:r>
          </w:p>
        </w:tc>
      </w:tr>
      <w:tr w:rsidR="00033D6A" w14:paraId="1007F1CD" w14:textId="77777777">
        <w:trPr>
          <w:jc w:val="center"/>
        </w:trPr>
        <w:tc>
          <w:tcPr>
            <w:tcW w:w="5328" w:type="dxa"/>
            <w:vAlign w:val="center"/>
          </w:tcPr>
          <w:p w14:paraId="68D99E68" w14:textId="77777777" w:rsidR="00033D6A" w:rsidRDefault="00000000">
            <w:r>
              <w:rPr>
                <w:b/>
                <w:sz w:val="18"/>
              </w:rPr>
              <w:t>Riff</w:t>
            </w:r>
          </w:p>
        </w:tc>
        <w:tc>
          <w:tcPr>
            <w:tcW w:w="5328" w:type="dxa"/>
            <w:vAlign w:val="center"/>
          </w:tcPr>
          <w:p w14:paraId="7F9EF41D" w14:textId="77777777" w:rsidR="00033D6A" w:rsidRDefault="00000000">
            <w:r>
              <w:rPr>
                <w:sz w:val="18"/>
              </w:rPr>
              <w:t>A repeated short musical pattern</w:t>
            </w:r>
          </w:p>
        </w:tc>
      </w:tr>
      <w:tr w:rsidR="00033D6A" w14:paraId="1C507F95" w14:textId="77777777">
        <w:trPr>
          <w:jc w:val="center"/>
        </w:trPr>
        <w:tc>
          <w:tcPr>
            <w:tcW w:w="5328" w:type="dxa"/>
            <w:vAlign w:val="center"/>
          </w:tcPr>
          <w:p w14:paraId="1BD4034B" w14:textId="77777777" w:rsidR="00033D6A" w:rsidRDefault="00000000">
            <w:r>
              <w:rPr>
                <w:b/>
                <w:sz w:val="18"/>
              </w:rPr>
              <w:t>Motif</w:t>
            </w:r>
          </w:p>
        </w:tc>
        <w:tc>
          <w:tcPr>
            <w:tcW w:w="5328" w:type="dxa"/>
            <w:vAlign w:val="center"/>
          </w:tcPr>
          <w:p w14:paraId="2F8F021B" w14:textId="77777777" w:rsidR="00033D6A" w:rsidRDefault="00000000">
            <w:r>
              <w:rPr>
                <w:sz w:val="18"/>
              </w:rPr>
              <w:t>A short musical idea that can be developed</w:t>
            </w:r>
          </w:p>
        </w:tc>
      </w:tr>
      <w:tr w:rsidR="00033D6A" w14:paraId="3AB5F30F" w14:textId="77777777">
        <w:trPr>
          <w:jc w:val="center"/>
        </w:trPr>
        <w:tc>
          <w:tcPr>
            <w:tcW w:w="5328" w:type="dxa"/>
            <w:vAlign w:val="center"/>
          </w:tcPr>
          <w:p w14:paraId="573B2C54" w14:textId="77777777" w:rsidR="00033D6A" w:rsidRDefault="00000000">
            <w:r>
              <w:rPr>
                <w:b/>
                <w:sz w:val="18"/>
              </w:rPr>
              <w:t>Contrast</w:t>
            </w:r>
          </w:p>
        </w:tc>
        <w:tc>
          <w:tcPr>
            <w:tcW w:w="5328" w:type="dxa"/>
            <w:vAlign w:val="center"/>
          </w:tcPr>
          <w:p w14:paraId="14206B02" w14:textId="77777777" w:rsidR="00033D6A" w:rsidRDefault="00000000">
            <w:r>
              <w:rPr>
                <w:sz w:val="18"/>
              </w:rPr>
              <w:t>A clear difference between sections or ideas</w:t>
            </w:r>
          </w:p>
        </w:tc>
      </w:tr>
    </w:tbl>
    <w:p w14:paraId="713A5D4A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Reflection questions</w:t>
      </w:r>
    </w:p>
    <w:p w14:paraId="6719CDBA" w14:textId="77777777" w:rsidR="00033D6A" w:rsidRDefault="00000000">
      <w:pPr>
        <w:spacing w:after="20"/>
      </w:pPr>
      <w:r>
        <w:rPr>
          <w:b/>
        </w:rPr>
        <w:t>What instrument or sound did you use for your melody?</w:t>
      </w:r>
    </w:p>
    <w:p w14:paraId="63F63D7F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78A224AC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7F65DE21" w14:textId="77777777" w:rsidR="00033D6A" w:rsidRDefault="00000000">
      <w:pPr>
        <w:spacing w:after="20"/>
      </w:pPr>
      <w:r>
        <w:rPr>
          <w:b/>
        </w:rPr>
        <w:t>How did you make the melody memorable?</w:t>
      </w:r>
    </w:p>
    <w:p w14:paraId="02079DBD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793B17F9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6B13B420" w14:textId="77777777" w:rsidR="00033D6A" w:rsidRDefault="00000000">
      <w:pPr>
        <w:spacing w:after="20"/>
      </w:pPr>
      <w:r>
        <w:rPr>
          <w:b/>
        </w:rPr>
        <w:t>Did you repeat or change the melody?</w:t>
      </w:r>
    </w:p>
    <w:p w14:paraId="6DF22C87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7EA32F73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55604B15" w14:textId="77777777" w:rsidR="00033D6A" w:rsidRDefault="00000000">
      <w:pPr>
        <w:spacing w:after="120"/>
      </w:pPr>
      <w:r>
        <w:br w:type="page"/>
      </w:r>
    </w:p>
    <w:p w14:paraId="1DE55287" w14:textId="77777777" w:rsidR="00171D24" w:rsidRDefault="00171D24">
      <w:pPr>
        <w:pStyle w:val="Heading1"/>
        <w:spacing w:after="120"/>
        <w:rPr>
          <w:rFonts w:ascii="Arial" w:eastAsia="Arial" w:hAnsi="Arial"/>
        </w:rPr>
      </w:pPr>
    </w:p>
    <w:p w14:paraId="6A2D4BA7" w14:textId="1D388F7C" w:rsidR="00033D6A" w:rsidRDefault="00000000">
      <w:pPr>
        <w:pStyle w:val="Heading1"/>
        <w:spacing w:after="120"/>
      </w:pPr>
      <w:r>
        <w:rPr>
          <w:rFonts w:ascii="Arial" w:eastAsia="Arial" w:hAnsi="Arial"/>
        </w:rPr>
        <w:t>Week 6: Arrangement and Structure</w:t>
      </w:r>
    </w:p>
    <w:p w14:paraId="66BC3C81" w14:textId="77777777" w:rsidR="00033D6A" w:rsidRDefault="00000000">
      <w:pPr>
        <w:pStyle w:val="Heading3"/>
        <w:spacing w:after="120"/>
      </w:pPr>
      <w:r>
        <w:rPr>
          <w:rFonts w:ascii="Arial" w:eastAsia="Arial" w:hAnsi="Arial"/>
        </w:rPr>
        <w:t>Task 6: Arrange your track</w:t>
      </w:r>
    </w:p>
    <w:p w14:paraId="5E69FDD9" w14:textId="77777777" w:rsidR="00033D6A" w:rsidRDefault="00000000">
      <w:pPr>
        <w:pStyle w:val="ListBullet"/>
        <w:spacing w:after="40"/>
      </w:pPr>
      <w:r>
        <w:t>Arrange your track into at least three sections, such as intro, main section and ending.</w:t>
      </w:r>
    </w:p>
    <w:p w14:paraId="233C57A2" w14:textId="77777777" w:rsidR="00033D6A" w:rsidRDefault="00000000">
      <w:pPr>
        <w:pStyle w:val="ListBullet"/>
        <w:spacing w:after="40"/>
      </w:pPr>
      <w:r>
        <w:t>Build the texture gradually rather than starting and stopping every layer at the same time.</w:t>
      </w:r>
    </w:p>
    <w:p w14:paraId="5CFAA79C" w14:textId="77777777" w:rsidR="00033D6A" w:rsidRDefault="00000000">
      <w:pPr>
        <w:pStyle w:val="ListBullet"/>
        <w:spacing w:after="40"/>
      </w:pPr>
      <w:r>
        <w:t>Use contrast by adding or removing musical layers.</w:t>
      </w:r>
    </w:p>
    <w:p w14:paraId="16FCE9A3" w14:textId="77777777" w:rsidR="00033D6A" w:rsidRDefault="00000000">
      <w:pPr>
        <w:spacing w:after="120"/>
      </w:pPr>
      <w:r>
        <w:rPr>
          <w:b/>
          <w:color w:val="1F4E79"/>
        </w:rPr>
        <w:t>Checklist: My track has an intro, main section, ending, contrast and lasts between 45 seconds and 1 minute 30 seconds.</w:t>
      </w:r>
    </w:p>
    <w:p w14:paraId="7F9BBD25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Structure ideas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23"/>
        <w:gridCol w:w="5323"/>
      </w:tblGrid>
      <w:tr w:rsidR="00033D6A" w14:paraId="4B91A8F1" w14:textId="77777777">
        <w:trPr>
          <w:jc w:val="center"/>
        </w:trPr>
        <w:tc>
          <w:tcPr>
            <w:tcW w:w="5328" w:type="dxa"/>
            <w:shd w:val="clear" w:color="auto" w:fill="D9EAF7"/>
            <w:vAlign w:val="center"/>
          </w:tcPr>
          <w:p w14:paraId="14B437B8" w14:textId="77777777" w:rsidR="00033D6A" w:rsidRDefault="00000000">
            <w:r>
              <w:rPr>
                <w:b/>
                <w:sz w:val="18"/>
              </w:rPr>
              <w:t>Section</w:t>
            </w:r>
          </w:p>
        </w:tc>
        <w:tc>
          <w:tcPr>
            <w:tcW w:w="5328" w:type="dxa"/>
            <w:shd w:val="clear" w:color="auto" w:fill="D9EAF7"/>
            <w:vAlign w:val="center"/>
          </w:tcPr>
          <w:p w14:paraId="60CA4A4F" w14:textId="77777777" w:rsidR="00033D6A" w:rsidRDefault="00000000">
            <w:r>
              <w:rPr>
                <w:b/>
                <w:sz w:val="18"/>
              </w:rPr>
              <w:t>What could happen</w:t>
            </w:r>
          </w:p>
        </w:tc>
      </w:tr>
      <w:tr w:rsidR="00033D6A" w14:paraId="246094ED" w14:textId="77777777">
        <w:trPr>
          <w:jc w:val="center"/>
        </w:trPr>
        <w:tc>
          <w:tcPr>
            <w:tcW w:w="5328" w:type="dxa"/>
            <w:vAlign w:val="center"/>
          </w:tcPr>
          <w:p w14:paraId="2E0B0323" w14:textId="77777777" w:rsidR="00033D6A" w:rsidRDefault="00000000">
            <w:r>
              <w:rPr>
                <w:b/>
                <w:sz w:val="18"/>
              </w:rPr>
              <w:t>Intro</w:t>
            </w:r>
          </w:p>
        </w:tc>
        <w:tc>
          <w:tcPr>
            <w:tcW w:w="5328" w:type="dxa"/>
            <w:vAlign w:val="center"/>
          </w:tcPr>
          <w:p w14:paraId="77842A88" w14:textId="77777777" w:rsidR="00033D6A" w:rsidRDefault="00000000">
            <w:r>
              <w:rPr>
                <w:sz w:val="18"/>
              </w:rPr>
              <w:t>Start with one or two layers</w:t>
            </w:r>
          </w:p>
        </w:tc>
      </w:tr>
      <w:tr w:rsidR="00033D6A" w14:paraId="1D4F4FCC" w14:textId="77777777">
        <w:trPr>
          <w:jc w:val="center"/>
        </w:trPr>
        <w:tc>
          <w:tcPr>
            <w:tcW w:w="5328" w:type="dxa"/>
            <w:vAlign w:val="center"/>
          </w:tcPr>
          <w:p w14:paraId="283E02C5" w14:textId="77777777" w:rsidR="00033D6A" w:rsidRDefault="00000000">
            <w:r>
              <w:rPr>
                <w:b/>
                <w:sz w:val="18"/>
              </w:rPr>
              <w:t>Main section</w:t>
            </w:r>
          </w:p>
        </w:tc>
        <w:tc>
          <w:tcPr>
            <w:tcW w:w="5328" w:type="dxa"/>
            <w:vAlign w:val="center"/>
          </w:tcPr>
          <w:p w14:paraId="6DFCFBA8" w14:textId="77777777" w:rsidR="00033D6A" w:rsidRDefault="00000000">
            <w:r>
              <w:rPr>
                <w:sz w:val="18"/>
              </w:rPr>
              <w:t>Add drums, bass, chords and melody</w:t>
            </w:r>
          </w:p>
        </w:tc>
      </w:tr>
      <w:tr w:rsidR="00033D6A" w14:paraId="09075102" w14:textId="77777777">
        <w:trPr>
          <w:jc w:val="center"/>
        </w:trPr>
        <w:tc>
          <w:tcPr>
            <w:tcW w:w="5328" w:type="dxa"/>
            <w:vAlign w:val="center"/>
          </w:tcPr>
          <w:p w14:paraId="06B51104" w14:textId="77777777" w:rsidR="00033D6A" w:rsidRDefault="00000000">
            <w:r>
              <w:rPr>
                <w:b/>
                <w:sz w:val="18"/>
              </w:rPr>
              <w:t>Breakdown</w:t>
            </w:r>
          </w:p>
        </w:tc>
        <w:tc>
          <w:tcPr>
            <w:tcW w:w="5328" w:type="dxa"/>
            <w:vAlign w:val="center"/>
          </w:tcPr>
          <w:p w14:paraId="6B5A7A00" w14:textId="77777777" w:rsidR="00033D6A" w:rsidRDefault="00000000">
            <w:r>
              <w:rPr>
                <w:sz w:val="18"/>
              </w:rPr>
              <w:t>Remove some layers to create contrast</w:t>
            </w:r>
          </w:p>
        </w:tc>
      </w:tr>
      <w:tr w:rsidR="00033D6A" w14:paraId="25E7DD6A" w14:textId="77777777">
        <w:trPr>
          <w:jc w:val="center"/>
        </w:trPr>
        <w:tc>
          <w:tcPr>
            <w:tcW w:w="5328" w:type="dxa"/>
            <w:vAlign w:val="center"/>
          </w:tcPr>
          <w:p w14:paraId="78BB68B4" w14:textId="77777777" w:rsidR="00033D6A" w:rsidRDefault="00000000">
            <w:r>
              <w:rPr>
                <w:b/>
                <w:sz w:val="18"/>
              </w:rPr>
              <w:t>Ending</w:t>
            </w:r>
          </w:p>
        </w:tc>
        <w:tc>
          <w:tcPr>
            <w:tcW w:w="5328" w:type="dxa"/>
            <w:vAlign w:val="center"/>
          </w:tcPr>
          <w:p w14:paraId="48ACBD52" w14:textId="77777777" w:rsidR="00033D6A" w:rsidRDefault="00000000">
            <w:r>
              <w:rPr>
                <w:sz w:val="18"/>
              </w:rPr>
              <w:t>Fade out or finish clearly</w:t>
            </w:r>
          </w:p>
        </w:tc>
      </w:tr>
    </w:tbl>
    <w:p w14:paraId="4B25F131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Arrangement checklist</w:t>
      </w:r>
    </w:p>
    <w:p w14:paraId="09A2BBCC" w14:textId="77777777" w:rsidR="00033D6A" w:rsidRDefault="00000000">
      <w:pPr>
        <w:pStyle w:val="ListBullet"/>
        <w:spacing w:after="40"/>
      </w:pPr>
      <w:r>
        <w:t>☐ My track has an intro</w:t>
      </w:r>
    </w:p>
    <w:p w14:paraId="430B302A" w14:textId="77777777" w:rsidR="00033D6A" w:rsidRDefault="00000000">
      <w:pPr>
        <w:pStyle w:val="ListBullet"/>
        <w:spacing w:after="40"/>
      </w:pPr>
      <w:r>
        <w:t>☐ My track has a main section</w:t>
      </w:r>
    </w:p>
    <w:p w14:paraId="1F4397CC" w14:textId="77777777" w:rsidR="00033D6A" w:rsidRDefault="00000000">
      <w:pPr>
        <w:pStyle w:val="ListBullet"/>
        <w:spacing w:after="40"/>
      </w:pPr>
      <w:r>
        <w:t>☐ My track has an ending</w:t>
      </w:r>
    </w:p>
    <w:p w14:paraId="7F232D18" w14:textId="77777777" w:rsidR="00033D6A" w:rsidRDefault="00000000">
      <w:pPr>
        <w:pStyle w:val="ListBullet"/>
        <w:spacing w:after="40"/>
      </w:pPr>
      <w:r>
        <w:t>☐ I have added or removed layers to create contrast</w:t>
      </w:r>
    </w:p>
    <w:p w14:paraId="0385F692" w14:textId="77777777" w:rsidR="00033D6A" w:rsidRDefault="00000000">
      <w:pPr>
        <w:pStyle w:val="ListBullet"/>
        <w:spacing w:after="40"/>
      </w:pPr>
      <w:r>
        <w:t>☐ My track lasts between 45 seconds and 1 minute 30 seconds</w:t>
      </w:r>
    </w:p>
    <w:p w14:paraId="4550F477" w14:textId="77777777" w:rsidR="00033D6A" w:rsidRDefault="00000000">
      <w:pPr>
        <w:pStyle w:val="ListBullet"/>
        <w:spacing w:after="40"/>
      </w:pPr>
      <w:r>
        <w:t>☐ My track sounds like a complete piece of music</w:t>
      </w:r>
    </w:p>
    <w:p w14:paraId="4DBF4043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Key vocabulary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23"/>
        <w:gridCol w:w="5323"/>
      </w:tblGrid>
      <w:tr w:rsidR="00033D6A" w14:paraId="67D3480E" w14:textId="77777777">
        <w:trPr>
          <w:tblHeader/>
          <w:jc w:val="center"/>
        </w:trPr>
        <w:tc>
          <w:tcPr>
            <w:tcW w:w="5328" w:type="dxa"/>
            <w:shd w:val="clear" w:color="auto" w:fill="D9EAF7"/>
            <w:vAlign w:val="center"/>
          </w:tcPr>
          <w:p w14:paraId="3D112BAC" w14:textId="77777777" w:rsidR="00033D6A" w:rsidRDefault="00000000">
            <w:r>
              <w:rPr>
                <w:b/>
                <w:sz w:val="18"/>
              </w:rPr>
              <w:t>Keyword</w:t>
            </w:r>
          </w:p>
        </w:tc>
        <w:tc>
          <w:tcPr>
            <w:tcW w:w="5328" w:type="dxa"/>
            <w:shd w:val="clear" w:color="auto" w:fill="D9EAF7"/>
            <w:vAlign w:val="center"/>
          </w:tcPr>
          <w:p w14:paraId="56C53D73" w14:textId="77777777" w:rsidR="00033D6A" w:rsidRDefault="00000000">
            <w:r>
              <w:rPr>
                <w:b/>
                <w:sz w:val="18"/>
              </w:rPr>
              <w:t>Meaning</w:t>
            </w:r>
          </w:p>
        </w:tc>
      </w:tr>
      <w:tr w:rsidR="00033D6A" w14:paraId="0A025E3D" w14:textId="77777777">
        <w:trPr>
          <w:jc w:val="center"/>
        </w:trPr>
        <w:tc>
          <w:tcPr>
            <w:tcW w:w="5328" w:type="dxa"/>
            <w:vAlign w:val="center"/>
          </w:tcPr>
          <w:p w14:paraId="2F8034C7" w14:textId="77777777" w:rsidR="00033D6A" w:rsidRDefault="00000000">
            <w:r>
              <w:rPr>
                <w:b/>
                <w:sz w:val="18"/>
              </w:rPr>
              <w:t>Structure</w:t>
            </w:r>
          </w:p>
        </w:tc>
        <w:tc>
          <w:tcPr>
            <w:tcW w:w="5328" w:type="dxa"/>
            <w:vAlign w:val="center"/>
          </w:tcPr>
          <w:p w14:paraId="64757B26" w14:textId="77777777" w:rsidR="00033D6A" w:rsidRDefault="00000000">
            <w:r>
              <w:rPr>
                <w:sz w:val="18"/>
              </w:rPr>
              <w:t>The order of sections in a piece</w:t>
            </w:r>
          </w:p>
        </w:tc>
      </w:tr>
      <w:tr w:rsidR="00033D6A" w14:paraId="76A11922" w14:textId="77777777">
        <w:trPr>
          <w:jc w:val="center"/>
        </w:trPr>
        <w:tc>
          <w:tcPr>
            <w:tcW w:w="5328" w:type="dxa"/>
            <w:vAlign w:val="center"/>
          </w:tcPr>
          <w:p w14:paraId="17E60030" w14:textId="77777777" w:rsidR="00033D6A" w:rsidRDefault="00000000">
            <w:r>
              <w:rPr>
                <w:b/>
                <w:sz w:val="18"/>
              </w:rPr>
              <w:t>Intro</w:t>
            </w:r>
          </w:p>
        </w:tc>
        <w:tc>
          <w:tcPr>
            <w:tcW w:w="5328" w:type="dxa"/>
            <w:vAlign w:val="center"/>
          </w:tcPr>
          <w:p w14:paraId="6DA1E37D" w14:textId="77777777" w:rsidR="00033D6A" w:rsidRDefault="00000000">
            <w:r>
              <w:rPr>
                <w:sz w:val="18"/>
              </w:rPr>
              <w:t>The opening section</w:t>
            </w:r>
          </w:p>
        </w:tc>
      </w:tr>
      <w:tr w:rsidR="00033D6A" w14:paraId="3733A57D" w14:textId="77777777">
        <w:trPr>
          <w:jc w:val="center"/>
        </w:trPr>
        <w:tc>
          <w:tcPr>
            <w:tcW w:w="5328" w:type="dxa"/>
            <w:vAlign w:val="center"/>
          </w:tcPr>
          <w:p w14:paraId="1D4E2EC1" w14:textId="77777777" w:rsidR="00033D6A" w:rsidRDefault="00000000">
            <w:r>
              <w:rPr>
                <w:b/>
                <w:sz w:val="18"/>
              </w:rPr>
              <w:t>Breakdown</w:t>
            </w:r>
          </w:p>
        </w:tc>
        <w:tc>
          <w:tcPr>
            <w:tcW w:w="5328" w:type="dxa"/>
            <w:vAlign w:val="center"/>
          </w:tcPr>
          <w:p w14:paraId="5B647043" w14:textId="77777777" w:rsidR="00033D6A" w:rsidRDefault="00000000">
            <w:r>
              <w:rPr>
                <w:sz w:val="18"/>
              </w:rPr>
              <w:t>A quieter or thinner section</w:t>
            </w:r>
          </w:p>
        </w:tc>
      </w:tr>
      <w:tr w:rsidR="00033D6A" w14:paraId="79B96F56" w14:textId="77777777">
        <w:trPr>
          <w:jc w:val="center"/>
        </w:trPr>
        <w:tc>
          <w:tcPr>
            <w:tcW w:w="5328" w:type="dxa"/>
            <w:vAlign w:val="center"/>
          </w:tcPr>
          <w:p w14:paraId="53607C82" w14:textId="77777777" w:rsidR="00033D6A" w:rsidRDefault="00000000">
            <w:r>
              <w:rPr>
                <w:b/>
                <w:sz w:val="18"/>
              </w:rPr>
              <w:t>Build-up</w:t>
            </w:r>
          </w:p>
        </w:tc>
        <w:tc>
          <w:tcPr>
            <w:tcW w:w="5328" w:type="dxa"/>
            <w:vAlign w:val="center"/>
          </w:tcPr>
          <w:p w14:paraId="379567BC" w14:textId="77777777" w:rsidR="00033D6A" w:rsidRDefault="00000000">
            <w:r>
              <w:rPr>
                <w:sz w:val="18"/>
              </w:rPr>
              <w:t>A section where layers or energy increase</w:t>
            </w:r>
          </w:p>
        </w:tc>
      </w:tr>
      <w:tr w:rsidR="00033D6A" w14:paraId="2BE70429" w14:textId="77777777">
        <w:trPr>
          <w:jc w:val="center"/>
        </w:trPr>
        <w:tc>
          <w:tcPr>
            <w:tcW w:w="5328" w:type="dxa"/>
            <w:vAlign w:val="center"/>
          </w:tcPr>
          <w:p w14:paraId="59F1207D" w14:textId="77777777" w:rsidR="00033D6A" w:rsidRDefault="00000000">
            <w:r>
              <w:rPr>
                <w:b/>
                <w:sz w:val="18"/>
              </w:rPr>
              <w:t>Outro</w:t>
            </w:r>
          </w:p>
        </w:tc>
        <w:tc>
          <w:tcPr>
            <w:tcW w:w="5328" w:type="dxa"/>
            <w:vAlign w:val="center"/>
          </w:tcPr>
          <w:p w14:paraId="12784B22" w14:textId="77777777" w:rsidR="00033D6A" w:rsidRDefault="00000000">
            <w:r>
              <w:rPr>
                <w:sz w:val="18"/>
              </w:rPr>
              <w:t>The ending section</w:t>
            </w:r>
          </w:p>
        </w:tc>
      </w:tr>
    </w:tbl>
    <w:p w14:paraId="58976432" w14:textId="77777777" w:rsidR="00033D6A" w:rsidRDefault="00000000">
      <w:pPr>
        <w:spacing w:after="120"/>
      </w:pPr>
      <w:r>
        <w:br w:type="page"/>
      </w:r>
    </w:p>
    <w:p w14:paraId="512D3385" w14:textId="77777777" w:rsidR="00171D24" w:rsidRDefault="00171D24">
      <w:pPr>
        <w:pStyle w:val="Heading1"/>
        <w:spacing w:after="120"/>
        <w:rPr>
          <w:rFonts w:ascii="Arial" w:eastAsia="Arial" w:hAnsi="Arial"/>
        </w:rPr>
      </w:pPr>
    </w:p>
    <w:p w14:paraId="42EBC10F" w14:textId="019BCDA7" w:rsidR="00033D6A" w:rsidRDefault="00000000">
      <w:pPr>
        <w:pStyle w:val="Heading1"/>
        <w:spacing w:after="120"/>
      </w:pPr>
      <w:r>
        <w:rPr>
          <w:rFonts w:ascii="Arial" w:eastAsia="Arial" w:hAnsi="Arial"/>
        </w:rPr>
        <w:t>Week 7: Effects, Editing and Mixing</w:t>
      </w:r>
    </w:p>
    <w:p w14:paraId="695A2FB1" w14:textId="77777777" w:rsidR="00033D6A" w:rsidRDefault="00000000">
      <w:pPr>
        <w:pStyle w:val="Heading3"/>
        <w:spacing w:after="120"/>
      </w:pPr>
      <w:r>
        <w:rPr>
          <w:rFonts w:ascii="Arial" w:eastAsia="Arial" w:hAnsi="Arial"/>
        </w:rPr>
        <w:t>Task 7: Improve your track</w:t>
      </w:r>
    </w:p>
    <w:p w14:paraId="43E491EF" w14:textId="77777777" w:rsidR="00033D6A" w:rsidRDefault="00000000">
      <w:pPr>
        <w:pStyle w:val="ListBullet"/>
        <w:spacing w:after="40"/>
      </w:pPr>
      <w:r>
        <w:t>Use editing and effects to improve your work.</w:t>
      </w:r>
    </w:p>
    <w:p w14:paraId="32BF6899" w14:textId="77777777" w:rsidR="00033D6A" w:rsidRDefault="00000000">
      <w:pPr>
        <w:pStyle w:val="ListBullet"/>
        <w:spacing w:after="40"/>
      </w:pPr>
      <w:r>
        <w:t>Try at least two: volume balance, panning, reverb, delay, EQ, cutting/copying/moving sections, fade in/out, mute or solo.</w:t>
      </w:r>
    </w:p>
    <w:p w14:paraId="741C8933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Key vocabulary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23"/>
        <w:gridCol w:w="5323"/>
      </w:tblGrid>
      <w:tr w:rsidR="00033D6A" w14:paraId="1F1147C1" w14:textId="77777777">
        <w:trPr>
          <w:tblHeader/>
          <w:jc w:val="center"/>
        </w:trPr>
        <w:tc>
          <w:tcPr>
            <w:tcW w:w="5328" w:type="dxa"/>
            <w:shd w:val="clear" w:color="auto" w:fill="D9EAF7"/>
            <w:vAlign w:val="center"/>
          </w:tcPr>
          <w:p w14:paraId="05C85EA5" w14:textId="77777777" w:rsidR="00033D6A" w:rsidRDefault="00000000">
            <w:r>
              <w:rPr>
                <w:b/>
                <w:sz w:val="18"/>
              </w:rPr>
              <w:t>Keyword</w:t>
            </w:r>
          </w:p>
        </w:tc>
        <w:tc>
          <w:tcPr>
            <w:tcW w:w="5328" w:type="dxa"/>
            <w:shd w:val="clear" w:color="auto" w:fill="D9EAF7"/>
            <w:vAlign w:val="center"/>
          </w:tcPr>
          <w:p w14:paraId="72E38FD1" w14:textId="77777777" w:rsidR="00033D6A" w:rsidRDefault="00000000">
            <w:r>
              <w:rPr>
                <w:b/>
                <w:sz w:val="18"/>
              </w:rPr>
              <w:t>Meaning</w:t>
            </w:r>
          </w:p>
        </w:tc>
      </w:tr>
      <w:tr w:rsidR="00033D6A" w14:paraId="45B42846" w14:textId="77777777">
        <w:trPr>
          <w:jc w:val="center"/>
        </w:trPr>
        <w:tc>
          <w:tcPr>
            <w:tcW w:w="5328" w:type="dxa"/>
            <w:vAlign w:val="center"/>
          </w:tcPr>
          <w:p w14:paraId="74FA7048" w14:textId="77777777" w:rsidR="00033D6A" w:rsidRDefault="00000000">
            <w:r>
              <w:rPr>
                <w:b/>
                <w:sz w:val="18"/>
              </w:rPr>
              <w:t>Mix</w:t>
            </w:r>
          </w:p>
        </w:tc>
        <w:tc>
          <w:tcPr>
            <w:tcW w:w="5328" w:type="dxa"/>
            <w:vAlign w:val="center"/>
          </w:tcPr>
          <w:p w14:paraId="46B26AB3" w14:textId="77777777" w:rsidR="00033D6A" w:rsidRDefault="00000000">
            <w:r>
              <w:rPr>
                <w:sz w:val="18"/>
              </w:rPr>
              <w:t>The balance between all the sounds</w:t>
            </w:r>
          </w:p>
        </w:tc>
      </w:tr>
      <w:tr w:rsidR="00033D6A" w14:paraId="5E0E0417" w14:textId="77777777">
        <w:trPr>
          <w:jc w:val="center"/>
        </w:trPr>
        <w:tc>
          <w:tcPr>
            <w:tcW w:w="5328" w:type="dxa"/>
            <w:vAlign w:val="center"/>
          </w:tcPr>
          <w:p w14:paraId="2B79D7B4" w14:textId="77777777" w:rsidR="00033D6A" w:rsidRDefault="00000000">
            <w:r>
              <w:rPr>
                <w:b/>
                <w:sz w:val="18"/>
              </w:rPr>
              <w:t>Volume</w:t>
            </w:r>
          </w:p>
        </w:tc>
        <w:tc>
          <w:tcPr>
            <w:tcW w:w="5328" w:type="dxa"/>
            <w:vAlign w:val="center"/>
          </w:tcPr>
          <w:p w14:paraId="7C54D8CC" w14:textId="77777777" w:rsidR="00033D6A" w:rsidRDefault="00000000">
            <w:r>
              <w:rPr>
                <w:sz w:val="18"/>
              </w:rPr>
              <w:t>How loud or quiet a sound is</w:t>
            </w:r>
          </w:p>
        </w:tc>
      </w:tr>
      <w:tr w:rsidR="00033D6A" w14:paraId="52B3EE55" w14:textId="77777777">
        <w:trPr>
          <w:jc w:val="center"/>
        </w:trPr>
        <w:tc>
          <w:tcPr>
            <w:tcW w:w="5328" w:type="dxa"/>
            <w:vAlign w:val="center"/>
          </w:tcPr>
          <w:p w14:paraId="5ABFDB78" w14:textId="77777777" w:rsidR="00033D6A" w:rsidRDefault="00000000">
            <w:r>
              <w:rPr>
                <w:b/>
                <w:sz w:val="18"/>
              </w:rPr>
              <w:t>Pan</w:t>
            </w:r>
          </w:p>
        </w:tc>
        <w:tc>
          <w:tcPr>
            <w:tcW w:w="5328" w:type="dxa"/>
            <w:vAlign w:val="center"/>
          </w:tcPr>
          <w:p w14:paraId="0D5360C4" w14:textId="77777777" w:rsidR="00033D6A" w:rsidRDefault="00000000">
            <w:r>
              <w:rPr>
                <w:sz w:val="18"/>
              </w:rPr>
              <w:t>Placing sound to the left or right speaker</w:t>
            </w:r>
          </w:p>
        </w:tc>
      </w:tr>
      <w:tr w:rsidR="00033D6A" w14:paraId="7768BD3C" w14:textId="77777777">
        <w:trPr>
          <w:jc w:val="center"/>
        </w:trPr>
        <w:tc>
          <w:tcPr>
            <w:tcW w:w="5328" w:type="dxa"/>
            <w:vAlign w:val="center"/>
          </w:tcPr>
          <w:p w14:paraId="5BCB1662" w14:textId="77777777" w:rsidR="00033D6A" w:rsidRDefault="00000000">
            <w:r>
              <w:rPr>
                <w:b/>
                <w:sz w:val="18"/>
              </w:rPr>
              <w:t>Reverb</w:t>
            </w:r>
          </w:p>
        </w:tc>
        <w:tc>
          <w:tcPr>
            <w:tcW w:w="5328" w:type="dxa"/>
            <w:vAlign w:val="center"/>
          </w:tcPr>
          <w:p w14:paraId="19268FD6" w14:textId="77777777" w:rsidR="00033D6A" w:rsidRDefault="00000000">
            <w:r>
              <w:rPr>
                <w:sz w:val="18"/>
              </w:rPr>
              <w:t>An effect that makes sound feel like it is in a space</w:t>
            </w:r>
          </w:p>
        </w:tc>
      </w:tr>
      <w:tr w:rsidR="00033D6A" w14:paraId="4E487226" w14:textId="77777777">
        <w:trPr>
          <w:jc w:val="center"/>
        </w:trPr>
        <w:tc>
          <w:tcPr>
            <w:tcW w:w="5328" w:type="dxa"/>
            <w:vAlign w:val="center"/>
          </w:tcPr>
          <w:p w14:paraId="0830A55B" w14:textId="77777777" w:rsidR="00033D6A" w:rsidRDefault="00000000">
            <w:r>
              <w:rPr>
                <w:b/>
                <w:sz w:val="18"/>
              </w:rPr>
              <w:t>Delay</w:t>
            </w:r>
          </w:p>
        </w:tc>
        <w:tc>
          <w:tcPr>
            <w:tcW w:w="5328" w:type="dxa"/>
            <w:vAlign w:val="center"/>
          </w:tcPr>
          <w:p w14:paraId="4D443F97" w14:textId="77777777" w:rsidR="00033D6A" w:rsidRDefault="00000000">
            <w:r>
              <w:rPr>
                <w:sz w:val="18"/>
              </w:rPr>
              <w:t>An echo effect</w:t>
            </w:r>
          </w:p>
        </w:tc>
      </w:tr>
      <w:tr w:rsidR="00033D6A" w14:paraId="7CE1A76E" w14:textId="77777777">
        <w:trPr>
          <w:jc w:val="center"/>
        </w:trPr>
        <w:tc>
          <w:tcPr>
            <w:tcW w:w="5328" w:type="dxa"/>
            <w:vAlign w:val="center"/>
          </w:tcPr>
          <w:p w14:paraId="4C500408" w14:textId="77777777" w:rsidR="00033D6A" w:rsidRDefault="00000000">
            <w:r>
              <w:rPr>
                <w:b/>
                <w:sz w:val="18"/>
              </w:rPr>
              <w:t>EQ</w:t>
            </w:r>
          </w:p>
        </w:tc>
        <w:tc>
          <w:tcPr>
            <w:tcW w:w="5328" w:type="dxa"/>
            <w:vAlign w:val="center"/>
          </w:tcPr>
          <w:p w14:paraId="34B773C9" w14:textId="77777777" w:rsidR="00033D6A" w:rsidRDefault="00000000">
            <w:r>
              <w:rPr>
                <w:sz w:val="18"/>
              </w:rPr>
              <w:t>Adjusting low, middle or high frequencies</w:t>
            </w:r>
          </w:p>
        </w:tc>
      </w:tr>
    </w:tbl>
    <w:p w14:paraId="77E116C0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Reflection questions</w:t>
      </w:r>
    </w:p>
    <w:p w14:paraId="1132C441" w14:textId="77777777" w:rsidR="00033D6A" w:rsidRDefault="00000000">
      <w:pPr>
        <w:spacing w:after="20"/>
      </w:pPr>
      <w:r>
        <w:rPr>
          <w:b/>
        </w:rPr>
        <w:t>Which effects did you use?</w:t>
      </w:r>
    </w:p>
    <w:p w14:paraId="639FB8DE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018412E4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42D55A11" w14:textId="77777777" w:rsidR="00033D6A" w:rsidRDefault="00000000">
      <w:pPr>
        <w:spacing w:after="20"/>
      </w:pPr>
      <w:r>
        <w:rPr>
          <w:b/>
        </w:rPr>
        <w:t>Why did you use them?</w:t>
      </w:r>
    </w:p>
    <w:p w14:paraId="0DED2296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5D547C5A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0D337AD1" w14:textId="77777777" w:rsidR="00033D6A" w:rsidRDefault="00000000">
      <w:pPr>
        <w:spacing w:after="20"/>
      </w:pPr>
      <w:r>
        <w:rPr>
          <w:b/>
        </w:rPr>
        <w:t>How did they improve your track?</w:t>
      </w:r>
    </w:p>
    <w:p w14:paraId="0AFB498B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65411403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0CA9B1FA" w14:textId="77777777" w:rsidR="00033D6A" w:rsidRDefault="00000000">
      <w:pPr>
        <w:spacing w:after="20"/>
      </w:pPr>
      <w:r>
        <w:rPr>
          <w:b/>
        </w:rPr>
        <w:t>What did you change in the mix?</w:t>
      </w:r>
    </w:p>
    <w:p w14:paraId="651D7319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35D57786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595729AB" w14:textId="77777777" w:rsidR="00033D6A" w:rsidRDefault="00000000">
      <w:pPr>
        <w:spacing w:after="120"/>
      </w:pPr>
      <w:r>
        <w:br w:type="page"/>
      </w:r>
    </w:p>
    <w:p w14:paraId="7FE664BA" w14:textId="77777777" w:rsidR="00033D6A" w:rsidRDefault="00000000">
      <w:pPr>
        <w:pStyle w:val="Heading1"/>
        <w:spacing w:after="120"/>
      </w:pPr>
      <w:r>
        <w:rPr>
          <w:rFonts w:ascii="Arial" w:eastAsia="Arial" w:hAnsi="Arial"/>
        </w:rPr>
        <w:lastRenderedPageBreak/>
        <w:t>Final Reflection</w:t>
      </w:r>
    </w:p>
    <w:p w14:paraId="44B32B15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1. What have you created?</w:t>
      </w:r>
    </w:p>
    <w:p w14:paraId="288893AE" w14:textId="77777777" w:rsidR="00033D6A" w:rsidRDefault="00000000">
      <w:pPr>
        <w:spacing w:after="120"/>
      </w:pPr>
      <w:r>
        <w:t>Describe the style, mood and main musical features of your track.</w:t>
      </w:r>
    </w:p>
    <w:p w14:paraId="1A9645E4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120400D7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3EA0F6BF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4026D188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2C412793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2. Which Soundtrap skills did you develop?</w:t>
      </w:r>
    </w:p>
    <w:p w14:paraId="5A97EBB9" w14:textId="77777777" w:rsidR="00033D6A" w:rsidRDefault="00000000">
      <w:pPr>
        <w:spacing w:after="120"/>
      </w:pPr>
      <w:r>
        <w:t>Write about the tools you used, such as loops, MIDI, Beatmaker, software instruments, effects, editing or mixing.</w:t>
      </w:r>
    </w:p>
    <w:p w14:paraId="113AF053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1D226B02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4C6FF0CF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7D76212B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37E36502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3. What went well?</w:t>
      </w:r>
    </w:p>
    <w:p w14:paraId="29A6D744" w14:textId="77777777" w:rsidR="00033D6A" w:rsidRDefault="00000000">
      <w:pPr>
        <w:spacing w:after="120"/>
      </w:pPr>
      <w:r>
        <w:t>Explain one or two strengths of your final track.</w:t>
      </w:r>
    </w:p>
    <w:p w14:paraId="009D27DE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280F3329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6A2A789F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7A625119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28CE32CE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4. What did you improve?</w:t>
      </w:r>
    </w:p>
    <w:p w14:paraId="097FD318" w14:textId="77777777" w:rsidR="00033D6A" w:rsidRDefault="00000000">
      <w:pPr>
        <w:spacing w:after="120"/>
      </w:pPr>
      <w:r>
        <w:t>Explain what you changed after listening back to your work.</w:t>
      </w:r>
    </w:p>
    <w:p w14:paraId="07D1F36C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1C743673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3159A6CE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5760FC2F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3EB77EA0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5. What would you improve next time?</w:t>
      </w:r>
    </w:p>
    <w:p w14:paraId="20819B04" w14:textId="77777777" w:rsidR="00033D6A" w:rsidRDefault="00000000">
      <w:pPr>
        <w:spacing w:after="120"/>
      </w:pPr>
      <w:r>
        <w:t>Explain what you would develop further in September.</w:t>
      </w:r>
    </w:p>
    <w:p w14:paraId="2724A898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44649547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61BF9843" w14:textId="77777777" w:rsidR="00033D6A" w:rsidRDefault="00000000">
      <w:pPr>
        <w:spacing w:after="120"/>
      </w:pPr>
      <w:r w:rsidRPr="007E49AC">
        <w:rPr>
          <w:color w:val="747474"/>
          <w:sz w:val="18"/>
        </w:rPr>
        <w:t>__________________________________________________________________________________</w:t>
      </w:r>
    </w:p>
    <w:p w14:paraId="0E412985" w14:textId="77777777" w:rsidR="00033D6A" w:rsidRDefault="00000000">
      <w:pPr>
        <w:spacing w:after="120"/>
      </w:pPr>
      <w:r w:rsidRPr="007E49AC">
        <w:rPr>
          <w:color w:val="242424"/>
          <w:sz w:val="18"/>
        </w:rPr>
        <w:t>__________________________________________________________________________________</w:t>
      </w:r>
    </w:p>
    <w:p w14:paraId="7A0F22D7" w14:textId="77777777" w:rsidR="00171D24" w:rsidRDefault="00171D24">
      <w:pPr>
        <w:pStyle w:val="Heading1"/>
        <w:spacing w:after="120"/>
        <w:rPr>
          <w:rFonts w:ascii="Arial" w:eastAsia="Arial" w:hAnsi="Arial"/>
        </w:rPr>
      </w:pPr>
    </w:p>
    <w:p w14:paraId="74E28B5C" w14:textId="4E1E4378" w:rsidR="00033D6A" w:rsidRDefault="00000000">
      <w:pPr>
        <w:pStyle w:val="Heading1"/>
        <w:spacing w:after="120"/>
      </w:pPr>
      <w:r>
        <w:rPr>
          <w:rFonts w:ascii="Arial" w:eastAsia="Arial" w:hAnsi="Arial"/>
        </w:rPr>
        <w:t>Student Self-Assessment Checklist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30"/>
        <w:gridCol w:w="2128"/>
        <w:gridCol w:w="2130"/>
        <w:gridCol w:w="2129"/>
        <w:gridCol w:w="2129"/>
      </w:tblGrid>
      <w:tr w:rsidR="00033D6A" w14:paraId="4983A2CE" w14:textId="77777777">
        <w:trPr>
          <w:tblHeader/>
          <w:jc w:val="center"/>
        </w:trPr>
        <w:tc>
          <w:tcPr>
            <w:tcW w:w="2131" w:type="dxa"/>
            <w:shd w:val="clear" w:color="auto" w:fill="D9EAF7"/>
            <w:vAlign w:val="center"/>
          </w:tcPr>
          <w:p w14:paraId="32094388" w14:textId="77777777" w:rsidR="00033D6A" w:rsidRDefault="00000000">
            <w:r>
              <w:rPr>
                <w:b/>
                <w:sz w:val="18"/>
              </w:rPr>
              <w:t>Skill</w:t>
            </w:r>
          </w:p>
        </w:tc>
        <w:tc>
          <w:tcPr>
            <w:tcW w:w="2131" w:type="dxa"/>
            <w:shd w:val="clear" w:color="auto" w:fill="D9EAF7"/>
            <w:vAlign w:val="center"/>
          </w:tcPr>
          <w:p w14:paraId="28707CAB" w14:textId="77777777" w:rsidR="00033D6A" w:rsidRDefault="00000000">
            <w:r>
              <w:rPr>
                <w:b/>
                <w:sz w:val="18"/>
              </w:rPr>
              <w:t>Not yet</w:t>
            </w:r>
          </w:p>
        </w:tc>
        <w:tc>
          <w:tcPr>
            <w:tcW w:w="2131" w:type="dxa"/>
            <w:shd w:val="clear" w:color="auto" w:fill="D9EAF7"/>
            <w:vAlign w:val="center"/>
          </w:tcPr>
          <w:p w14:paraId="7E6B71CD" w14:textId="77777777" w:rsidR="00033D6A" w:rsidRDefault="00000000">
            <w:r>
              <w:rPr>
                <w:b/>
                <w:sz w:val="18"/>
              </w:rPr>
              <w:t>Developing</w:t>
            </w:r>
          </w:p>
        </w:tc>
        <w:tc>
          <w:tcPr>
            <w:tcW w:w="2131" w:type="dxa"/>
            <w:shd w:val="clear" w:color="auto" w:fill="D9EAF7"/>
            <w:vAlign w:val="center"/>
          </w:tcPr>
          <w:p w14:paraId="7AF9C2D3" w14:textId="77777777" w:rsidR="00033D6A" w:rsidRDefault="00000000">
            <w:r>
              <w:rPr>
                <w:b/>
                <w:sz w:val="18"/>
              </w:rPr>
              <w:t>Secure</w:t>
            </w:r>
          </w:p>
        </w:tc>
        <w:tc>
          <w:tcPr>
            <w:tcW w:w="2131" w:type="dxa"/>
            <w:shd w:val="clear" w:color="auto" w:fill="D9EAF7"/>
            <w:vAlign w:val="center"/>
          </w:tcPr>
          <w:p w14:paraId="5AB41482" w14:textId="77777777" w:rsidR="00033D6A" w:rsidRDefault="00000000">
            <w:r>
              <w:rPr>
                <w:b/>
                <w:sz w:val="18"/>
              </w:rPr>
              <w:t>Confident</w:t>
            </w:r>
          </w:p>
        </w:tc>
      </w:tr>
      <w:tr w:rsidR="00033D6A" w14:paraId="58695EFC" w14:textId="77777777">
        <w:trPr>
          <w:jc w:val="center"/>
        </w:trPr>
        <w:tc>
          <w:tcPr>
            <w:tcW w:w="2131" w:type="dxa"/>
            <w:vAlign w:val="center"/>
          </w:tcPr>
          <w:p w14:paraId="5A09A209" w14:textId="77777777" w:rsidR="00033D6A" w:rsidRDefault="00000000">
            <w:r>
              <w:rPr>
                <w:sz w:val="18"/>
              </w:rPr>
              <w:t>I created a Soundtrap project independently</w:t>
            </w:r>
          </w:p>
        </w:tc>
        <w:tc>
          <w:tcPr>
            <w:tcW w:w="2131" w:type="dxa"/>
            <w:vAlign w:val="center"/>
          </w:tcPr>
          <w:p w14:paraId="3E9A0E02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37183B4B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37A77A8C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2F151F95" w14:textId="77777777" w:rsidR="00033D6A" w:rsidRDefault="00000000">
            <w:r>
              <w:rPr>
                <w:sz w:val="18"/>
              </w:rPr>
              <w:t>☐</w:t>
            </w:r>
          </w:p>
        </w:tc>
      </w:tr>
      <w:tr w:rsidR="00033D6A" w14:paraId="674C6B64" w14:textId="77777777">
        <w:trPr>
          <w:jc w:val="center"/>
        </w:trPr>
        <w:tc>
          <w:tcPr>
            <w:tcW w:w="2131" w:type="dxa"/>
            <w:vAlign w:val="center"/>
          </w:tcPr>
          <w:p w14:paraId="5D6DCACD" w14:textId="77777777" w:rsidR="00033D6A" w:rsidRDefault="00000000">
            <w:r>
              <w:rPr>
                <w:sz w:val="18"/>
              </w:rPr>
              <w:t>I used drums or rhythm effectively</w:t>
            </w:r>
          </w:p>
        </w:tc>
        <w:tc>
          <w:tcPr>
            <w:tcW w:w="2131" w:type="dxa"/>
            <w:vAlign w:val="center"/>
          </w:tcPr>
          <w:p w14:paraId="580A11D5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155AFFC8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5F13689B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06A0F10E" w14:textId="77777777" w:rsidR="00033D6A" w:rsidRDefault="00000000">
            <w:r>
              <w:rPr>
                <w:sz w:val="18"/>
              </w:rPr>
              <w:t>☐</w:t>
            </w:r>
          </w:p>
        </w:tc>
      </w:tr>
      <w:tr w:rsidR="00033D6A" w14:paraId="71BA2629" w14:textId="77777777">
        <w:trPr>
          <w:jc w:val="center"/>
        </w:trPr>
        <w:tc>
          <w:tcPr>
            <w:tcW w:w="2131" w:type="dxa"/>
            <w:vAlign w:val="center"/>
          </w:tcPr>
          <w:p w14:paraId="79C0DC34" w14:textId="77777777" w:rsidR="00033D6A" w:rsidRDefault="00000000">
            <w:r>
              <w:rPr>
                <w:sz w:val="18"/>
              </w:rPr>
              <w:t>I added a bassline</w:t>
            </w:r>
          </w:p>
        </w:tc>
        <w:tc>
          <w:tcPr>
            <w:tcW w:w="2131" w:type="dxa"/>
            <w:vAlign w:val="center"/>
          </w:tcPr>
          <w:p w14:paraId="76CCA0E9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23460BC0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513D7707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3E0C1CD0" w14:textId="77777777" w:rsidR="00033D6A" w:rsidRDefault="00000000">
            <w:r>
              <w:rPr>
                <w:sz w:val="18"/>
              </w:rPr>
              <w:t>☐</w:t>
            </w:r>
          </w:p>
        </w:tc>
      </w:tr>
      <w:tr w:rsidR="00033D6A" w14:paraId="2F7FF423" w14:textId="77777777">
        <w:trPr>
          <w:jc w:val="center"/>
        </w:trPr>
        <w:tc>
          <w:tcPr>
            <w:tcW w:w="2131" w:type="dxa"/>
            <w:vAlign w:val="center"/>
          </w:tcPr>
          <w:p w14:paraId="0D56E17E" w14:textId="77777777" w:rsidR="00033D6A" w:rsidRDefault="00000000">
            <w:r>
              <w:rPr>
                <w:sz w:val="18"/>
              </w:rPr>
              <w:t>I added chords or harmony</w:t>
            </w:r>
          </w:p>
        </w:tc>
        <w:tc>
          <w:tcPr>
            <w:tcW w:w="2131" w:type="dxa"/>
            <w:vAlign w:val="center"/>
          </w:tcPr>
          <w:p w14:paraId="59155625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2296AC33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0958E371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321A2165" w14:textId="77777777" w:rsidR="00033D6A" w:rsidRDefault="00000000">
            <w:r>
              <w:rPr>
                <w:sz w:val="18"/>
              </w:rPr>
              <w:t>☐</w:t>
            </w:r>
          </w:p>
        </w:tc>
      </w:tr>
      <w:tr w:rsidR="00033D6A" w14:paraId="2FE2DB68" w14:textId="77777777">
        <w:trPr>
          <w:jc w:val="center"/>
        </w:trPr>
        <w:tc>
          <w:tcPr>
            <w:tcW w:w="2131" w:type="dxa"/>
            <w:vAlign w:val="center"/>
          </w:tcPr>
          <w:p w14:paraId="5AC5B163" w14:textId="77777777" w:rsidR="00033D6A" w:rsidRDefault="00000000">
            <w:r>
              <w:rPr>
                <w:sz w:val="18"/>
              </w:rPr>
              <w:t>I created a melody, hook or riff</w:t>
            </w:r>
          </w:p>
        </w:tc>
        <w:tc>
          <w:tcPr>
            <w:tcW w:w="2131" w:type="dxa"/>
            <w:vAlign w:val="center"/>
          </w:tcPr>
          <w:p w14:paraId="6D331886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5C40CCA8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3CF82C29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17C306A6" w14:textId="77777777" w:rsidR="00033D6A" w:rsidRDefault="00000000">
            <w:r>
              <w:rPr>
                <w:sz w:val="18"/>
              </w:rPr>
              <w:t>☐</w:t>
            </w:r>
          </w:p>
        </w:tc>
      </w:tr>
      <w:tr w:rsidR="00033D6A" w14:paraId="110E097A" w14:textId="77777777">
        <w:trPr>
          <w:jc w:val="center"/>
        </w:trPr>
        <w:tc>
          <w:tcPr>
            <w:tcW w:w="2131" w:type="dxa"/>
            <w:vAlign w:val="center"/>
          </w:tcPr>
          <w:p w14:paraId="2D07FB1A" w14:textId="77777777" w:rsidR="00033D6A" w:rsidRDefault="00000000">
            <w:r>
              <w:rPr>
                <w:sz w:val="18"/>
              </w:rPr>
              <w:t>I arranged my track into clear sections</w:t>
            </w:r>
          </w:p>
        </w:tc>
        <w:tc>
          <w:tcPr>
            <w:tcW w:w="2131" w:type="dxa"/>
            <w:vAlign w:val="center"/>
          </w:tcPr>
          <w:p w14:paraId="2638D184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6CCA69DA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2C4BB32D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6F259D3C" w14:textId="77777777" w:rsidR="00033D6A" w:rsidRDefault="00000000">
            <w:r>
              <w:rPr>
                <w:sz w:val="18"/>
              </w:rPr>
              <w:t>☐</w:t>
            </w:r>
          </w:p>
        </w:tc>
      </w:tr>
      <w:tr w:rsidR="00033D6A" w14:paraId="3C8E7C6B" w14:textId="77777777">
        <w:trPr>
          <w:jc w:val="center"/>
        </w:trPr>
        <w:tc>
          <w:tcPr>
            <w:tcW w:w="2131" w:type="dxa"/>
            <w:vAlign w:val="center"/>
          </w:tcPr>
          <w:p w14:paraId="628E3867" w14:textId="77777777" w:rsidR="00033D6A" w:rsidRDefault="00000000">
            <w:r>
              <w:rPr>
                <w:sz w:val="18"/>
              </w:rPr>
              <w:t>I used effects to improve the sound</w:t>
            </w:r>
          </w:p>
        </w:tc>
        <w:tc>
          <w:tcPr>
            <w:tcW w:w="2131" w:type="dxa"/>
            <w:vAlign w:val="center"/>
          </w:tcPr>
          <w:p w14:paraId="0516B245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52C1B54A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6C54C8DF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0BAB0FEC" w14:textId="77777777" w:rsidR="00033D6A" w:rsidRDefault="00000000">
            <w:r>
              <w:rPr>
                <w:sz w:val="18"/>
              </w:rPr>
              <w:t>☐</w:t>
            </w:r>
          </w:p>
        </w:tc>
      </w:tr>
      <w:tr w:rsidR="00033D6A" w14:paraId="18C9C175" w14:textId="77777777">
        <w:trPr>
          <w:jc w:val="center"/>
        </w:trPr>
        <w:tc>
          <w:tcPr>
            <w:tcW w:w="2131" w:type="dxa"/>
            <w:vAlign w:val="center"/>
          </w:tcPr>
          <w:p w14:paraId="4147EABD" w14:textId="77777777" w:rsidR="00033D6A" w:rsidRDefault="00000000">
            <w:r>
              <w:rPr>
                <w:sz w:val="18"/>
              </w:rPr>
              <w:t>I balanced the volume of different tracks</w:t>
            </w:r>
          </w:p>
        </w:tc>
        <w:tc>
          <w:tcPr>
            <w:tcW w:w="2131" w:type="dxa"/>
            <w:vAlign w:val="center"/>
          </w:tcPr>
          <w:p w14:paraId="7F0534A4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05C16B92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68487A68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3F8CD4BA" w14:textId="77777777" w:rsidR="00033D6A" w:rsidRDefault="00000000">
            <w:r>
              <w:rPr>
                <w:sz w:val="18"/>
              </w:rPr>
              <w:t>☐</w:t>
            </w:r>
          </w:p>
        </w:tc>
      </w:tr>
      <w:tr w:rsidR="00033D6A" w14:paraId="0B595FD8" w14:textId="77777777">
        <w:trPr>
          <w:jc w:val="center"/>
        </w:trPr>
        <w:tc>
          <w:tcPr>
            <w:tcW w:w="2131" w:type="dxa"/>
            <w:vAlign w:val="center"/>
          </w:tcPr>
          <w:p w14:paraId="0F0F6FD6" w14:textId="77777777" w:rsidR="00033D6A" w:rsidRDefault="00000000">
            <w:r>
              <w:rPr>
                <w:sz w:val="18"/>
              </w:rPr>
              <w:t>I reflected on my progress clearly</w:t>
            </w:r>
          </w:p>
        </w:tc>
        <w:tc>
          <w:tcPr>
            <w:tcW w:w="2131" w:type="dxa"/>
            <w:vAlign w:val="center"/>
          </w:tcPr>
          <w:p w14:paraId="5E421F69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29BBE19A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27CA9E59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23298829" w14:textId="77777777" w:rsidR="00033D6A" w:rsidRDefault="00000000">
            <w:r>
              <w:rPr>
                <w:sz w:val="18"/>
              </w:rPr>
              <w:t>☐</w:t>
            </w:r>
          </w:p>
        </w:tc>
      </w:tr>
      <w:tr w:rsidR="00033D6A" w14:paraId="50D07C7D" w14:textId="77777777">
        <w:trPr>
          <w:jc w:val="center"/>
        </w:trPr>
        <w:tc>
          <w:tcPr>
            <w:tcW w:w="2131" w:type="dxa"/>
            <w:vAlign w:val="center"/>
          </w:tcPr>
          <w:p w14:paraId="7EBE97DD" w14:textId="77777777" w:rsidR="00033D6A" w:rsidRDefault="00000000">
            <w:r>
              <w:rPr>
                <w:sz w:val="18"/>
              </w:rPr>
              <w:t>I am ready to develop music production skills in BTEC</w:t>
            </w:r>
          </w:p>
        </w:tc>
        <w:tc>
          <w:tcPr>
            <w:tcW w:w="2131" w:type="dxa"/>
            <w:vAlign w:val="center"/>
          </w:tcPr>
          <w:p w14:paraId="70D4F48A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34B64AB2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505C4C2E" w14:textId="77777777" w:rsidR="00033D6A" w:rsidRDefault="00000000">
            <w:r>
              <w:rPr>
                <w:sz w:val="18"/>
              </w:rPr>
              <w:t>☐</w:t>
            </w:r>
          </w:p>
        </w:tc>
        <w:tc>
          <w:tcPr>
            <w:tcW w:w="2131" w:type="dxa"/>
            <w:vAlign w:val="center"/>
          </w:tcPr>
          <w:p w14:paraId="7FE35F6B" w14:textId="77777777" w:rsidR="00033D6A" w:rsidRDefault="00000000">
            <w:r>
              <w:rPr>
                <w:sz w:val="18"/>
              </w:rPr>
              <w:t>☐</w:t>
            </w:r>
          </w:p>
        </w:tc>
      </w:tr>
    </w:tbl>
    <w:p w14:paraId="6944A18C" w14:textId="77777777" w:rsidR="00033D6A" w:rsidRDefault="00000000">
      <w:pPr>
        <w:pStyle w:val="Heading1"/>
        <w:spacing w:after="120"/>
      </w:pPr>
      <w:r>
        <w:rPr>
          <w:rFonts w:ascii="Arial" w:eastAsia="Arial" w:hAnsi="Arial"/>
        </w:rPr>
        <w:t>Teacher Assessment Checklist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29"/>
        <w:gridCol w:w="2129"/>
        <w:gridCol w:w="2130"/>
        <w:gridCol w:w="2129"/>
        <w:gridCol w:w="2129"/>
      </w:tblGrid>
      <w:tr w:rsidR="00033D6A" w14:paraId="6920A7FB" w14:textId="77777777">
        <w:trPr>
          <w:jc w:val="center"/>
        </w:trPr>
        <w:tc>
          <w:tcPr>
            <w:tcW w:w="2131" w:type="dxa"/>
            <w:shd w:val="clear" w:color="auto" w:fill="D9EAF7"/>
            <w:vAlign w:val="center"/>
          </w:tcPr>
          <w:p w14:paraId="08F66569" w14:textId="77777777" w:rsidR="00033D6A" w:rsidRDefault="00000000">
            <w:r>
              <w:rPr>
                <w:b/>
                <w:sz w:val="18"/>
              </w:rPr>
              <w:t>Area</w:t>
            </w:r>
          </w:p>
        </w:tc>
        <w:tc>
          <w:tcPr>
            <w:tcW w:w="2131" w:type="dxa"/>
            <w:shd w:val="clear" w:color="auto" w:fill="D9EAF7"/>
            <w:vAlign w:val="center"/>
          </w:tcPr>
          <w:p w14:paraId="6F9D0FAF" w14:textId="77777777" w:rsidR="00033D6A" w:rsidRDefault="00000000">
            <w:r>
              <w:rPr>
                <w:b/>
                <w:sz w:val="18"/>
              </w:rPr>
              <w:t>Emerging</w:t>
            </w:r>
          </w:p>
        </w:tc>
        <w:tc>
          <w:tcPr>
            <w:tcW w:w="2131" w:type="dxa"/>
            <w:shd w:val="clear" w:color="auto" w:fill="D9EAF7"/>
            <w:vAlign w:val="center"/>
          </w:tcPr>
          <w:p w14:paraId="776FA2A8" w14:textId="77777777" w:rsidR="00033D6A" w:rsidRDefault="00000000">
            <w:r>
              <w:rPr>
                <w:b/>
                <w:sz w:val="18"/>
              </w:rPr>
              <w:t>Developing</w:t>
            </w:r>
          </w:p>
        </w:tc>
        <w:tc>
          <w:tcPr>
            <w:tcW w:w="2131" w:type="dxa"/>
            <w:shd w:val="clear" w:color="auto" w:fill="D9EAF7"/>
            <w:vAlign w:val="center"/>
          </w:tcPr>
          <w:p w14:paraId="10C0116D" w14:textId="77777777" w:rsidR="00033D6A" w:rsidRDefault="00000000">
            <w:r>
              <w:rPr>
                <w:b/>
                <w:sz w:val="18"/>
              </w:rPr>
              <w:t>Secure</w:t>
            </w:r>
          </w:p>
        </w:tc>
        <w:tc>
          <w:tcPr>
            <w:tcW w:w="2131" w:type="dxa"/>
            <w:shd w:val="clear" w:color="auto" w:fill="D9EAF7"/>
            <w:vAlign w:val="center"/>
          </w:tcPr>
          <w:p w14:paraId="336948F5" w14:textId="77777777" w:rsidR="00033D6A" w:rsidRDefault="00000000">
            <w:r>
              <w:rPr>
                <w:b/>
                <w:sz w:val="18"/>
              </w:rPr>
              <w:t>Strong</w:t>
            </w:r>
          </w:p>
        </w:tc>
      </w:tr>
      <w:tr w:rsidR="00033D6A" w14:paraId="012FB297" w14:textId="77777777">
        <w:trPr>
          <w:jc w:val="center"/>
        </w:trPr>
        <w:tc>
          <w:tcPr>
            <w:tcW w:w="2131" w:type="dxa"/>
            <w:vAlign w:val="center"/>
          </w:tcPr>
          <w:p w14:paraId="24D9453E" w14:textId="77777777" w:rsidR="00033D6A" w:rsidRDefault="00000000">
            <w:r>
              <w:rPr>
                <w:b/>
                <w:sz w:val="18"/>
              </w:rPr>
              <w:t>Use of Soundtrap tools</w:t>
            </w:r>
          </w:p>
        </w:tc>
        <w:tc>
          <w:tcPr>
            <w:tcW w:w="2131" w:type="dxa"/>
            <w:vAlign w:val="center"/>
          </w:tcPr>
          <w:p w14:paraId="3E421512" w14:textId="77777777" w:rsidR="00033D6A" w:rsidRDefault="00000000">
            <w:r>
              <w:rPr>
                <w:sz w:val="18"/>
              </w:rPr>
              <w:t>Limited use of tools</w:t>
            </w:r>
          </w:p>
        </w:tc>
        <w:tc>
          <w:tcPr>
            <w:tcW w:w="2131" w:type="dxa"/>
            <w:vAlign w:val="center"/>
          </w:tcPr>
          <w:p w14:paraId="082F1A33" w14:textId="77777777" w:rsidR="00033D6A" w:rsidRDefault="00000000">
            <w:r>
              <w:rPr>
                <w:sz w:val="18"/>
              </w:rPr>
              <w:t>Some use of loops/instruments</w:t>
            </w:r>
          </w:p>
        </w:tc>
        <w:tc>
          <w:tcPr>
            <w:tcW w:w="2131" w:type="dxa"/>
            <w:vAlign w:val="center"/>
          </w:tcPr>
          <w:p w14:paraId="120CD505" w14:textId="77777777" w:rsidR="00033D6A" w:rsidRDefault="00000000">
            <w:r>
              <w:rPr>
                <w:sz w:val="18"/>
              </w:rPr>
              <w:t>Clear use of several tools</w:t>
            </w:r>
          </w:p>
        </w:tc>
        <w:tc>
          <w:tcPr>
            <w:tcW w:w="2131" w:type="dxa"/>
            <w:vAlign w:val="center"/>
          </w:tcPr>
          <w:p w14:paraId="1154E707" w14:textId="77777777" w:rsidR="00033D6A" w:rsidRDefault="00000000">
            <w:r>
              <w:rPr>
                <w:sz w:val="18"/>
              </w:rPr>
              <w:t>Confident and creative use of tools</w:t>
            </w:r>
          </w:p>
        </w:tc>
      </w:tr>
      <w:tr w:rsidR="00033D6A" w14:paraId="2379B280" w14:textId="77777777">
        <w:trPr>
          <w:jc w:val="center"/>
        </w:trPr>
        <w:tc>
          <w:tcPr>
            <w:tcW w:w="2131" w:type="dxa"/>
            <w:vAlign w:val="center"/>
          </w:tcPr>
          <w:p w14:paraId="1DE3036E" w14:textId="77777777" w:rsidR="00033D6A" w:rsidRDefault="00000000">
            <w:r>
              <w:rPr>
                <w:b/>
                <w:sz w:val="18"/>
              </w:rPr>
              <w:t>Rhythm and groove</w:t>
            </w:r>
          </w:p>
        </w:tc>
        <w:tc>
          <w:tcPr>
            <w:tcW w:w="2131" w:type="dxa"/>
            <w:vAlign w:val="center"/>
          </w:tcPr>
          <w:p w14:paraId="29074BC2" w14:textId="77777777" w:rsidR="00033D6A" w:rsidRDefault="00000000">
            <w:r>
              <w:rPr>
                <w:sz w:val="18"/>
              </w:rPr>
              <w:t>Basic or incomplete</w:t>
            </w:r>
          </w:p>
        </w:tc>
        <w:tc>
          <w:tcPr>
            <w:tcW w:w="2131" w:type="dxa"/>
            <w:vAlign w:val="center"/>
          </w:tcPr>
          <w:p w14:paraId="17F22AAE" w14:textId="77777777" w:rsidR="00033D6A" w:rsidRDefault="00000000">
            <w:r>
              <w:rPr>
                <w:sz w:val="18"/>
              </w:rPr>
              <w:t>Some rhythmic control</w:t>
            </w:r>
          </w:p>
        </w:tc>
        <w:tc>
          <w:tcPr>
            <w:tcW w:w="2131" w:type="dxa"/>
            <w:vAlign w:val="center"/>
          </w:tcPr>
          <w:p w14:paraId="405C2532" w14:textId="77777777" w:rsidR="00033D6A" w:rsidRDefault="00000000">
            <w:r>
              <w:rPr>
                <w:sz w:val="18"/>
              </w:rPr>
              <w:t>Effective rhythm and bass</w:t>
            </w:r>
          </w:p>
        </w:tc>
        <w:tc>
          <w:tcPr>
            <w:tcW w:w="2131" w:type="dxa"/>
            <w:vAlign w:val="center"/>
          </w:tcPr>
          <w:p w14:paraId="2A0BD867" w14:textId="77777777" w:rsidR="00033D6A" w:rsidRDefault="00000000">
            <w:r>
              <w:rPr>
                <w:sz w:val="18"/>
              </w:rPr>
              <w:t>Strong stylistic groove</w:t>
            </w:r>
          </w:p>
        </w:tc>
      </w:tr>
      <w:tr w:rsidR="00033D6A" w14:paraId="58146914" w14:textId="77777777">
        <w:trPr>
          <w:jc w:val="center"/>
        </w:trPr>
        <w:tc>
          <w:tcPr>
            <w:tcW w:w="2131" w:type="dxa"/>
            <w:vAlign w:val="center"/>
          </w:tcPr>
          <w:p w14:paraId="0EC18C21" w14:textId="77777777" w:rsidR="00033D6A" w:rsidRDefault="00000000">
            <w:r>
              <w:rPr>
                <w:b/>
                <w:sz w:val="18"/>
              </w:rPr>
              <w:t>Musical layers</w:t>
            </w:r>
          </w:p>
        </w:tc>
        <w:tc>
          <w:tcPr>
            <w:tcW w:w="2131" w:type="dxa"/>
            <w:vAlign w:val="center"/>
          </w:tcPr>
          <w:p w14:paraId="3229873C" w14:textId="77777777" w:rsidR="00033D6A" w:rsidRDefault="00000000">
            <w:r>
              <w:rPr>
                <w:sz w:val="18"/>
              </w:rPr>
              <w:t>Few layers</w:t>
            </w:r>
          </w:p>
        </w:tc>
        <w:tc>
          <w:tcPr>
            <w:tcW w:w="2131" w:type="dxa"/>
            <w:vAlign w:val="center"/>
          </w:tcPr>
          <w:p w14:paraId="7E35D9F1" w14:textId="77777777" w:rsidR="00033D6A" w:rsidRDefault="00000000">
            <w:r>
              <w:rPr>
                <w:sz w:val="18"/>
              </w:rPr>
              <w:t>Some layering</w:t>
            </w:r>
          </w:p>
        </w:tc>
        <w:tc>
          <w:tcPr>
            <w:tcW w:w="2131" w:type="dxa"/>
            <w:vAlign w:val="center"/>
          </w:tcPr>
          <w:p w14:paraId="72F6E7E3" w14:textId="77777777" w:rsidR="00033D6A" w:rsidRDefault="00000000">
            <w:r>
              <w:rPr>
                <w:sz w:val="18"/>
              </w:rPr>
              <w:t>Clear drums, bass, chords and melody</w:t>
            </w:r>
          </w:p>
        </w:tc>
        <w:tc>
          <w:tcPr>
            <w:tcW w:w="2131" w:type="dxa"/>
            <w:vAlign w:val="center"/>
          </w:tcPr>
          <w:p w14:paraId="052ADAB1" w14:textId="77777777" w:rsidR="00033D6A" w:rsidRDefault="00000000">
            <w:r>
              <w:rPr>
                <w:sz w:val="18"/>
              </w:rPr>
              <w:t>Well-balanced and purposeful layers</w:t>
            </w:r>
          </w:p>
        </w:tc>
      </w:tr>
      <w:tr w:rsidR="00033D6A" w14:paraId="20DB391F" w14:textId="77777777">
        <w:trPr>
          <w:jc w:val="center"/>
        </w:trPr>
        <w:tc>
          <w:tcPr>
            <w:tcW w:w="2131" w:type="dxa"/>
            <w:vAlign w:val="center"/>
          </w:tcPr>
          <w:p w14:paraId="2210079F" w14:textId="77777777" w:rsidR="00033D6A" w:rsidRDefault="00000000">
            <w:r>
              <w:rPr>
                <w:b/>
                <w:sz w:val="18"/>
              </w:rPr>
              <w:t>Structure</w:t>
            </w:r>
          </w:p>
        </w:tc>
        <w:tc>
          <w:tcPr>
            <w:tcW w:w="2131" w:type="dxa"/>
            <w:vAlign w:val="center"/>
          </w:tcPr>
          <w:p w14:paraId="5C01330E" w14:textId="77777777" w:rsidR="00033D6A" w:rsidRDefault="00000000">
            <w:r>
              <w:rPr>
                <w:sz w:val="18"/>
              </w:rPr>
              <w:t>Little sense of structure</w:t>
            </w:r>
          </w:p>
        </w:tc>
        <w:tc>
          <w:tcPr>
            <w:tcW w:w="2131" w:type="dxa"/>
            <w:vAlign w:val="center"/>
          </w:tcPr>
          <w:p w14:paraId="35108730" w14:textId="77777777" w:rsidR="00033D6A" w:rsidRDefault="00000000">
            <w:r>
              <w:rPr>
                <w:sz w:val="18"/>
              </w:rPr>
              <w:t>Some sections</w:t>
            </w:r>
          </w:p>
        </w:tc>
        <w:tc>
          <w:tcPr>
            <w:tcW w:w="2131" w:type="dxa"/>
            <w:vAlign w:val="center"/>
          </w:tcPr>
          <w:p w14:paraId="561F13E1" w14:textId="77777777" w:rsidR="00033D6A" w:rsidRDefault="00000000">
            <w:r>
              <w:rPr>
                <w:sz w:val="18"/>
              </w:rPr>
              <w:t>Clear intro, main section and ending</w:t>
            </w:r>
          </w:p>
        </w:tc>
        <w:tc>
          <w:tcPr>
            <w:tcW w:w="2131" w:type="dxa"/>
            <w:vAlign w:val="center"/>
          </w:tcPr>
          <w:p w14:paraId="014A779B" w14:textId="77777777" w:rsidR="00033D6A" w:rsidRDefault="00000000">
            <w:r>
              <w:rPr>
                <w:sz w:val="18"/>
              </w:rPr>
              <w:t>Effective build-up, contrast and ending</w:t>
            </w:r>
          </w:p>
        </w:tc>
      </w:tr>
      <w:tr w:rsidR="00033D6A" w14:paraId="17E718A7" w14:textId="77777777">
        <w:trPr>
          <w:jc w:val="center"/>
        </w:trPr>
        <w:tc>
          <w:tcPr>
            <w:tcW w:w="2131" w:type="dxa"/>
            <w:vAlign w:val="center"/>
          </w:tcPr>
          <w:p w14:paraId="152B1C81" w14:textId="77777777" w:rsidR="00033D6A" w:rsidRDefault="00000000">
            <w:r>
              <w:rPr>
                <w:b/>
                <w:sz w:val="18"/>
              </w:rPr>
              <w:t>Editing and effects</w:t>
            </w:r>
          </w:p>
        </w:tc>
        <w:tc>
          <w:tcPr>
            <w:tcW w:w="2131" w:type="dxa"/>
            <w:vAlign w:val="center"/>
          </w:tcPr>
          <w:p w14:paraId="31F12F5C" w14:textId="77777777" w:rsidR="00033D6A" w:rsidRDefault="00000000">
            <w:r>
              <w:rPr>
                <w:sz w:val="18"/>
              </w:rPr>
              <w:t>Minimal editing</w:t>
            </w:r>
          </w:p>
        </w:tc>
        <w:tc>
          <w:tcPr>
            <w:tcW w:w="2131" w:type="dxa"/>
            <w:vAlign w:val="center"/>
          </w:tcPr>
          <w:p w14:paraId="0CB297E2" w14:textId="77777777" w:rsidR="00033D6A" w:rsidRDefault="00000000">
            <w:r>
              <w:rPr>
                <w:sz w:val="18"/>
              </w:rPr>
              <w:t>Some changes made</w:t>
            </w:r>
          </w:p>
        </w:tc>
        <w:tc>
          <w:tcPr>
            <w:tcW w:w="2131" w:type="dxa"/>
            <w:vAlign w:val="center"/>
          </w:tcPr>
          <w:p w14:paraId="3A795E74" w14:textId="77777777" w:rsidR="00033D6A" w:rsidRDefault="00000000">
            <w:r>
              <w:rPr>
                <w:sz w:val="18"/>
              </w:rPr>
              <w:t>Effects/editing improve the track</w:t>
            </w:r>
          </w:p>
        </w:tc>
        <w:tc>
          <w:tcPr>
            <w:tcW w:w="2131" w:type="dxa"/>
            <w:vAlign w:val="center"/>
          </w:tcPr>
          <w:p w14:paraId="5D2963D0" w14:textId="77777777" w:rsidR="00033D6A" w:rsidRDefault="00000000">
            <w:r>
              <w:rPr>
                <w:sz w:val="18"/>
              </w:rPr>
              <w:t>Effects/editing used creatively</w:t>
            </w:r>
          </w:p>
        </w:tc>
      </w:tr>
      <w:tr w:rsidR="00033D6A" w14:paraId="25875889" w14:textId="77777777">
        <w:trPr>
          <w:jc w:val="center"/>
        </w:trPr>
        <w:tc>
          <w:tcPr>
            <w:tcW w:w="2131" w:type="dxa"/>
            <w:vAlign w:val="center"/>
          </w:tcPr>
          <w:p w14:paraId="17A97C56" w14:textId="77777777" w:rsidR="00033D6A" w:rsidRDefault="00000000">
            <w:r>
              <w:rPr>
                <w:b/>
                <w:sz w:val="18"/>
              </w:rPr>
              <w:t>Reflection</w:t>
            </w:r>
          </w:p>
        </w:tc>
        <w:tc>
          <w:tcPr>
            <w:tcW w:w="2131" w:type="dxa"/>
            <w:vAlign w:val="center"/>
          </w:tcPr>
          <w:p w14:paraId="5C13B586" w14:textId="77777777" w:rsidR="00033D6A" w:rsidRDefault="00000000">
            <w:r>
              <w:rPr>
                <w:sz w:val="18"/>
              </w:rPr>
              <w:t>Very brief</w:t>
            </w:r>
          </w:p>
        </w:tc>
        <w:tc>
          <w:tcPr>
            <w:tcW w:w="2131" w:type="dxa"/>
            <w:vAlign w:val="center"/>
          </w:tcPr>
          <w:p w14:paraId="7B27BE0D" w14:textId="77777777" w:rsidR="00033D6A" w:rsidRDefault="00000000">
            <w:r>
              <w:rPr>
                <w:sz w:val="18"/>
              </w:rPr>
              <w:t>Some description</w:t>
            </w:r>
          </w:p>
        </w:tc>
        <w:tc>
          <w:tcPr>
            <w:tcW w:w="2131" w:type="dxa"/>
            <w:vAlign w:val="center"/>
          </w:tcPr>
          <w:p w14:paraId="3EB2F9E6" w14:textId="77777777" w:rsidR="00033D6A" w:rsidRDefault="00000000">
            <w:r>
              <w:rPr>
                <w:sz w:val="18"/>
              </w:rPr>
              <w:t>Clear explanation of skills and improvements</w:t>
            </w:r>
          </w:p>
        </w:tc>
        <w:tc>
          <w:tcPr>
            <w:tcW w:w="2131" w:type="dxa"/>
            <w:vAlign w:val="center"/>
          </w:tcPr>
          <w:p w14:paraId="7329CC16" w14:textId="77777777" w:rsidR="00033D6A" w:rsidRDefault="00000000">
            <w:r>
              <w:rPr>
                <w:sz w:val="18"/>
              </w:rPr>
              <w:t>Detailed reflection using music vocabulary</w:t>
            </w:r>
          </w:p>
        </w:tc>
      </w:tr>
    </w:tbl>
    <w:p w14:paraId="545C5304" w14:textId="77777777" w:rsidR="00033D6A" w:rsidRDefault="00000000">
      <w:pPr>
        <w:spacing w:after="120"/>
      </w:pPr>
      <w:r>
        <w:br w:type="page"/>
      </w:r>
    </w:p>
    <w:p w14:paraId="74E992B9" w14:textId="77777777" w:rsidR="00033D6A" w:rsidRDefault="00000000">
      <w:pPr>
        <w:pStyle w:val="Heading1"/>
        <w:spacing w:after="120"/>
      </w:pPr>
      <w:r>
        <w:rPr>
          <w:rFonts w:ascii="Arial" w:eastAsia="Arial" w:hAnsi="Arial"/>
        </w:rPr>
        <w:lastRenderedPageBreak/>
        <w:t>Submission Instructions</w:t>
      </w:r>
    </w:p>
    <w:p w14:paraId="3FAEADFB" w14:textId="77777777" w:rsidR="00033D6A" w:rsidRDefault="00000000">
      <w:pPr>
        <w:spacing w:after="120"/>
      </w:pPr>
      <w:r>
        <w:t>In your first Music lesson in September, you should be ready to submit:</w:t>
      </w:r>
    </w:p>
    <w:p w14:paraId="2B5549E1" w14:textId="77777777" w:rsidR="00033D6A" w:rsidRDefault="00000000">
      <w:pPr>
        <w:pStyle w:val="ListBullet"/>
        <w:spacing w:after="40"/>
      </w:pPr>
      <w:r>
        <w:t>☐ Your completed Soundtrap project</w:t>
      </w:r>
    </w:p>
    <w:p w14:paraId="02001276" w14:textId="77777777" w:rsidR="00033D6A" w:rsidRDefault="00000000">
      <w:pPr>
        <w:pStyle w:val="ListBullet"/>
        <w:spacing w:after="40"/>
      </w:pPr>
      <w:r>
        <w:t>☐ Your final reflection</w:t>
      </w:r>
    </w:p>
    <w:p w14:paraId="57D0E48D" w14:textId="77777777" w:rsidR="00033D6A" w:rsidRDefault="00000000">
      <w:pPr>
        <w:pStyle w:val="ListBullet"/>
        <w:spacing w:after="40"/>
      </w:pPr>
      <w:r>
        <w:t>☐ Your self-assessment checklist</w:t>
      </w:r>
    </w:p>
    <w:p w14:paraId="03DCCB19" w14:textId="6C361127" w:rsidR="00033D6A" w:rsidRDefault="00000000">
      <w:pPr>
        <w:spacing w:after="120"/>
      </w:pPr>
      <w:r>
        <w:rPr>
          <w:b/>
        </w:rPr>
        <w:t xml:space="preserve">Project title format: </w:t>
      </w:r>
      <w:r>
        <w:t xml:space="preserve">BTEC Transition - Your Name - Summer </w:t>
      </w:r>
      <w:r w:rsidR="00171D24">
        <w:t>Transition Work</w:t>
      </w:r>
    </w:p>
    <w:p w14:paraId="48682857" w14:textId="77777777" w:rsidR="00033D6A" w:rsidRDefault="00000000">
      <w:pPr>
        <w:pStyle w:val="Heading1"/>
        <w:spacing w:after="120"/>
      </w:pPr>
      <w:r>
        <w:rPr>
          <w:rFonts w:ascii="Arial" w:eastAsia="Arial" w:hAnsi="Arial"/>
        </w:rPr>
        <w:t>Extension Tasks</w:t>
      </w:r>
    </w:p>
    <w:p w14:paraId="5EE07C87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Extension 1: Record audio</w:t>
      </w:r>
    </w:p>
    <w:p w14:paraId="65162899" w14:textId="77777777" w:rsidR="00033D6A" w:rsidRDefault="00000000">
      <w:pPr>
        <w:spacing w:after="120"/>
      </w:pPr>
      <w:r>
        <w:t>Record your own voice, instrument or found sound and include it in your track.</w:t>
      </w:r>
    </w:p>
    <w:p w14:paraId="1E206275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Extension 2: Create a remix</w:t>
      </w:r>
    </w:p>
    <w:p w14:paraId="5B6DD30E" w14:textId="77777777" w:rsidR="00033D6A" w:rsidRDefault="00000000">
      <w:pPr>
        <w:spacing w:after="120"/>
      </w:pPr>
      <w:r>
        <w:t>Take one section of your track and create a remixed version by changing the tempo, instruments, rhythm or effects.</w:t>
      </w:r>
    </w:p>
    <w:p w14:paraId="1F46B4E7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Extension 3: Create a film/game cue</w:t>
      </w:r>
    </w:p>
    <w:p w14:paraId="7696BC36" w14:textId="77777777" w:rsidR="00033D6A" w:rsidRDefault="00000000">
      <w:pPr>
        <w:spacing w:after="120"/>
      </w:pPr>
      <w:r>
        <w:t>Create a short track for a chase scene, sad moment, celebration, mystery scene or final boss battle.</w:t>
      </w:r>
    </w:p>
    <w:p w14:paraId="0FBF4999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Extension 4: Write a production log</w:t>
      </w:r>
    </w:p>
    <w:p w14:paraId="38772E4D" w14:textId="77777777" w:rsidR="00033D6A" w:rsidRDefault="00000000">
      <w:pPr>
        <w:spacing w:after="120"/>
      </w:pPr>
      <w:r>
        <w:t>Keep a short diary of what you worked on each time you opened Soundtrap.</w:t>
      </w:r>
    </w:p>
    <w:p w14:paraId="4F3810E5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Production Log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661"/>
        <w:gridCol w:w="2662"/>
        <w:gridCol w:w="2662"/>
        <w:gridCol w:w="2661"/>
      </w:tblGrid>
      <w:tr w:rsidR="00033D6A" w14:paraId="1B1780B4" w14:textId="77777777">
        <w:trPr>
          <w:jc w:val="center"/>
        </w:trPr>
        <w:tc>
          <w:tcPr>
            <w:tcW w:w="2664" w:type="dxa"/>
            <w:shd w:val="clear" w:color="auto" w:fill="D9EAF7"/>
            <w:vAlign w:val="center"/>
          </w:tcPr>
          <w:p w14:paraId="34ED01A0" w14:textId="77777777" w:rsidR="00033D6A" w:rsidRDefault="00000000">
            <w:r>
              <w:rPr>
                <w:b/>
                <w:sz w:val="18"/>
              </w:rPr>
              <w:t>Date</w:t>
            </w:r>
          </w:p>
        </w:tc>
        <w:tc>
          <w:tcPr>
            <w:tcW w:w="2664" w:type="dxa"/>
            <w:shd w:val="clear" w:color="auto" w:fill="D9EAF7"/>
            <w:vAlign w:val="center"/>
          </w:tcPr>
          <w:p w14:paraId="03642834" w14:textId="77777777" w:rsidR="00033D6A" w:rsidRDefault="00000000">
            <w:r>
              <w:rPr>
                <w:b/>
                <w:sz w:val="18"/>
              </w:rPr>
              <w:t>What I worked on</w:t>
            </w:r>
          </w:p>
        </w:tc>
        <w:tc>
          <w:tcPr>
            <w:tcW w:w="2664" w:type="dxa"/>
            <w:shd w:val="clear" w:color="auto" w:fill="D9EAF7"/>
            <w:vAlign w:val="center"/>
          </w:tcPr>
          <w:p w14:paraId="3466F489" w14:textId="77777777" w:rsidR="00033D6A" w:rsidRDefault="00000000">
            <w:r>
              <w:rPr>
                <w:b/>
                <w:sz w:val="18"/>
              </w:rPr>
              <w:t>What I changed</w:t>
            </w:r>
          </w:p>
        </w:tc>
        <w:tc>
          <w:tcPr>
            <w:tcW w:w="2664" w:type="dxa"/>
            <w:shd w:val="clear" w:color="auto" w:fill="D9EAF7"/>
            <w:vAlign w:val="center"/>
          </w:tcPr>
          <w:p w14:paraId="6CBFF499" w14:textId="77777777" w:rsidR="00033D6A" w:rsidRDefault="00000000">
            <w:r>
              <w:rPr>
                <w:b/>
                <w:sz w:val="18"/>
              </w:rPr>
              <w:t>Next step</w:t>
            </w:r>
          </w:p>
        </w:tc>
      </w:tr>
      <w:tr w:rsidR="00033D6A" w14:paraId="48F87C70" w14:textId="77777777">
        <w:trPr>
          <w:jc w:val="center"/>
        </w:trPr>
        <w:tc>
          <w:tcPr>
            <w:tcW w:w="2664" w:type="dxa"/>
            <w:vAlign w:val="center"/>
          </w:tcPr>
          <w:p w14:paraId="6FB13B40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7D3AF97C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5A821856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4BEC72AF" w14:textId="77777777" w:rsidR="00033D6A" w:rsidRDefault="00000000">
            <w:r>
              <w:br/>
            </w:r>
          </w:p>
        </w:tc>
      </w:tr>
      <w:tr w:rsidR="00033D6A" w14:paraId="625C825A" w14:textId="77777777">
        <w:trPr>
          <w:jc w:val="center"/>
        </w:trPr>
        <w:tc>
          <w:tcPr>
            <w:tcW w:w="2664" w:type="dxa"/>
            <w:vAlign w:val="center"/>
          </w:tcPr>
          <w:p w14:paraId="7FCABEDB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2008E686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10806C0A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29BD6871" w14:textId="77777777" w:rsidR="00033D6A" w:rsidRDefault="00000000">
            <w:r>
              <w:br/>
            </w:r>
          </w:p>
        </w:tc>
      </w:tr>
      <w:tr w:rsidR="00033D6A" w14:paraId="68EED43B" w14:textId="77777777">
        <w:trPr>
          <w:jc w:val="center"/>
        </w:trPr>
        <w:tc>
          <w:tcPr>
            <w:tcW w:w="2664" w:type="dxa"/>
            <w:vAlign w:val="center"/>
          </w:tcPr>
          <w:p w14:paraId="1201A598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643A6519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2F4568B8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14CF1F42" w14:textId="77777777" w:rsidR="00033D6A" w:rsidRDefault="00000000">
            <w:r>
              <w:br/>
            </w:r>
          </w:p>
        </w:tc>
      </w:tr>
      <w:tr w:rsidR="00033D6A" w14:paraId="6099B129" w14:textId="77777777">
        <w:trPr>
          <w:jc w:val="center"/>
        </w:trPr>
        <w:tc>
          <w:tcPr>
            <w:tcW w:w="2664" w:type="dxa"/>
            <w:vAlign w:val="center"/>
          </w:tcPr>
          <w:p w14:paraId="2D50D08C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105D6108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69601F09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27937FC7" w14:textId="77777777" w:rsidR="00033D6A" w:rsidRDefault="00000000">
            <w:r>
              <w:br/>
            </w:r>
          </w:p>
        </w:tc>
      </w:tr>
      <w:tr w:rsidR="00033D6A" w14:paraId="0EA39D35" w14:textId="77777777">
        <w:trPr>
          <w:jc w:val="center"/>
        </w:trPr>
        <w:tc>
          <w:tcPr>
            <w:tcW w:w="2664" w:type="dxa"/>
            <w:vAlign w:val="center"/>
          </w:tcPr>
          <w:p w14:paraId="032E50C2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22DCD44E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0CC9862A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2A2CAADD" w14:textId="77777777" w:rsidR="00033D6A" w:rsidRDefault="00000000">
            <w:r>
              <w:br/>
            </w:r>
          </w:p>
        </w:tc>
      </w:tr>
      <w:tr w:rsidR="00033D6A" w14:paraId="1F33A290" w14:textId="77777777">
        <w:trPr>
          <w:jc w:val="center"/>
        </w:trPr>
        <w:tc>
          <w:tcPr>
            <w:tcW w:w="2664" w:type="dxa"/>
            <w:vAlign w:val="center"/>
          </w:tcPr>
          <w:p w14:paraId="35D2A138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6C7FA633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7817EFF4" w14:textId="77777777" w:rsidR="00033D6A" w:rsidRDefault="00000000">
            <w:r>
              <w:br/>
            </w:r>
          </w:p>
        </w:tc>
        <w:tc>
          <w:tcPr>
            <w:tcW w:w="2664" w:type="dxa"/>
            <w:vAlign w:val="center"/>
          </w:tcPr>
          <w:p w14:paraId="495D668A" w14:textId="77777777" w:rsidR="00033D6A" w:rsidRDefault="00000000">
            <w:r>
              <w:br/>
            </w:r>
          </w:p>
        </w:tc>
      </w:tr>
    </w:tbl>
    <w:p w14:paraId="1AF02D68" w14:textId="77777777" w:rsidR="00033D6A" w:rsidRDefault="00000000">
      <w:pPr>
        <w:spacing w:after="120"/>
      </w:pPr>
      <w:r>
        <w:br w:type="page"/>
      </w:r>
    </w:p>
    <w:p w14:paraId="2E1932D3" w14:textId="77777777" w:rsidR="007E49AC" w:rsidRDefault="007E49AC">
      <w:pPr>
        <w:pStyle w:val="Heading1"/>
        <w:spacing w:after="120"/>
        <w:rPr>
          <w:rFonts w:ascii="Arial" w:eastAsia="Arial" w:hAnsi="Arial"/>
        </w:rPr>
      </w:pPr>
    </w:p>
    <w:p w14:paraId="0B0AA003" w14:textId="70600127" w:rsidR="00033D6A" w:rsidRDefault="00000000">
      <w:pPr>
        <w:pStyle w:val="Heading1"/>
        <w:spacing w:after="120"/>
      </w:pPr>
      <w:r>
        <w:rPr>
          <w:rFonts w:ascii="Arial" w:eastAsia="Arial" w:hAnsi="Arial"/>
        </w:rPr>
        <w:t>Useful Sentence Starters</w:t>
      </w:r>
    </w:p>
    <w:p w14:paraId="31A95388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Describing my track</w:t>
      </w:r>
    </w:p>
    <w:p w14:paraId="47F643F9" w14:textId="77777777" w:rsidR="00033D6A" w:rsidRDefault="00000000">
      <w:pPr>
        <w:pStyle w:val="ListBullet"/>
        <w:spacing w:after="120"/>
      </w:pPr>
      <w:r>
        <w:t>My track is in the style of...</w:t>
      </w:r>
    </w:p>
    <w:p w14:paraId="4D9A90CE" w14:textId="77777777" w:rsidR="00033D6A" w:rsidRDefault="00000000">
      <w:pPr>
        <w:pStyle w:val="ListBullet"/>
        <w:spacing w:after="120"/>
      </w:pPr>
      <w:r>
        <w:t>I wanted to create a mood of...</w:t>
      </w:r>
    </w:p>
    <w:p w14:paraId="3DB21783" w14:textId="77777777" w:rsidR="00033D6A" w:rsidRDefault="00000000">
      <w:pPr>
        <w:pStyle w:val="ListBullet"/>
        <w:spacing w:after="120"/>
      </w:pPr>
      <w:r>
        <w:t>The main musical features of my track are...</w:t>
      </w:r>
    </w:p>
    <w:p w14:paraId="743CCCE9" w14:textId="77777777" w:rsidR="00033D6A" w:rsidRDefault="00000000">
      <w:pPr>
        <w:pStyle w:val="ListBullet"/>
        <w:spacing w:after="120"/>
      </w:pPr>
      <w:r>
        <w:t>I used drums, bass and chords to...</w:t>
      </w:r>
    </w:p>
    <w:p w14:paraId="5B8DFC0E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Explaining Soundtrap skills</w:t>
      </w:r>
    </w:p>
    <w:p w14:paraId="710B9733" w14:textId="77777777" w:rsidR="00033D6A" w:rsidRDefault="00000000">
      <w:pPr>
        <w:pStyle w:val="ListBullet"/>
        <w:spacing w:after="120"/>
      </w:pPr>
      <w:r>
        <w:t>I used Soundtrap to...</w:t>
      </w:r>
    </w:p>
    <w:p w14:paraId="64B471DE" w14:textId="77777777" w:rsidR="00033D6A" w:rsidRDefault="00000000">
      <w:pPr>
        <w:pStyle w:val="ListBullet"/>
        <w:spacing w:after="120"/>
      </w:pPr>
      <w:r>
        <w:t>I created my drum part by...</w:t>
      </w:r>
    </w:p>
    <w:p w14:paraId="798132AD" w14:textId="77777777" w:rsidR="00033D6A" w:rsidRDefault="00000000">
      <w:pPr>
        <w:pStyle w:val="ListBullet"/>
        <w:spacing w:after="120"/>
      </w:pPr>
      <w:r>
        <w:t>I edited my track by...</w:t>
      </w:r>
    </w:p>
    <w:p w14:paraId="6C821FAA" w14:textId="77777777" w:rsidR="00033D6A" w:rsidRDefault="00000000">
      <w:pPr>
        <w:pStyle w:val="ListBullet"/>
        <w:spacing w:after="120"/>
      </w:pPr>
      <w:r>
        <w:t>I used effects such as...</w:t>
      </w:r>
    </w:p>
    <w:p w14:paraId="5705B0AC" w14:textId="77777777" w:rsidR="00033D6A" w:rsidRDefault="00000000">
      <w:pPr>
        <w:pStyle w:val="ListBullet"/>
        <w:spacing w:after="120"/>
      </w:pPr>
      <w:r>
        <w:t>I balanced the mix by...</w:t>
      </w:r>
    </w:p>
    <w:p w14:paraId="10579054" w14:textId="77777777" w:rsidR="00033D6A" w:rsidRDefault="00000000">
      <w:pPr>
        <w:pStyle w:val="Heading2"/>
        <w:spacing w:after="120"/>
      </w:pPr>
      <w:r>
        <w:rPr>
          <w:rFonts w:ascii="Arial" w:eastAsia="Arial" w:hAnsi="Arial"/>
        </w:rPr>
        <w:t>Reflecting on progress</w:t>
      </w:r>
    </w:p>
    <w:p w14:paraId="0A4891D4" w14:textId="77777777" w:rsidR="00033D6A" w:rsidRDefault="00000000">
      <w:pPr>
        <w:pStyle w:val="ListBullet"/>
        <w:spacing w:after="120"/>
      </w:pPr>
      <w:r>
        <w:t>At first, I found it difficult to...</w:t>
      </w:r>
    </w:p>
    <w:p w14:paraId="1D0F250B" w14:textId="77777777" w:rsidR="00033D6A" w:rsidRDefault="00000000">
      <w:pPr>
        <w:pStyle w:val="ListBullet"/>
        <w:spacing w:after="120"/>
      </w:pPr>
      <w:r>
        <w:t>I improved my work by...</w:t>
      </w:r>
    </w:p>
    <w:p w14:paraId="690CE538" w14:textId="77777777" w:rsidR="00033D6A" w:rsidRDefault="00000000">
      <w:pPr>
        <w:pStyle w:val="ListBullet"/>
        <w:spacing w:after="120"/>
      </w:pPr>
      <w:r>
        <w:t>One strength of my final track is...</w:t>
      </w:r>
    </w:p>
    <w:p w14:paraId="2EC28776" w14:textId="77777777" w:rsidR="00033D6A" w:rsidRDefault="00000000">
      <w:pPr>
        <w:pStyle w:val="ListBullet"/>
        <w:spacing w:after="120"/>
      </w:pPr>
      <w:r>
        <w:t>Next time, I would improve...</w:t>
      </w:r>
    </w:p>
    <w:p w14:paraId="77D385D7" w14:textId="77777777" w:rsidR="00033D6A" w:rsidRDefault="00000000">
      <w:pPr>
        <w:pStyle w:val="ListBullet"/>
        <w:spacing w:after="120"/>
      </w:pPr>
      <w:r>
        <w:t>This will help me in BTEC because...</w:t>
      </w:r>
    </w:p>
    <w:p w14:paraId="08C2905B" w14:textId="77777777" w:rsidR="00033D6A" w:rsidRDefault="00000000">
      <w:pPr>
        <w:pStyle w:val="Heading1"/>
        <w:spacing w:after="120"/>
      </w:pPr>
      <w:r>
        <w:rPr>
          <w:rFonts w:ascii="Arial" w:eastAsia="Arial" w:hAnsi="Arial"/>
        </w:rPr>
        <w:t>BTEC Preparation Vocabulary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23"/>
        <w:gridCol w:w="5323"/>
      </w:tblGrid>
      <w:tr w:rsidR="00033D6A" w14:paraId="01A87F19" w14:textId="77777777">
        <w:trPr>
          <w:tblHeader/>
          <w:jc w:val="center"/>
        </w:trPr>
        <w:tc>
          <w:tcPr>
            <w:tcW w:w="5328" w:type="dxa"/>
            <w:shd w:val="clear" w:color="auto" w:fill="D9EAF7"/>
            <w:vAlign w:val="center"/>
          </w:tcPr>
          <w:p w14:paraId="2B28A14A" w14:textId="77777777" w:rsidR="00033D6A" w:rsidRDefault="00000000">
            <w:r>
              <w:rPr>
                <w:b/>
                <w:sz w:val="18"/>
              </w:rPr>
              <w:t>Keyword</w:t>
            </w:r>
          </w:p>
        </w:tc>
        <w:tc>
          <w:tcPr>
            <w:tcW w:w="5328" w:type="dxa"/>
            <w:shd w:val="clear" w:color="auto" w:fill="D9EAF7"/>
            <w:vAlign w:val="center"/>
          </w:tcPr>
          <w:p w14:paraId="50C0707E" w14:textId="77777777" w:rsidR="00033D6A" w:rsidRDefault="00000000">
            <w:r>
              <w:rPr>
                <w:b/>
                <w:sz w:val="18"/>
              </w:rPr>
              <w:t>Meaning</w:t>
            </w:r>
          </w:p>
        </w:tc>
      </w:tr>
      <w:tr w:rsidR="00033D6A" w14:paraId="5A727DD9" w14:textId="77777777">
        <w:trPr>
          <w:jc w:val="center"/>
        </w:trPr>
        <w:tc>
          <w:tcPr>
            <w:tcW w:w="5328" w:type="dxa"/>
            <w:vAlign w:val="center"/>
          </w:tcPr>
          <w:p w14:paraId="38209615" w14:textId="77777777" w:rsidR="00033D6A" w:rsidRDefault="00000000">
            <w:r>
              <w:rPr>
                <w:b/>
                <w:sz w:val="18"/>
              </w:rPr>
              <w:t>Skill development</w:t>
            </w:r>
          </w:p>
        </w:tc>
        <w:tc>
          <w:tcPr>
            <w:tcW w:w="5328" w:type="dxa"/>
            <w:vAlign w:val="center"/>
          </w:tcPr>
          <w:p w14:paraId="552A7FB7" w14:textId="77777777" w:rsidR="00033D6A" w:rsidRDefault="00000000">
            <w:r>
              <w:rPr>
                <w:sz w:val="18"/>
              </w:rPr>
              <w:t>Improving a practical music skill over time</w:t>
            </w:r>
          </w:p>
        </w:tc>
      </w:tr>
      <w:tr w:rsidR="00033D6A" w14:paraId="2AF531D6" w14:textId="77777777">
        <w:trPr>
          <w:jc w:val="center"/>
        </w:trPr>
        <w:tc>
          <w:tcPr>
            <w:tcW w:w="5328" w:type="dxa"/>
            <w:vAlign w:val="center"/>
          </w:tcPr>
          <w:p w14:paraId="7552DD06" w14:textId="77777777" w:rsidR="00033D6A" w:rsidRDefault="00000000">
            <w:r>
              <w:rPr>
                <w:b/>
                <w:sz w:val="18"/>
              </w:rPr>
              <w:t>Creative intention</w:t>
            </w:r>
          </w:p>
        </w:tc>
        <w:tc>
          <w:tcPr>
            <w:tcW w:w="5328" w:type="dxa"/>
            <w:vAlign w:val="center"/>
          </w:tcPr>
          <w:p w14:paraId="06F61E4D" w14:textId="77777777" w:rsidR="00033D6A" w:rsidRDefault="00000000">
            <w:r>
              <w:rPr>
                <w:sz w:val="18"/>
              </w:rPr>
              <w:t>What you want your music to sound or feel like</w:t>
            </w:r>
          </w:p>
        </w:tc>
      </w:tr>
      <w:tr w:rsidR="00033D6A" w14:paraId="45ADEBC7" w14:textId="77777777">
        <w:trPr>
          <w:jc w:val="center"/>
        </w:trPr>
        <w:tc>
          <w:tcPr>
            <w:tcW w:w="5328" w:type="dxa"/>
            <w:vAlign w:val="center"/>
          </w:tcPr>
          <w:p w14:paraId="1B85AB9F" w14:textId="77777777" w:rsidR="00033D6A" w:rsidRDefault="00000000">
            <w:r>
              <w:rPr>
                <w:b/>
                <w:sz w:val="18"/>
              </w:rPr>
              <w:t>Musical outcome</w:t>
            </w:r>
          </w:p>
        </w:tc>
        <w:tc>
          <w:tcPr>
            <w:tcW w:w="5328" w:type="dxa"/>
            <w:vAlign w:val="center"/>
          </w:tcPr>
          <w:p w14:paraId="7215B42C" w14:textId="77777777" w:rsidR="00033D6A" w:rsidRDefault="00000000">
            <w:r>
              <w:rPr>
                <w:sz w:val="18"/>
              </w:rPr>
              <w:t>The final piece, performance, recording or product you create</w:t>
            </w:r>
          </w:p>
        </w:tc>
      </w:tr>
      <w:tr w:rsidR="00033D6A" w14:paraId="68E00C21" w14:textId="77777777">
        <w:trPr>
          <w:jc w:val="center"/>
        </w:trPr>
        <w:tc>
          <w:tcPr>
            <w:tcW w:w="5328" w:type="dxa"/>
            <w:vAlign w:val="center"/>
          </w:tcPr>
          <w:p w14:paraId="3C3B0B6F" w14:textId="77777777" w:rsidR="00033D6A" w:rsidRDefault="00000000">
            <w:r>
              <w:rPr>
                <w:b/>
                <w:sz w:val="18"/>
              </w:rPr>
              <w:t>Production</w:t>
            </w:r>
          </w:p>
        </w:tc>
        <w:tc>
          <w:tcPr>
            <w:tcW w:w="5328" w:type="dxa"/>
            <w:vAlign w:val="center"/>
          </w:tcPr>
          <w:p w14:paraId="40326882" w14:textId="77777777" w:rsidR="00033D6A" w:rsidRDefault="00000000">
            <w:r>
              <w:rPr>
                <w:sz w:val="18"/>
              </w:rPr>
              <w:t>The process of creating, editing and mixing recorded music</w:t>
            </w:r>
          </w:p>
        </w:tc>
      </w:tr>
      <w:tr w:rsidR="00033D6A" w14:paraId="50E7472E" w14:textId="77777777">
        <w:trPr>
          <w:jc w:val="center"/>
        </w:trPr>
        <w:tc>
          <w:tcPr>
            <w:tcW w:w="5328" w:type="dxa"/>
            <w:vAlign w:val="center"/>
          </w:tcPr>
          <w:p w14:paraId="763E4413" w14:textId="77777777" w:rsidR="00033D6A" w:rsidRDefault="00000000">
            <w:r>
              <w:rPr>
                <w:b/>
                <w:sz w:val="18"/>
              </w:rPr>
              <w:t>Refinement</w:t>
            </w:r>
          </w:p>
        </w:tc>
        <w:tc>
          <w:tcPr>
            <w:tcW w:w="5328" w:type="dxa"/>
            <w:vAlign w:val="center"/>
          </w:tcPr>
          <w:p w14:paraId="4DC670EE" w14:textId="77777777" w:rsidR="00033D6A" w:rsidRDefault="00000000">
            <w:r>
              <w:rPr>
                <w:sz w:val="18"/>
              </w:rPr>
              <w:t>Making improvements after reviewing your work</w:t>
            </w:r>
          </w:p>
        </w:tc>
      </w:tr>
      <w:tr w:rsidR="00033D6A" w14:paraId="02235C35" w14:textId="77777777">
        <w:trPr>
          <w:jc w:val="center"/>
        </w:trPr>
        <w:tc>
          <w:tcPr>
            <w:tcW w:w="5328" w:type="dxa"/>
            <w:vAlign w:val="center"/>
          </w:tcPr>
          <w:p w14:paraId="53A29F0E" w14:textId="77777777" w:rsidR="00033D6A" w:rsidRDefault="00000000">
            <w:r>
              <w:rPr>
                <w:b/>
                <w:sz w:val="18"/>
              </w:rPr>
              <w:t>Evidence</w:t>
            </w:r>
          </w:p>
        </w:tc>
        <w:tc>
          <w:tcPr>
            <w:tcW w:w="5328" w:type="dxa"/>
            <w:vAlign w:val="center"/>
          </w:tcPr>
          <w:p w14:paraId="20BCB2C8" w14:textId="77777777" w:rsidR="00033D6A" w:rsidRDefault="00000000">
            <w:r>
              <w:rPr>
                <w:sz w:val="18"/>
              </w:rPr>
              <w:t>Work that proves what you have done and learned</w:t>
            </w:r>
          </w:p>
        </w:tc>
      </w:tr>
      <w:tr w:rsidR="00033D6A" w14:paraId="1D53F1B2" w14:textId="77777777">
        <w:trPr>
          <w:jc w:val="center"/>
        </w:trPr>
        <w:tc>
          <w:tcPr>
            <w:tcW w:w="5328" w:type="dxa"/>
            <w:vAlign w:val="center"/>
          </w:tcPr>
          <w:p w14:paraId="2194FD8D" w14:textId="77777777" w:rsidR="00033D6A" w:rsidRDefault="00000000">
            <w:r>
              <w:rPr>
                <w:b/>
                <w:sz w:val="18"/>
              </w:rPr>
              <w:t>Reflection</w:t>
            </w:r>
          </w:p>
        </w:tc>
        <w:tc>
          <w:tcPr>
            <w:tcW w:w="5328" w:type="dxa"/>
            <w:vAlign w:val="center"/>
          </w:tcPr>
          <w:p w14:paraId="6BCFC8B6" w14:textId="77777777" w:rsidR="00033D6A" w:rsidRDefault="00000000">
            <w:r>
              <w:rPr>
                <w:sz w:val="18"/>
              </w:rPr>
              <w:t>Thinking carefully about strengths, weaknesses and next steps</w:t>
            </w:r>
          </w:p>
        </w:tc>
      </w:tr>
      <w:tr w:rsidR="00033D6A" w14:paraId="55010C53" w14:textId="77777777">
        <w:trPr>
          <w:jc w:val="center"/>
        </w:trPr>
        <w:tc>
          <w:tcPr>
            <w:tcW w:w="5328" w:type="dxa"/>
            <w:vAlign w:val="center"/>
          </w:tcPr>
          <w:p w14:paraId="386BEBA4" w14:textId="77777777" w:rsidR="00033D6A" w:rsidRDefault="00000000">
            <w:r>
              <w:rPr>
                <w:b/>
                <w:sz w:val="18"/>
              </w:rPr>
              <w:t>Style</w:t>
            </w:r>
          </w:p>
        </w:tc>
        <w:tc>
          <w:tcPr>
            <w:tcW w:w="5328" w:type="dxa"/>
            <w:vAlign w:val="center"/>
          </w:tcPr>
          <w:p w14:paraId="1F3BD257" w14:textId="77777777" w:rsidR="00033D6A" w:rsidRDefault="00000000">
            <w:r>
              <w:rPr>
                <w:sz w:val="18"/>
              </w:rPr>
              <w:t>The type or genre of music</w:t>
            </w:r>
          </w:p>
        </w:tc>
      </w:tr>
      <w:tr w:rsidR="00033D6A" w14:paraId="05E7B535" w14:textId="77777777">
        <w:trPr>
          <w:jc w:val="center"/>
        </w:trPr>
        <w:tc>
          <w:tcPr>
            <w:tcW w:w="5328" w:type="dxa"/>
            <w:vAlign w:val="center"/>
          </w:tcPr>
          <w:p w14:paraId="2442B940" w14:textId="77777777" w:rsidR="00033D6A" w:rsidRDefault="00000000">
            <w:r>
              <w:rPr>
                <w:b/>
                <w:sz w:val="18"/>
              </w:rPr>
              <w:t>Technique</w:t>
            </w:r>
          </w:p>
        </w:tc>
        <w:tc>
          <w:tcPr>
            <w:tcW w:w="5328" w:type="dxa"/>
            <w:vAlign w:val="center"/>
          </w:tcPr>
          <w:p w14:paraId="2EC991B6" w14:textId="77777777" w:rsidR="00033D6A" w:rsidRDefault="00000000">
            <w:r>
              <w:rPr>
                <w:sz w:val="18"/>
              </w:rPr>
              <w:t>A practical method used to create or perform music</w:t>
            </w:r>
          </w:p>
        </w:tc>
      </w:tr>
      <w:tr w:rsidR="00033D6A" w14:paraId="6043541B" w14:textId="77777777">
        <w:trPr>
          <w:jc w:val="center"/>
        </w:trPr>
        <w:tc>
          <w:tcPr>
            <w:tcW w:w="5328" w:type="dxa"/>
            <w:vAlign w:val="center"/>
          </w:tcPr>
          <w:p w14:paraId="251F6DAD" w14:textId="77777777" w:rsidR="00033D6A" w:rsidRDefault="00000000">
            <w:r>
              <w:rPr>
                <w:b/>
                <w:sz w:val="18"/>
              </w:rPr>
              <w:t>Review</w:t>
            </w:r>
          </w:p>
        </w:tc>
        <w:tc>
          <w:tcPr>
            <w:tcW w:w="5328" w:type="dxa"/>
            <w:vAlign w:val="center"/>
          </w:tcPr>
          <w:p w14:paraId="41BF3AE6" w14:textId="77777777" w:rsidR="00033D6A" w:rsidRDefault="00000000">
            <w:r>
              <w:rPr>
                <w:sz w:val="18"/>
              </w:rPr>
              <w:t>Looking back at your work to judge how successful it is</w:t>
            </w:r>
          </w:p>
        </w:tc>
      </w:tr>
    </w:tbl>
    <w:p w14:paraId="11FE85C0" w14:textId="77777777" w:rsidR="00C4525A" w:rsidRDefault="00C4525A"/>
    <w:sectPr w:rsidR="00C4525A" w:rsidSect="00034616">
      <w:headerReference w:type="default" r:id="rId9"/>
      <w:footerReference w:type="default" r:id="rId10"/>
      <w:pgSz w:w="12240" w:h="15840"/>
      <w:pgMar w:top="792" w:right="792" w:bottom="792" w:left="79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5A405C" w14:textId="77777777" w:rsidR="00C4525A" w:rsidRDefault="00C4525A">
      <w:pPr>
        <w:spacing w:after="0" w:line="240" w:lineRule="auto"/>
      </w:pPr>
      <w:r>
        <w:separator/>
      </w:r>
    </w:p>
  </w:endnote>
  <w:endnote w:type="continuationSeparator" w:id="0">
    <w:p w14:paraId="6360C911" w14:textId="77777777" w:rsidR="00C4525A" w:rsidRDefault="00C45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A1A06" w14:textId="77777777" w:rsidR="00033D6A" w:rsidRDefault="00000000">
    <w:pPr>
      <w:pStyle w:val="Footer"/>
      <w:jc w:val="center"/>
    </w:pPr>
    <w:r>
      <w:rPr>
        <w:color w:val="595959"/>
        <w:sz w:val="18"/>
      </w:rPr>
      <w:t xml:space="preserve">Page </w:t>
    </w:r>
    <w:r>
      <w:rPr>
        <w:color w:val="595959"/>
        <w:sz w:val="18"/>
      </w:rPr>
      <w:fldChar w:fldCharType="begin"/>
    </w:r>
    <w:r>
      <w:rPr>
        <w:color w:val="595959"/>
        <w:sz w:val="18"/>
      </w:rPr>
      <w:instrText>PAGE</w:instrText>
    </w:r>
    <w:r w:rsidR="00171D24">
      <w:rPr>
        <w:color w:val="595959"/>
        <w:sz w:val="18"/>
      </w:rPr>
      <w:fldChar w:fldCharType="separate"/>
    </w:r>
    <w:r w:rsidR="00171D24">
      <w:rPr>
        <w:noProof/>
        <w:color w:val="595959"/>
        <w:sz w:val="18"/>
      </w:rPr>
      <w:t>1</w:t>
    </w:r>
    <w:r>
      <w:rPr>
        <w:color w:val="595959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EB7E7" w14:textId="77777777" w:rsidR="00C4525A" w:rsidRDefault="00C4525A">
      <w:pPr>
        <w:spacing w:after="0" w:line="240" w:lineRule="auto"/>
      </w:pPr>
      <w:r>
        <w:separator/>
      </w:r>
    </w:p>
  </w:footnote>
  <w:footnote w:type="continuationSeparator" w:id="0">
    <w:p w14:paraId="42F9D124" w14:textId="77777777" w:rsidR="00C4525A" w:rsidRDefault="00C452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D6A99" w14:textId="77777777" w:rsidR="00033D6A" w:rsidRDefault="00000000">
    <w:pPr>
      <w:pStyle w:val="Header"/>
      <w:jc w:val="center"/>
    </w:pPr>
    <w:r>
      <w:rPr>
        <w:color w:val="595959"/>
        <w:sz w:val="18"/>
      </w:rPr>
      <w:t>BTEC Level 2 Music Practice - Summer Transition: Soundtrap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26631858">
    <w:abstractNumId w:val="8"/>
  </w:num>
  <w:num w:numId="2" w16cid:durableId="867256951">
    <w:abstractNumId w:val="6"/>
  </w:num>
  <w:num w:numId="3" w16cid:durableId="1437286276">
    <w:abstractNumId w:val="5"/>
  </w:num>
  <w:num w:numId="4" w16cid:durableId="687564481">
    <w:abstractNumId w:val="4"/>
  </w:num>
  <w:num w:numId="5" w16cid:durableId="310445167">
    <w:abstractNumId w:val="7"/>
  </w:num>
  <w:num w:numId="6" w16cid:durableId="544023067">
    <w:abstractNumId w:val="3"/>
  </w:num>
  <w:num w:numId="7" w16cid:durableId="690299439">
    <w:abstractNumId w:val="2"/>
  </w:num>
  <w:num w:numId="8" w16cid:durableId="1862164643">
    <w:abstractNumId w:val="1"/>
  </w:num>
  <w:num w:numId="9" w16cid:durableId="1217739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3D6A"/>
    <w:rsid w:val="00034616"/>
    <w:rsid w:val="0006063C"/>
    <w:rsid w:val="0015074B"/>
    <w:rsid w:val="00171D24"/>
    <w:rsid w:val="0029639D"/>
    <w:rsid w:val="00326F90"/>
    <w:rsid w:val="007E49AC"/>
    <w:rsid w:val="00AA1D8D"/>
    <w:rsid w:val="00B4297C"/>
    <w:rsid w:val="00B47730"/>
    <w:rsid w:val="00C4525A"/>
    <w:rsid w:val="00C93638"/>
    <w:rsid w:val="00CB0664"/>
    <w:rsid w:val="00D7531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B73AE6"/>
  <w14:defaultImageDpi w14:val="300"/>
  <w15:docId w15:val="{411A4B55-13AD-4D18-B58A-452D282BA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eastAsia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1F4E79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2F549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64646"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1F4E79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171D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1D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soundtrap.com/student-resource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2405</Words>
  <Characters>13714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16087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Adrian Mendonca</cp:lastModifiedBy>
  <cp:revision>3</cp:revision>
  <dcterms:created xsi:type="dcterms:W3CDTF">2026-07-03T08:27:00Z</dcterms:created>
  <dcterms:modified xsi:type="dcterms:W3CDTF">2026-07-03T08:27:00Z</dcterms:modified>
  <cp:category/>
</cp:coreProperties>
</file>