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EEC7BC" w14:textId="77777777" w:rsidR="00570A00" w:rsidRPr="00786C5E" w:rsidRDefault="00736137">
      <w:pPr>
        <w:jc w:val="center"/>
        <w:rPr>
          <w:sz w:val="22"/>
          <w:szCs w:val="24"/>
        </w:rPr>
      </w:pPr>
      <w:r w:rsidRPr="00786C5E">
        <w:rPr>
          <w:noProof/>
          <w:sz w:val="24"/>
          <w:szCs w:val="28"/>
        </w:rPr>
        <w:drawing>
          <wp:inline distT="0" distB="0" distL="0" distR="0" wp14:anchorId="1C77CAB7" wp14:editId="3AA87FB6">
            <wp:extent cx="6492240" cy="18611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er_banner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92240" cy="1861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E422D3" w14:textId="005E7A2A" w:rsidR="00786C5E" w:rsidRDefault="00786C5E" w:rsidP="00786C5E">
      <w:pPr>
        <w:jc w:val="center"/>
        <w:rPr>
          <w:sz w:val="22"/>
          <w:szCs w:val="24"/>
        </w:rPr>
      </w:pPr>
      <w:r w:rsidRPr="00D01004">
        <w:rPr>
          <w:noProof/>
        </w:rPr>
        <w:drawing>
          <wp:inline distT="0" distB="0" distL="0" distR="0" wp14:anchorId="510AD38D" wp14:editId="57BDD7E8">
            <wp:extent cx="2519717" cy="3025140"/>
            <wp:effectExtent l="0" t="0" r="0" b="3810"/>
            <wp:docPr id="10804302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65670" cy="3440487"/>
                    </a:xfrm>
                    <a:prstGeom prst="rect">
                      <a:avLst/>
                    </a:prstGeom>
                    <a:noFill/>
                    <a:ln cap="flat">
                      <a:noFill/>
                    </a:ln>
                  </pic:spPr>
                </pic:pic>
              </a:graphicData>
            </a:graphic>
          </wp:inline>
        </w:drawing>
      </w:r>
    </w:p>
    <w:p w14:paraId="2C487148" w14:textId="77777777" w:rsidR="00786C5E" w:rsidRPr="00786C5E" w:rsidRDefault="00786C5E">
      <w:pPr>
        <w:jc w:val="center"/>
        <w:rPr>
          <w:sz w:val="22"/>
          <w:szCs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880"/>
        <w:gridCol w:w="7300"/>
      </w:tblGrid>
      <w:tr w:rsidR="00570A00" w:rsidRPr="00786C5E" w14:paraId="7E1F49A6" w14:textId="77777777">
        <w:trPr>
          <w:jc w:val="center"/>
        </w:trPr>
        <w:tc>
          <w:tcPr>
            <w:tcW w:w="28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AF2FA"/>
          </w:tcPr>
          <w:p w14:paraId="49821190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b/>
                <w:color w:val="1A1941"/>
                <w:sz w:val="28"/>
                <w:szCs w:val="28"/>
              </w:rPr>
              <w:t>Name</w:t>
            </w:r>
          </w:p>
        </w:tc>
        <w:tc>
          <w:tcPr>
            <w:tcW w:w="691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1DE8916A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_______________________________________________________</w:t>
            </w:r>
          </w:p>
        </w:tc>
      </w:tr>
      <w:tr w:rsidR="00570A00" w:rsidRPr="00786C5E" w14:paraId="645D2C70" w14:textId="77777777">
        <w:trPr>
          <w:jc w:val="center"/>
        </w:trPr>
        <w:tc>
          <w:tcPr>
            <w:tcW w:w="28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AF2FA"/>
          </w:tcPr>
          <w:p w14:paraId="115963B6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b/>
                <w:color w:val="1A1941"/>
                <w:sz w:val="28"/>
                <w:szCs w:val="28"/>
              </w:rPr>
              <w:t>Form</w:t>
            </w:r>
          </w:p>
        </w:tc>
        <w:tc>
          <w:tcPr>
            <w:tcW w:w="691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2D530114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_______________________________________________________</w:t>
            </w:r>
          </w:p>
        </w:tc>
      </w:tr>
      <w:tr w:rsidR="00570A00" w:rsidRPr="00786C5E" w14:paraId="5110F7F8" w14:textId="77777777">
        <w:trPr>
          <w:jc w:val="center"/>
        </w:trPr>
        <w:tc>
          <w:tcPr>
            <w:tcW w:w="28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AF2FA"/>
          </w:tcPr>
          <w:p w14:paraId="657EAC29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b/>
                <w:color w:val="1A1941"/>
                <w:sz w:val="28"/>
                <w:szCs w:val="28"/>
              </w:rPr>
              <w:t>Science teacher</w:t>
            </w:r>
          </w:p>
        </w:tc>
        <w:tc>
          <w:tcPr>
            <w:tcW w:w="691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479F9B2D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_______________________________________________________</w:t>
            </w:r>
          </w:p>
        </w:tc>
      </w:tr>
      <w:tr w:rsidR="00570A00" w:rsidRPr="00786C5E" w14:paraId="4F756CF5" w14:textId="77777777">
        <w:trPr>
          <w:jc w:val="center"/>
        </w:trPr>
        <w:tc>
          <w:tcPr>
            <w:tcW w:w="288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EAF2FA"/>
          </w:tcPr>
          <w:p w14:paraId="1305D125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b/>
                <w:color w:val="1A1941"/>
                <w:sz w:val="28"/>
                <w:szCs w:val="28"/>
              </w:rPr>
              <w:t>Due date</w:t>
            </w:r>
          </w:p>
        </w:tc>
        <w:tc>
          <w:tcPr>
            <w:tcW w:w="691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</w:tcPr>
          <w:p w14:paraId="61352911" w14:textId="59956116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 xml:space="preserve">September </w:t>
            </w:r>
            <w:r w:rsidR="00786C5E">
              <w:rPr>
                <w:color w:val="000000"/>
                <w:sz w:val="28"/>
                <w:szCs w:val="28"/>
              </w:rPr>
              <w:t>2026</w:t>
            </w:r>
          </w:p>
        </w:tc>
      </w:tr>
    </w:tbl>
    <w:p w14:paraId="66E1CF8A" w14:textId="77777777" w:rsidR="00570A00" w:rsidRPr="00786C5E" w:rsidRDefault="00570A00">
      <w:pPr>
        <w:rPr>
          <w:sz w:val="22"/>
          <w:szCs w:val="24"/>
        </w:rPr>
      </w:pPr>
    </w:p>
    <w:p w14:paraId="01B3D60F" w14:textId="77777777" w:rsidR="00786C5E" w:rsidRDefault="00786C5E">
      <w:pPr>
        <w:jc w:val="center"/>
        <w:rPr>
          <w:b/>
          <w:color w:val="1A1941"/>
          <w:sz w:val="28"/>
          <w:szCs w:val="24"/>
        </w:rPr>
      </w:pPr>
    </w:p>
    <w:p w14:paraId="6AFAD9F2" w14:textId="77777777" w:rsidR="00786C5E" w:rsidRDefault="00786C5E">
      <w:pPr>
        <w:jc w:val="center"/>
        <w:rPr>
          <w:b/>
          <w:color w:val="1A1941"/>
          <w:sz w:val="28"/>
          <w:szCs w:val="24"/>
        </w:rPr>
      </w:pPr>
    </w:p>
    <w:p w14:paraId="7FE3C77B" w14:textId="02C223D2" w:rsidR="00570A00" w:rsidRPr="00786C5E" w:rsidRDefault="00736137">
      <w:pPr>
        <w:jc w:val="center"/>
        <w:rPr>
          <w:sz w:val="22"/>
          <w:szCs w:val="24"/>
        </w:rPr>
      </w:pPr>
      <w:r w:rsidRPr="00786C5E">
        <w:rPr>
          <w:b/>
          <w:color w:val="1A1941"/>
          <w:sz w:val="28"/>
          <w:szCs w:val="24"/>
        </w:rPr>
        <w:t>Complete this booklet over the summer. Bring it to your first Science lesson in Year 10.</w:t>
      </w:r>
    </w:p>
    <w:p w14:paraId="6068BE88" w14:textId="77777777" w:rsidR="00570A00" w:rsidRPr="00786C5E" w:rsidRDefault="00736137">
      <w:pPr>
        <w:rPr>
          <w:sz w:val="22"/>
          <w:szCs w:val="24"/>
        </w:rPr>
      </w:pPr>
      <w:r w:rsidRPr="00786C5E">
        <w:rPr>
          <w:sz w:val="22"/>
          <w:szCs w:val="24"/>
        </w:rPr>
        <w:br w:type="page"/>
      </w:r>
    </w:p>
    <w:p w14:paraId="2D624332" w14:textId="77777777" w:rsidR="00570A00" w:rsidRPr="00786C5E" w:rsidRDefault="00736137">
      <w:pPr>
        <w:pStyle w:val="Heading1"/>
        <w:rPr>
          <w:sz w:val="36"/>
          <w:szCs w:val="32"/>
        </w:rPr>
      </w:pPr>
      <w:r w:rsidRPr="00786C5E">
        <w:rPr>
          <w:sz w:val="36"/>
          <w:szCs w:val="32"/>
        </w:rPr>
        <w:lastRenderedPageBreak/>
        <w:t>How to use this workbook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298"/>
      </w:tblGrid>
      <w:tr w:rsidR="00570A00" w:rsidRPr="00786C5E" w14:paraId="3B716BE6" w14:textId="77777777" w:rsidTr="00786C5E">
        <w:trPr>
          <w:jc w:val="center"/>
        </w:trPr>
        <w:tc>
          <w:tcPr>
            <w:tcW w:w="10318" w:type="dxa"/>
            <w:tcBorders>
              <w:top w:val="single" w:sz="8" w:space="0" w:color="BBDDD8"/>
              <w:left w:val="single" w:sz="8" w:space="0" w:color="BBDDD8"/>
              <w:bottom w:val="single" w:sz="8" w:space="0" w:color="BBDDD8"/>
              <w:right w:val="single" w:sz="8" w:space="0" w:color="BBDDD8"/>
            </w:tcBorders>
          </w:tcPr>
          <w:p w14:paraId="2DB89C33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b/>
                <w:color w:val="1A1941"/>
                <w:sz w:val="28"/>
                <w:szCs w:val="28"/>
              </w:rPr>
              <w:t>Purpose</w:t>
            </w:r>
          </w:p>
          <w:p w14:paraId="1E4D0B80" w14:textId="77777777" w:rsidR="00570A00" w:rsidRPr="00786C5E" w:rsidRDefault="00736137">
            <w:pPr>
              <w:ind w:left="113"/>
              <w:rPr>
                <w:sz w:val="28"/>
                <w:szCs w:val="28"/>
              </w:rPr>
            </w:pPr>
            <w:r w:rsidRPr="00786C5E">
              <w:rPr>
                <w:b/>
                <w:sz w:val="28"/>
                <w:szCs w:val="28"/>
              </w:rPr>
              <w:t xml:space="preserve">• </w:t>
            </w:r>
            <w:r w:rsidRPr="00786C5E">
              <w:rPr>
                <w:sz w:val="28"/>
                <w:szCs w:val="28"/>
              </w:rPr>
              <w:t>This transition workbook reviews the GCSE content covered in Year 9 and prepares you for Year 10 OCR Gateway Combined Science A.</w:t>
            </w:r>
          </w:p>
          <w:p w14:paraId="0CBEDF1B" w14:textId="77777777" w:rsidR="00570A00" w:rsidRPr="00786C5E" w:rsidRDefault="00736137">
            <w:pPr>
              <w:ind w:left="113"/>
              <w:rPr>
                <w:sz w:val="28"/>
                <w:szCs w:val="28"/>
              </w:rPr>
            </w:pPr>
            <w:r w:rsidRPr="00786C5E">
              <w:rPr>
                <w:b/>
                <w:sz w:val="28"/>
                <w:szCs w:val="28"/>
              </w:rPr>
              <w:t xml:space="preserve">• </w:t>
            </w:r>
            <w:r w:rsidRPr="00786C5E">
              <w:rPr>
                <w:sz w:val="28"/>
                <w:szCs w:val="28"/>
              </w:rPr>
              <w:t>Complete the questions independently first. Use your exercise book, Knowledge Organisers, Kerboodle and Teams resources if you get stuck.</w:t>
            </w:r>
          </w:p>
          <w:p w14:paraId="1181CBBA" w14:textId="77777777" w:rsidR="00570A00" w:rsidRPr="00786C5E" w:rsidRDefault="00736137">
            <w:pPr>
              <w:ind w:left="113"/>
              <w:rPr>
                <w:sz w:val="28"/>
                <w:szCs w:val="28"/>
              </w:rPr>
            </w:pPr>
            <w:r w:rsidRPr="00786C5E">
              <w:rPr>
                <w:b/>
                <w:sz w:val="28"/>
                <w:szCs w:val="28"/>
              </w:rPr>
              <w:t xml:space="preserve">• </w:t>
            </w:r>
            <w:r w:rsidRPr="00786C5E">
              <w:rPr>
                <w:sz w:val="28"/>
                <w:szCs w:val="28"/>
              </w:rPr>
              <w:t>Your September baseline will check key Year 9 knowledge, maths skills, graph skills and Working Scientifically skills.</w:t>
            </w:r>
          </w:p>
        </w:tc>
      </w:tr>
    </w:tbl>
    <w:p w14:paraId="09451B6B" w14:textId="77777777" w:rsidR="00570A00" w:rsidRPr="00786C5E" w:rsidRDefault="00570A00">
      <w:pPr>
        <w:rPr>
          <w:sz w:val="28"/>
          <w:szCs w:val="2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48"/>
        <w:gridCol w:w="7632"/>
      </w:tblGrid>
      <w:tr w:rsidR="00570A00" w:rsidRPr="00786C5E" w14:paraId="161D5CCD" w14:textId="77777777">
        <w:trPr>
          <w:jc w:val="center"/>
        </w:trPr>
        <w:tc>
          <w:tcPr>
            <w:tcW w:w="2448" w:type="dxa"/>
            <w:shd w:val="clear" w:color="auto" w:fill="EAF2FA"/>
          </w:tcPr>
          <w:p w14:paraId="3B398893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b/>
                <w:color w:val="1A1941"/>
                <w:sz w:val="28"/>
                <w:szCs w:val="28"/>
              </w:rPr>
              <w:t>Science</w:t>
            </w:r>
          </w:p>
        </w:tc>
        <w:tc>
          <w:tcPr>
            <w:tcW w:w="7632" w:type="dxa"/>
            <w:shd w:val="clear" w:color="auto" w:fill="EAF2FA"/>
          </w:tcPr>
          <w:p w14:paraId="29394BCA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b/>
                <w:color w:val="1A1941"/>
                <w:sz w:val="28"/>
                <w:szCs w:val="28"/>
              </w:rPr>
              <w:t>Year 9 topics revised in this booklet</w:t>
            </w:r>
          </w:p>
        </w:tc>
      </w:tr>
      <w:tr w:rsidR="00570A00" w:rsidRPr="00786C5E" w14:paraId="4CADA703" w14:textId="77777777">
        <w:trPr>
          <w:jc w:val="center"/>
        </w:trPr>
        <w:tc>
          <w:tcPr>
            <w:tcW w:w="2448" w:type="dxa"/>
          </w:tcPr>
          <w:p w14:paraId="7F7DE4D5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Biology</w:t>
            </w:r>
          </w:p>
        </w:tc>
        <w:tc>
          <w:tcPr>
            <w:tcW w:w="7632" w:type="dxa"/>
          </w:tcPr>
          <w:p w14:paraId="1BC0C0B5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B1 Cell-level systems; B2 Scaling up</w:t>
            </w:r>
          </w:p>
        </w:tc>
      </w:tr>
      <w:tr w:rsidR="00570A00" w:rsidRPr="00786C5E" w14:paraId="74EAE948" w14:textId="77777777">
        <w:trPr>
          <w:jc w:val="center"/>
        </w:trPr>
        <w:tc>
          <w:tcPr>
            <w:tcW w:w="2448" w:type="dxa"/>
          </w:tcPr>
          <w:p w14:paraId="3CECEDF7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Chemistry</w:t>
            </w:r>
          </w:p>
        </w:tc>
        <w:tc>
          <w:tcPr>
            <w:tcW w:w="7632" w:type="dxa"/>
          </w:tcPr>
          <w:p w14:paraId="6871E855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C1 Particles; C2 Elements, compounds and mixtures</w:t>
            </w:r>
          </w:p>
        </w:tc>
      </w:tr>
      <w:tr w:rsidR="00570A00" w:rsidRPr="00786C5E" w14:paraId="1F7661BB" w14:textId="77777777">
        <w:trPr>
          <w:jc w:val="center"/>
        </w:trPr>
        <w:tc>
          <w:tcPr>
            <w:tcW w:w="2448" w:type="dxa"/>
          </w:tcPr>
          <w:p w14:paraId="73045847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Physics</w:t>
            </w:r>
          </w:p>
        </w:tc>
        <w:tc>
          <w:tcPr>
            <w:tcW w:w="7632" w:type="dxa"/>
          </w:tcPr>
          <w:p w14:paraId="08BB9601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P1 Matter; P2 Forces</w:t>
            </w:r>
          </w:p>
        </w:tc>
      </w:tr>
      <w:tr w:rsidR="00570A00" w:rsidRPr="00786C5E" w14:paraId="15AB4591" w14:textId="77777777">
        <w:trPr>
          <w:jc w:val="center"/>
        </w:trPr>
        <w:tc>
          <w:tcPr>
            <w:tcW w:w="2448" w:type="dxa"/>
          </w:tcPr>
          <w:p w14:paraId="1B9013B5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Working Scientifically</w:t>
            </w:r>
          </w:p>
        </w:tc>
        <w:tc>
          <w:tcPr>
            <w:tcW w:w="7632" w:type="dxa"/>
          </w:tcPr>
          <w:p w14:paraId="0150D941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Variables, practical planning, graphs, means, anomalies, accuracy, precision and command words</w:t>
            </w:r>
          </w:p>
        </w:tc>
      </w:tr>
    </w:tbl>
    <w:p w14:paraId="669892EF" w14:textId="77777777" w:rsidR="00570A00" w:rsidRPr="00786C5E" w:rsidRDefault="00570A00">
      <w:pPr>
        <w:rPr>
          <w:sz w:val="28"/>
          <w:szCs w:val="28"/>
        </w:rPr>
      </w:pPr>
    </w:p>
    <w:p w14:paraId="0649B634" w14:textId="77777777" w:rsidR="00570A00" w:rsidRPr="00786C5E" w:rsidRDefault="00736137">
      <w:pPr>
        <w:pStyle w:val="Heading2"/>
        <w:rPr>
          <w:sz w:val="32"/>
          <w:szCs w:val="32"/>
        </w:rPr>
      </w:pPr>
      <w:r w:rsidRPr="00786C5E">
        <w:rPr>
          <w:sz w:val="32"/>
          <w:szCs w:val="32"/>
        </w:rPr>
        <w:t>Student self-check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888"/>
        <w:gridCol w:w="2016"/>
        <w:gridCol w:w="2016"/>
        <w:gridCol w:w="2016"/>
      </w:tblGrid>
      <w:tr w:rsidR="00570A00" w:rsidRPr="00786C5E" w14:paraId="0EB0FE4A" w14:textId="77777777">
        <w:trPr>
          <w:jc w:val="center"/>
        </w:trPr>
        <w:tc>
          <w:tcPr>
            <w:tcW w:w="3888" w:type="dxa"/>
            <w:shd w:val="clear" w:color="auto" w:fill="EAF2FA"/>
          </w:tcPr>
          <w:p w14:paraId="54DF9CBD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b/>
                <w:color w:val="1A1941"/>
                <w:sz w:val="28"/>
                <w:szCs w:val="28"/>
              </w:rPr>
              <w:t>Topic</w:t>
            </w:r>
          </w:p>
        </w:tc>
        <w:tc>
          <w:tcPr>
            <w:tcW w:w="2016" w:type="dxa"/>
            <w:shd w:val="clear" w:color="auto" w:fill="EAF2FA"/>
          </w:tcPr>
          <w:p w14:paraId="218CF32D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b/>
                <w:color w:val="1A1941"/>
                <w:sz w:val="28"/>
                <w:szCs w:val="28"/>
              </w:rPr>
              <w:t>Red: I need help</w:t>
            </w:r>
          </w:p>
        </w:tc>
        <w:tc>
          <w:tcPr>
            <w:tcW w:w="2016" w:type="dxa"/>
            <w:shd w:val="clear" w:color="auto" w:fill="EAF2FA"/>
          </w:tcPr>
          <w:p w14:paraId="3759CA22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b/>
                <w:color w:val="1A1941"/>
                <w:sz w:val="28"/>
                <w:szCs w:val="28"/>
              </w:rPr>
              <w:t>Amber: nearly there</w:t>
            </w:r>
          </w:p>
        </w:tc>
        <w:tc>
          <w:tcPr>
            <w:tcW w:w="2016" w:type="dxa"/>
            <w:shd w:val="clear" w:color="auto" w:fill="EAF2FA"/>
          </w:tcPr>
          <w:p w14:paraId="0AAC4A74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b/>
                <w:color w:val="1A1941"/>
                <w:sz w:val="28"/>
                <w:szCs w:val="28"/>
              </w:rPr>
              <w:t>Green: secure</w:t>
            </w:r>
          </w:p>
        </w:tc>
      </w:tr>
      <w:tr w:rsidR="00570A00" w:rsidRPr="00786C5E" w14:paraId="03FA7CF5" w14:textId="77777777">
        <w:trPr>
          <w:jc w:val="center"/>
        </w:trPr>
        <w:tc>
          <w:tcPr>
            <w:tcW w:w="3888" w:type="dxa"/>
          </w:tcPr>
          <w:p w14:paraId="37180E90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B1 Cell-level systems</w:t>
            </w:r>
          </w:p>
        </w:tc>
        <w:tc>
          <w:tcPr>
            <w:tcW w:w="2016" w:type="dxa"/>
          </w:tcPr>
          <w:p w14:paraId="30F36E33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  <w:tc>
          <w:tcPr>
            <w:tcW w:w="2016" w:type="dxa"/>
          </w:tcPr>
          <w:p w14:paraId="05D763BC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  <w:tc>
          <w:tcPr>
            <w:tcW w:w="2016" w:type="dxa"/>
          </w:tcPr>
          <w:p w14:paraId="3319E888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</w:tr>
      <w:tr w:rsidR="00570A00" w:rsidRPr="00786C5E" w14:paraId="76EDC62F" w14:textId="77777777">
        <w:trPr>
          <w:jc w:val="center"/>
        </w:trPr>
        <w:tc>
          <w:tcPr>
            <w:tcW w:w="3888" w:type="dxa"/>
          </w:tcPr>
          <w:p w14:paraId="3B98646C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B2 Scaling up</w:t>
            </w:r>
          </w:p>
        </w:tc>
        <w:tc>
          <w:tcPr>
            <w:tcW w:w="2016" w:type="dxa"/>
          </w:tcPr>
          <w:p w14:paraId="60515D85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  <w:tc>
          <w:tcPr>
            <w:tcW w:w="2016" w:type="dxa"/>
          </w:tcPr>
          <w:p w14:paraId="2C7DB2CD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  <w:tc>
          <w:tcPr>
            <w:tcW w:w="2016" w:type="dxa"/>
          </w:tcPr>
          <w:p w14:paraId="6D412322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</w:tr>
      <w:tr w:rsidR="00570A00" w:rsidRPr="00786C5E" w14:paraId="7314B72C" w14:textId="77777777">
        <w:trPr>
          <w:jc w:val="center"/>
        </w:trPr>
        <w:tc>
          <w:tcPr>
            <w:tcW w:w="3888" w:type="dxa"/>
          </w:tcPr>
          <w:p w14:paraId="1AD8FC93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C1 Particles</w:t>
            </w:r>
          </w:p>
        </w:tc>
        <w:tc>
          <w:tcPr>
            <w:tcW w:w="2016" w:type="dxa"/>
          </w:tcPr>
          <w:p w14:paraId="115E64DA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  <w:tc>
          <w:tcPr>
            <w:tcW w:w="2016" w:type="dxa"/>
          </w:tcPr>
          <w:p w14:paraId="6D4FC3AD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  <w:tc>
          <w:tcPr>
            <w:tcW w:w="2016" w:type="dxa"/>
          </w:tcPr>
          <w:p w14:paraId="2812C4CD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</w:tr>
      <w:tr w:rsidR="00570A00" w:rsidRPr="00786C5E" w14:paraId="112FEBDC" w14:textId="77777777">
        <w:trPr>
          <w:jc w:val="center"/>
        </w:trPr>
        <w:tc>
          <w:tcPr>
            <w:tcW w:w="3888" w:type="dxa"/>
          </w:tcPr>
          <w:p w14:paraId="7CC416DB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C2 Elements, compounds and mixtures</w:t>
            </w:r>
          </w:p>
        </w:tc>
        <w:tc>
          <w:tcPr>
            <w:tcW w:w="2016" w:type="dxa"/>
          </w:tcPr>
          <w:p w14:paraId="09ADC3C7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  <w:tc>
          <w:tcPr>
            <w:tcW w:w="2016" w:type="dxa"/>
          </w:tcPr>
          <w:p w14:paraId="6A3C5247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  <w:tc>
          <w:tcPr>
            <w:tcW w:w="2016" w:type="dxa"/>
          </w:tcPr>
          <w:p w14:paraId="272D5559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</w:tr>
      <w:tr w:rsidR="00570A00" w:rsidRPr="00786C5E" w14:paraId="02BB4D19" w14:textId="77777777">
        <w:trPr>
          <w:jc w:val="center"/>
        </w:trPr>
        <w:tc>
          <w:tcPr>
            <w:tcW w:w="3888" w:type="dxa"/>
          </w:tcPr>
          <w:p w14:paraId="7678170F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P1 Matter</w:t>
            </w:r>
          </w:p>
        </w:tc>
        <w:tc>
          <w:tcPr>
            <w:tcW w:w="2016" w:type="dxa"/>
          </w:tcPr>
          <w:p w14:paraId="781986DE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  <w:tc>
          <w:tcPr>
            <w:tcW w:w="2016" w:type="dxa"/>
          </w:tcPr>
          <w:p w14:paraId="0657EC90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  <w:tc>
          <w:tcPr>
            <w:tcW w:w="2016" w:type="dxa"/>
          </w:tcPr>
          <w:p w14:paraId="761AF1CD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</w:tr>
      <w:tr w:rsidR="00570A00" w:rsidRPr="00786C5E" w14:paraId="7FBB0D12" w14:textId="77777777">
        <w:trPr>
          <w:jc w:val="center"/>
        </w:trPr>
        <w:tc>
          <w:tcPr>
            <w:tcW w:w="3888" w:type="dxa"/>
          </w:tcPr>
          <w:p w14:paraId="668962DD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P2 Forces</w:t>
            </w:r>
          </w:p>
        </w:tc>
        <w:tc>
          <w:tcPr>
            <w:tcW w:w="2016" w:type="dxa"/>
          </w:tcPr>
          <w:p w14:paraId="3FA2ADA0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  <w:tc>
          <w:tcPr>
            <w:tcW w:w="2016" w:type="dxa"/>
          </w:tcPr>
          <w:p w14:paraId="5EEBAED6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  <w:tc>
          <w:tcPr>
            <w:tcW w:w="2016" w:type="dxa"/>
          </w:tcPr>
          <w:p w14:paraId="129F2E2C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</w:tr>
      <w:tr w:rsidR="00570A00" w:rsidRPr="00786C5E" w14:paraId="3FF9C9F3" w14:textId="77777777">
        <w:trPr>
          <w:jc w:val="center"/>
        </w:trPr>
        <w:tc>
          <w:tcPr>
            <w:tcW w:w="3888" w:type="dxa"/>
          </w:tcPr>
          <w:p w14:paraId="45F1697E" w14:textId="77777777" w:rsidR="00570A00" w:rsidRPr="00786C5E" w:rsidRDefault="00736137">
            <w:pPr>
              <w:rPr>
                <w:sz w:val="28"/>
                <w:szCs w:val="28"/>
              </w:rPr>
            </w:pPr>
            <w:r w:rsidRPr="00786C5E">
              <w:rPr>
                <w:color w:val="000000"/>
                <w:sz w:val="28"/>
                <w:szCs w:val="28"/>
              </w:rPr>
              <w:t>Working Scientifically</w:t>
            </w:r>
          </w:p>
        </w:tc>
        <w:tc>
          <w:tcPr>
            <w:tcW w:w="2016" w:type="dxa"/>
          </w:tcPr>
          <w:p w14:paraId="5968EDA6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  <w:tc>
          <w:tcPr>
            <w:tcW w:w="2016" w:type="dxa"/>
          </w:tcPr>
          <w:p w14:paraId="2971E235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  <w:tc>
          <w:tcPr>
            <w:tcW w:w="2016" w:type="dxa"/>
          </w:tcPr>
          <w:p w14:paraId="10FFCA1F" w14:textId="77777777" w:rsidR="00570A00" w:rsidRPr="00786C5E" w:rsidRDefault="00570A00">
            <w:pPr>
              <w:rPr>
                <w:sz w:val="28"/>
                <w:szCs w:val="28"/>
              </w:rPr>
            </w:pPr>
          </w:p>
        </w:tc>
      </w:tr>
    </w:tbl>
    <w:p w14:paraId="6CC53C14" w14:textId="77777777" w:rsidR="00570A00" w:rsidRPr="00786C5E" w:rsidRDefault="00736137">
      <w:pPr>
        <w:rPr>
          <w:sz w:val="22"/>
          <w:szCs w:val="24"/>
        </w:rPr>
      </w:pPr>
      <w:r w:rsidRPr="00786C5E">
        <w:rPr>
          <w:sz w:val="22"/>
          <w:szCs w:val="24"/>
        </w:rPr>
        <w:br w:type="page"/>
      </w:r>
    </w:p>
    <w:p w14:paraId="659EAC12" w14:textId="77777777" w:rsidR="00570A00" w:rsidRPr="00786C5E" w:rsidRDefault="00736137">
      <w:pPr>
        <w:pStyle w:val="Heading1"/>
        <w:rPr>
          <w:sz w:val="36"/>
          <w:szCs w:val="32"/>
        </w:rPr>
      </w:pPr>
      <w:r w:rsidRPr="00786C5E">
        <w:rPr>
          <w:sz w:val="36"/>
          <w:szCs w:val="32"/>
        </w:rPr>
        <w:lastRenderedPageBreak/>
        <w:t>Part A: Biology</w:t>
      </w:r>
    </w:p>
    <w:p w14:paraId="133C2275" w14:textId="77777777" w:rsidR="00570A00" w:rsidRPr="00786C5E" w:rsidRDefault="00736137">
      <w:pPr>
        <w:rPr>
          <w:sz w:val="22"/>
          <w:szCs w:val="24"/>
        </w:rPr>
      </w:pPr>
      <w:r w:rsidRPr="00786C5E">
        <w:rPr>
          <w:i/>
          <w:color w:val="444444"/>
          <w:sz w:val="22"/>
          <w:szCs w:val="24"/>
        </w:rPr>
        <w:t>OCR Gateway Combined Science A: B1 Cell-level systems and B2 Scaling up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298"/>
      </w:tblGrid>
      <w:tr w:rsidR="00570A00" w:rsidRPr="00786C5E" w14:paraId="3741DD9B" w14:textId="77777777">
        <w:trPr>
          <w:jc w:val="center"/>
        </w:trPr>
        <w:tc>
          <w:tcPr>
            <w:tcW w:w="10318" w:type="dxa"/>
            <w:tcBorders>
              <w:top w:val="single" w:sz="8" w:space="0" w:color="BBDDD8"/>
              <w:left w:val="single" w:sz="8" w:space="0" w:color="BBDDD8"/>
              <w:bottom w:val="single" w:sz="8" w:space="0" w:color="BBDDD8"/>
              <w:right w:val="single" w:sz="8" w:space="0" w:color="BBDDD8"/>
            </w:tcBorders>
            <w:shd w:val="clear" w:color="auto" w:fill="E9F8F6"/>
          </w:tcPr>
          <w:p w14:paraId="050295E9" w14:textId="77777777" w:rsidR="00570A00" w:rsidRPr="00786C5E" w:rsidRDefault="00736137">
            <w:pPr>
              <w:rPr>
                <w:sz w:val="22"/>
                <w:szCs w:val="24"/>
              </w:rPr>
            </w:pPr>
            <w:r w:rsidRPr="00786C5E">
              <w:rPr>
                <w:b/>
                <w:color w:val="1A1941"/>
                <w:sz w:val="24"/>
                <w:szCs w:val="24"/>
              </w:rPr>
              <w:t>Key knowledge to remember</w:t>
            </w:r>
          </w:p>
          <w:p w14:paraId="4F3DAFFC" w14:textId="77777777" w:rsidR="00570A00" w:rsidRPr="00786C5E" w:rsidRDefault="00736137">
            <w:pPr>
              <w:ind w:left="113"/>
              <w:rPr>
                <w:sz w:val="22"/>
                <w:szCs w:val="24"/>
              </w:rPr>
            </w:pPr>
            <w:r w:rsidRPr="00786C5E">
              <w:rPr>
                <w:b/>
                <w:sz w:val="22"/>
                <w:szCs w:val="24"/>
              </w:rPr>
              <w:t xml:space="preserve">• </w:t>
            </w:r>
            <w:r w:rsidRPr="00786C5E">
              <w:rPr>
                <w:sz w:val="22"/>
                <w:szCs w:val="24"/>
              </w:rPr>
              <w:t>Animal cells contain a nucleus, cytoplasm, cell membrane, mitochondria and ribosomes. Plant cells also contain a cellulose cell wall, chloroplasts and a permanent vacuole.</w:t>
            </w:r>
          </w:p>
          <w:p w14:paraId="0C953410" w14:textId="77777777" w:rsidR="00570A00" w:rsidRPr="00786C5E" w:rsidRDefault="00736137">
            <w:pPr>
              <w:ind w:left="113"/>
              <w:rPr>
                <w:sz w:val="22"/>
                <w:szCs w:val="24"/>
              </w:rPr>
            </w:pPr>
            <w:r w:rsidRPr="00786C5E">
              <w:rPr>
                <w:b/>
                <w:sz w:val="22"/>
                <w:szCs w:val="24"/>
              </w:rPr>
              <w:t xml:space="preserve">• </w:t>
            </w:r>
            <w:r w:rsidRPr="00786C5E">
              <w:rPr>
                <w:sz w:val="22"/>
                <w:szCs w:val="24"/>
              </w:rPr>
              <w:t>Microscope calculations use: magnification = image size ÷ actual size. Always convert units first.</w:t>
            </w:r>
          </w:p>
          <w:p w14:paraId="52FAF14D" w14:textId="77777777" w:rsidR="00570A00" w:rsidRPr="00786C5E" w:rsidRDefault="00736137">
            <w:pPr>
              <w:ind w:left="113"/>
              <w:rPr>
                <w:sz w:val="22"/>
                <w:szCs w:val="24"/>
              </w:rPr>
            </w:pPr>
            <w:r w:rsidRPr="00786C5E">
              <w:rPr>
                <w:b/>
                <w:sz w:val="22"/>
                <w:szCs w:val="24"/>
              </w:rPr>
              <w:t xml:space="preserve">• </w:t>
            </w:r>
            <w:r w:rsidRPr="00786C5E">
              <w:rPr>
                <w:sz w:val="22"/>
                <w:szCs w:val="24"/>
              </w:rPr>
              <w:t>Diffusion, osmosis and active transport move substances into and out of cells. Exchange surfaces are thin, have a large surface area and a good blood supply or concentration gradient.</w:t>
            </w:r>
          </w:p>
          <w:p w14:paraId="0007E640" w14:textId="77777777" w:rsidR="00570A00" w:rsidRPr="00786C5E" w:rsidRDefault="00736137">
            <w:pPr>
              <w:ind w:left="113"/>
              <w:rPr>
                <w:sz w:val="22"/>
                <w:szCs w:val="24"/>
              </w:rPr>
            </w:pPr>
            <w:r w:rsidRPr="00786C5E">
              <w:rPr>
                <w:b/>
                <w:sz w:val="22"/>
                <w:szCs w:val="24"/>
              </w:rPr>
              <w:t xml:space="preserve">• </w:t>
            </w:r>
            <w:r w:rsidRPr="00786C5E">
              <w:rPr>
                <w:sz w:val="22"/>
                <w:szCs w:val="24"/>
              </w:rPr>
              <w:t>Respiration releases energy in cells. Photosynthesis stores energy in glucose in plant cells.</w:t>
            </w:r>
          </w:p>
          <w:p w14:paraId="4A18DF78" w14:textId="77777777" w:rsidR="00570A00" w:rsidRPr="00786C5E" w:rsidRDefault="00736137">
            <w:pPr>
              <w:ind w:left="113"/>
              <w:rPr>
                <w:sz w:val="22"/>
                <w:szCs w:val="24"/>
              </w:rPr>
            </w:pPr>
            <w:r w:rsidRPr="00786C5E">
              <w:rPr>
                <w:b/>
                <w:sz w:val="22"/>
                <w:szCs w:val="24"/>
              </w:rPr>
              <w:t xml:space="preserve">• </w:t>
            </w:r>
            <w:r w:rsidRPr="00786C5E">
              <w:rPr>
                <w:sz w:val="22"/>
                <w:szCs w:val="24"/>
              </w:rPr>
              <w:t>Organs and organ systems are made from specialised cells and tissues working together.</w:t>
            </w:r>
          </w:p>
        </w:tc>
      </w:tr>
    </w:tbl>
    <w:p w14:paraId="74DF50B5" w14:textId="77777777" w:rsidR="00570A00" w:rsidRPr="00786C5E" w:rsidRDefault="00570A00">
      <w:pPr>
        <w:rPr>
          <w:sz w:val="22"/>
          <w:szCs w:val="24"/>
        </w:rPr>
      </w:pPr>
    </w:p>
    <w:p w14:paraId="362821F2" w14:textId="77777777" w:rsidR="00570A00" w:rsidRPr="00786C5E" w:rsidRDefault="00736137">
      <w:pPr>
        <w:spacing w:before="120" w:after="60"/>
        <w:rPr>
          <w:sz w:val="22"/>
          <w:szCs w:val="24"/>
        </w:rPr>
      </w:pPr>
      <w:r w:rsidRPr="00786C5E">
        <w:rPr>
          <w:b/>
          <w:color w:val="1A1941"/>
          <w:sz w:val="24"/>
          <w:szCs w:val="24"/>
        </w:rPr>
        <w:t xml:space="preserve">1. </w:t>
      </w:r>
      <w:r w:rsidRPr="00786C5E">
        <w:rPr>
          <w:sz w:val="22"/>
          <w:szCs w:val="24"/>
        </w:rPr>
        <w:t>The diagram shows an animal cell and a plant cell. Label A-K using the correct cell structures.</w:t>
      </w:r>
      <w:r w:rsidRPr="00786C5E">
        <w:rPr>
          <w:b/>
          <w:color w:val="1A1941"/>
          <w:sz w:val="22"/>
          <w:szCs w:val="24"/>
        </w:rPr>
        <w:t xml:space="preserve"> [11 marks]</w:t>
      </w:r>
    </w:p>
    <w:p w14:paraId="3CAB13DC" w14:textId="77777777" w:rsidR="00570A00" w:rsidRPr="00786C5E" w:rsidRDefault="00736137">
      <w:pPr>
        <w:jc w:val="center"/>
        <w:rPr>
          <w:sz w:val="22"/>
          <w:szCs w:val="24"/>
        </w:rPr>
      </w:pPr>
      <w:r w:rsidRPr="00786C5E">
        <w:rPr>
          <w:noProof/>
          <w:sz w:val="22"/>
          <w:szCs w:val="24"/>
        </w:rPr>
        <w:drawing>
          <wp:inline distT="0" distB="0" distL="0" distR="0" wp14:anchorId="6D38298E" wp14:editId="1E9F0E85">
            <wp:extent cx="6035040" cy="313822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ll_diagrams_blank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35040" cy="3138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52"/>
        <w:gridCol w:w="8352"/>
      </w:tblGrid>
      <w:tr w:rsidR="00570A00" w:rsidRPr="00786C5E" w14:paraId="1C11B6B8" w14:textId="77777777">
        <w:trPr>
          <w:jc w:val="center"/>
        </w:trPr>
        <w:tc>
          <w:tcPr>
            <w:tcW w:w="1152" w:type="dxa"/>
            <w:shd w:val="clear" w:color="auto" w:fill="EAF2FA"/>
          </w:tcPr>
          <w:p w14:paraId="0A25BBB0" w14:textId="77777777" w:rsidR="00570A00" w:rsidRPr="00786C5E" w:rsidRDefault="00736137">
            <w:pPr>
              <w:rPr>
                <w:sz w:val="22"/>
                <w:szCs w:val="24"/>
              </w:rPr>
            </w:pPr>
            <w:r w:rsidRPr="00786C5E">
              <w:rPr>
                <w:b/>
                <w:color w:val="1A1941"/>
                <w:szCs w:val="24"/>
              </w:rPr>
              <w:t>Letter</w:t>
            </w:r>
          </w:p>
        </w:tc>
        <w:tc>
          <w:tcPr>
            <w:tcW w:w="8352" w:type="dxa"/>
            <w:shd w:val="clear" w:color="auto" w:fill="EAF2FA"/>
          </w:tcPr>
          <w:p w14:paraId="649DFD77" w14:textId="77777777" w:rsidR="00570A00" w:rsidRPr="00786C5E" w:rsidRDefault="00736137">
            <w:pPr>
              <w:rPr>
                <w:sz w:val="22"/>
                <w:szCs w:val="24"/>
              </w:rPr>
            </w:pPr>
            <w:r w:rsidRPr="00786C5E">
              <w:rPr>
                <w:b/>
                <w:color w:val="1A1941"/>
                <w:szCs w:val="24"/>
              </w:rPr>
              <w:t>Cell structure</w:t>
            </w:r>
          </w:p>
        </w:tc>
      </w:tr>
      <w:tr w:rsidR="00570A00" w:rsidRPr="00786C5E" w14:paraId="15156709" w14:textId="77777777">
        <w:trPr>
          <w:jc w:val="center"/>
        </w:trPr>
        <w:tc>
          <w:tcPr>
            <w:tcW w:w="1152" w:type="dxa"/>
          </w:tcPr>
          <w:p w14:paraId="6E9B6750" w14:textId="77777777" w:rsidR="00570A00" w:rsidRPr="00786C5E" w:rsidRDefault="00736137">
            <w:pPr>
              <w:rPr>
                <w:sz w:val="22"/>
                <w:szCs w:val="24"/>
              </w:rPr>
            </w:pPr>
            <w:r w:rsidRPr="00786C5E">
              <w:rPr>
                <w:color w:val="000000"/>
                <w:szCs w:val="24"/>
              </w:rPr>
              <w:t>A</w:t>
            </w:r>
          </w:p>
        </w:tc>
        <w:tc>
          <w:tcPr>
            <w:tcW w:w="8352" w:type="dxa"/>
          </w:tcPr>
          <w:p w14:paraId="5AD76A49" w14:textId="77777777" w:rsidR="00570A00" w:rsidRPr="00786C5E" w:rsidRDefault="00570A00">
            <w:pPr>
              <w:rPr>
                <w:sz w:val="22"/>
                <w:szCs w:val="24"/>
              </w:rPr>
            </w:pPr>
          </w:p>
        </w:tc>
      </w:tr>
      <w:tr w:rsidR="00570A00" w:rsidRPr="00786C5E" w14:paraId="393321A8" w14:textId="77777777">
        <w:trPr>
          <w:jc w:val="center"/>
        </w:trPr>
        <w:tc>
          <w:tcPr>
            <w:tcW w:w="1152" w:type="dxa"/>
          </w:tcPr>
          <w:p w14:paraId="711E890D" w14:textId="77777777" w:rsidR="00570A00" w:rsidRPr="00786C5E" w:rsidRDefault="00736137">
            <w:pPr>
              <w:rPr>
                <w:sz w:val="22"/>
                <w:szCs w:val="24"/>
              </w:rPr>
            </w:pPr>
            <w:r w:rsidRPr="00786C5E">
              <w:rPr>
                <w:color w:val="000000"/>
                <w:szCs w:val="24"/>
              </w:rPr>
              <w:t>B</w:t>
            </w:r>
          </w:p>
        </w:tc>
        <w:tc>
          <w:tcPr>
            <w:tcW w:w="8352" w:type="dxa"/>
          </w:tcPr>
          <w:p w14:paraId="3B7CAE2F" w14:textId="77777777" w:rsidR="00570A00" w:rsidRPr="00786C5E" w:rsidRDefault="00570A00">
            <w:pPr>
              <w:rPr>
                <w:sz w:val="22"/>
                <w:szCs w:val="24"/>
              </w:rPr>
            </w:pPr>
          </w:p>
        </w:tc>
      </w:tr>
      <w:tr w:rsidR="00570A00" w:rsidRPr="00786C5E" w14:paraId="30E5C47F" w14:textId="77777777">
        <w:trPr>
          <w:jc w:val="center"/>
        </w:trPr>
        <w:tc>
          <w:tcPr>
            <w:tcW w:w="1152" w:type="dxa"/>
          </w:tcPr>
          <w:p w14:paraId="799F090A" w14:textId="77777777" w:rsidR="00570A00" w:rsidRPr="00786C5E" w:rsidRDefault="00736137">
            <w:pPr>
              <w:rPr>
                <w:sz w:val="22"/>
                <w:szCs w:val="24"/>
              </w:rPr>
            </w:pPr>
            <w:r w:rsidRPr="00786C5E">
              <w:rPr>
                <w:color w:val="000000"/>
                <w:szCs w:val="24"/>
              </w:rPr>
              <w:t>C</w:t>
            </w:r>
          </w:p>
        </w:tc>
        <w:tc>
          <w:tcPr>
            <w:tcW w:w="8352" w:type="dxa"/>
          </w:tcPr>
          <w:p w14:paraId="652AAAC2" w14:textId="77777777" w:rsidR="00570A00" w:rsidRPr="00786C5E" w:rsidRDefault="00570A00">
            <w:pPr>
              <w:rPr>
                <w:sz w:val="22"/>
                <w:szCs w:val="24"/>
              </w:rPr>
            </w:pPr>
          </w:p>
        </w:tc>
      </w:tr>
      <w:tr w:rsidR="00570A00" w:rsidRPr="00786C5E" w14:paraId="03D8A748" w14:textId="77777777">
        <w:trPr>
          <w:jc w:val="center"/>
        </w:trPr>
        <w:tc>
          <w:tcPr>
            <w:tcW w:w="1152" w:type="dxa"/>
          </w:tcPr>
          <w:p w14:paraId="79B004D0" w14:textId="77777777" w:rsidR="00570A00" w:rsidRPr="00786C5E" w:rsidRDefault="00736137">
            <w:pPr>
              <w:rPr>
                <w:sz w:val="22"/>
                <w:szCs w:val="24"/>
              </w:rPr>
            </w:pPr>
            <w:r w:rsidRPr="00786C5E">
              <w:rPr>
                <w:color w:val="000000"/>
                <w:szCs w:val="24"/>
              </w:rPr>
              <w:t>D</w:t>
            </w:r>
          </w:p>
        </w:tc>
        <w:tc>
          <w:tcPr>
            <w:tcW w:w="8352" w:type="dxa"/>
          </w:tcPr>
          <w:p w14:paraId="70B5A71B" w14:textId="77777777" w:rsidR="00570A00" w:rsidRPr="00786C5E" w:rsidRDefault="00570A00">
            <w:pPr>
              <w:rPr>
                <w:sz w:val="22"/>
                <w:szCs w:val="24"/>
              </w:rPr>
            </w:pPr>
          </w:p>
        </w:tc>
      </w:tr>
      <w:tr w:rsidR="00570A00" w:rsidRPr="00786C5E" w14:paraId="6D88C5F7" w14:textId="77777777">
        <w:trPr>
          <w:jc w:val="center"/>
        </w:trPr>
        <w:tc>
          <w:tcPr>
            <w:tcW w:w="1152" w:type="dxa"/>
          </w:tcPr>
          <w:p w14:paraId="29961AFF" w14:textId="77777777" w:rsidR="00570A00" w:rsidRPr="00786C5E" w:rsidRDefault="00736137">
            <w:pPr>
              <w:rPr>
                <w:sz w:val="22"/>
                <w:szCs w:val="24"/>
              </w:rPr>
            </w:pPr>
            <w:r w:rsidRPr="00786C5E">
              <w:rPr>
                <w:color w:val="000000"/>
                <w:szCs w:val="24"/>
              </w:rPr>
              <w:t>E</w:t>
            </w:r>
          </w:p>
        </w:tc>
        <w:tc>
          <w:tcPr>
            <w:tcW w:w="8352" w:type="dxa"/>
          </w:tcPr>
          <w:p w14:paraId="7E96780F" w14:textId="77777777" w:rsidR="00570A00" w:rsidRPr="00786C5E" w:rsidRDefault="00570A00">
            <w:pPr>
              <w:rPr>
                <w:sz w:val="22"/>
                <w:szCs w:val="24"/>
              </w:rPr>
            </w:pPr>
          </w:p>
        </w:tc>
      </w:tr>
      <w:tr w:rsidR="00570A00" w:rsidRPr="00786C5E" w14:paraId="58E843C5" w14:textId="77777777">
        <w:trPr>
          <w:jc w:val="center"/>
        </w:trPr>
        <w:tc>
          <w:tcPr>
            <w:tcW w:w="1152" w:type="dxa"/>
          </w:tcPr>
          <w:p w14:paraId="331F91F0" w14:textId="77777777" w:rsidR="00570A00" w:rsidRPr="00786C5E" w:rsidRDefault="00736137">
            <w:pPr>
              <w:rPr>
                <w:sz w:val="22"/>
                <w:szCs w:val="24"/>
              </w:rPr>
            </w:pPr>
            <w:r w:rsidRPr="00786C5E">
              <w:rPr>
                <w:color w:val="000000"/>
                <w:szCs w:val="24"/>
              </w:rPr>
              <w:t>F</w:t>
            </w:r>
          </w:p>
        </w:tc>
        <w:tc>
          <w:tcPr>
            <w:tcW w:w="8352" w:type="dxa"/>
          </w:tcPr>
          <w:p w14:paraId="5D2E6BBE" w14:textId="77777777" w:rsidR="00570A00" w:rsidRPr="00786C5E" w:rsidRDefault="00570A00">
            <w:pPr>
              <w:rPr>
                <w:sz w:val="22"/>
                <w:szCs w:val="24"/>
              </w:rPr>
            </w:pPr>
          </w:p>
        </w:tc>
      </w:tr>
      <w:tr w:rsidR="00570A00" w:rsidRPr="00786C5E" w14:paraId="0310BD62" w14:textId="77777777">
        <w:trPr>
          <w:jc w:val="center"/>
        </w:trPr>
        <w:tc>
          <w:tcPr>
            <w:tcW w:w="1152" w:type="dxa"/>
          </w:tcPr>
          <w:p w14:paraId="617CBE0C" w14:textId="77777777" w:rsidR="00570A00" w:rsidRPr="00786C5E" w:rsidRDefault="00736137">
            <w:pPr>
              <w:rPr>
                <w:sz w:val="22"/>
                <w:szCs w:val="24"/>
              </w:rPr>
            </w:pPr>
            <w:r w:rsidRPr="00786C5E">
              <w:rPr>
                <w:color w:val="000000"/>
                <w:szCs w:val="24"/>
              </w:rPr>
              <w:t>G</w:t>
            </w:r>
          </w:p>
        </w:tc>
        <w:tc>
          <w:tcPr>
            <w:tcW w:w="8352" w:type="dxa"/>
          </w:tcPr>
          <w:p w14:paraId="0993B844" w14:textId="77777777" w:rsidR="00570A00" w:rsidRPr="00786C5E" w:rsidRDefault="00570A00">
            <w:pPr>
              <w:rPr>
                <w:sz w:val="22"/>
                <w:szCs w:val="24"/>
              </w:rPr>
            </w:pPr>
          </w:p>
        </w:tc>
      </w:tr>
      <w:tr w:rsidR="00570A00" w:rsidRPr="00786C5E" w14:paraId="6F33F2BE" w14:textId="77777777">
        <w:trPr>
          <w:jc w:val="center"/>
        </w:trPr>
        <w:tc>
          <w:tcPr>
            <w:tcW w:w="1152" w:type="dxa"/>
          </w:tcPr>
          <w:p w14:paraId="343E0051" w14:textId="77777777" w:rsidR="00570A00" w:rsidRPr="00786C5E" w:rsidRDefault="00736137">
            <w:pPr>
              <w:rPr>
                <w:sz w:val="22"/>
                <w:szCs w:val="24"/>
              </w:rPr>
            </w:pPr>
            <w:r w:rsidRPr="00786C5E">
              <w:rPr>
                <w:color w:val="000000"/>
                <w:szCs w:val="24"/>
              </w:rPr>
              <w:t>H</w:t>
            </w:r>
          </w:p>
        </w:tc>
        <w:tc>
          <w:tcPr>
            <w:tcW w:w="8352" w:type="dxa"/>
          </w:tcPr>
          <w:p w14:paraId="499EE13E" w14:textId="77777777" w:rsidR="00570A00" w:rsidRPr="00786C5E" w:rsidRDefault="00570A00">
            <w:pPr>
              <w:rPr>
                <w:sz w:val="22"/>
                <w:szCs w:val="24"/>
              </w:rPr>
            </w:pPr>
          </w:p>
        </w:tc>
      </w:tr>
      <w:tr w:rsidR="00570A00" w:rsidRPr="00786C5E" w14:paraId="2316B934" w14:textId="77777777">
        <w:trPr>
          <w:jc w:val="center"/>
        </w:trPr>
        <w:tc>
          <w:tcPr>
            <w:tcW w:w="1152" w:type="dxa"/>
          </w:tcPr>
          <w:p w14:paraId="36F46074" w14:textId="77777777" w:rsidR="00570A00" w:rsidRPr="00786C5E" w:rsidRDefault="00736137">
            <w:pPr>
              <w:rPr>
                <w:sz w:val="22"/>
                <w:szCs w:val="24"/>
              </w:rPr>
            </w:pPr>
            <w:r w:rsidRPr="00786C5E">
              <w:rPr>
                <w:color w:val="000000"/>
                <w:szCs w:val="24"/>
              </w:rPr>
              <w:t>I</w:t>
            </w:r>
          </w:p>
        </w:tc>
        <w:tc>
          <w:tcPr>
            <w:tcW w:w="8352" w:type="dxa"/>
          </w:tcPr>
          <w:p w14:paraId="58251EAD" w14:textId="77777777" w:rsidR="00570A00" w:rsidRPr="00786C5E" w:rsidRDefault="00570A00">
            <w:pPr>
              <w:rPr>
                <w:sz w:val="22"/>
                <w:szCs w:val="24"/>
              </w:rPr>
            </w:pPr>
          </w:p>
        </w:tc>
      </w:tr>
      <w:tr w:rsidR="00570A00" w:rsidRPr="00786C5E" w14:paraId="78606CE6" w14:textId="77777777">
        <w:trPr>
          <w:jc w:val="center"/>
        </w:trPr>
        <w:tc>
          <w:tcPr>
            <w:tcW w:w="1152" w:type="dxa"/>
          </w:tcPr>
          <w:p w14:paraId="39CBB803" w14:textId="77777777" w:rsidR="00570A00" w:rsidRPr="00786C5E" w:rsidRDefault="00736137">
            <w:pPr>
              <w:rPr>
                <w:sz w:val="22"/>
                <w:szCs w:val="24"/>
              </w:rPr>
            </w:pPr>
            <w:r w:rsidRPr="00786C5E">
              <w:rPr>
                <w:color w:val="000000"/>
                <w:szCs w:val="24"/>
              </w:rPr>
              <w:t>J</w:t>
            </w:r>
          </w:p>
        </w:tc>
        <w:tc>
          <w:tcPr>
            <w:tcW w:w="8352" w:type="dxa"/>
          </w:tcPr>
          <w:p w14:paraId="575F26CD" w14:textId="77777777" w:rsidR="00570A00" w:rsidRPr="00786C5E" w:rsidRDefault="00570A00">
            <w:pPr>
              <w:rPr>
                <w:sz w:val="22"/>
                <w:szCs w:val="24"/>
              </w:rPr>
            </w:pPr>
          </w:p>
        </w:tc>
      </w:tr>
      <w:tr w:rsidR="00570A00" w:rsidRPr="00786C5E" w14:paraId="4757FEF8" w14:textId="77777777">
        <w:trPr>
          <w:jc w:val="center"/>
        </w:trPr>
        <w:tc>
          <w:tcPr>
            <w:tcW w:w="1152" w:type="dxa"/>
          </w:tcPr>
          <w:p w14:paraId="263E9902" w14:textId="77777777" w:rsidR="00570A00" w:rsidRPr="00786C5E" w:rsidRDefault="00736137">
            <w:pPr>
              <w:rPr>
                <w:sz w:val="22"/>
                <w:szCs w:val="24"/>
              </w:rPr>
            </w:pPr>
            <w:r w:rsidRPr="00786C5E">
              <w:rPr>
                <w:color w:val="000000"/>
                <w:szCs w:val="24"/>
              </w:rPr>
              <w:t>K</w:t>
            </w:r>
          </w:p>
        </w:tc>
        <w:tc>
          <w:tcPr>
            <w:tcW w:w="8352" w:type="dxa"/>
          </w:tcPr>
          <w:p w14:paraId="4A80B978" w14:textId="77777777" w:rsidR="00570A00" w:rsidRPr="00786C5E" w:rsidRDefault="00570A00">
            <w:pPr>
              <w:rPr>
                <w:sz w:val="22"/>
                <w:szCs w:val="24"/>
              </w:rPr>
            </w:pPr>
          </w:p>
        </w:tc>
      </w:tr>
    </w:tbl>
    <w:p w14:paraId="50FD0487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3C2C0A44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17F4AB05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78C4521C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15DD49C9" w14:textId="2051AF71" w:rsidR="00570A00" w:rsidRPr="00786C5E" w:rsidRDefault="00736137">
      <w:pPr>
        <w:spacing w:before="120" w:after="60"/>
        <w:rPr>
          <w:sz w:val="24"/>
          <w:szCs w:val="28"/>
        </w:rPr>
      </w:pPr>
      <w:r w:rsidRPr="00786C5E">
        <w:rPr>
          <w:b/>
          <w:color w:val="1A1941"/>
          <w:sz w:val="28"/>
          <w:szCs w:val="28"/>
        </w:rPr>
        <w:lastRenderedPageBreak/>
        <w:t xml:space="preserve">2. </w:t>
      </w:r>
      <w:r w:rsidRPr="00786C5E">
        <w:rPr>
          <w:sz w:val="24"/>
          <w:szCs w:val="28"/>
        </w:rPr>
        <w:t>Complete the table with the correct function of each cell structure.</w:t>
      </w:r>
      <w:r w:rsidRPr="00786C5E">
        <w:rPr>
          <w:b/>
          <w:color w:val="1A1941"/>
          <w:sz w:val="24"/>
          <w:szCs w:val="28"/>
        </w:rPr>
        <w:t xml:space="preserve"> [6 marks]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880"/>
        <w:gridCol w:w="6912"/>
      </w:tblGrid>
      <w:tr w:rsidR="00570A00" w:rsidRPr="00786C5E" w14:paraId="42A6C4DD" w14:textId="77777777">
        <w:trPr>
          <w:jc w:val="center"/>
        </w:trPr>
        <w:tc>
          <w:tcPr>
            <w:tcW w:w="2880" w:type="dxa"/>
            <w:shd w:val="clear" w:color="auto" w:fill="EAF2FA"/>
          </w:tcPr>
          <w:p w14:paraId="656467C1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Cell structure</w:t>
            </w:r>
          </w:p>
        </w:tc>
        <w:tc>
          <w:tcPr>
            <w:tcW w:w="6912" w:type="dxa"/>
            <w:shd w:val="clear" w:color="auto" w:fill="EAF2FA"/>
          </w:tcPr>
          <w:p w14:paraId="57ED38BE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Function</w:t>
            </w:r>
          </w:p>
        </w:tc>
      </w:tr>
      <w:tr w:rsidR="00570A00" w:rsidRPr="00786C5E" w14:paraId="0182F048" w14:textId="77777777">
        <w:trPr>
          <w:jc w:val="center"/>
        </w:trPr>
        <w:tc>
          <w:tcPr>
            <w:tcW w:w="2880" w:type="dxa"/>
          </w:tcPr>
          <w:p w14:paraId="12DB2516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Nucleus</w:t>
            </w:r>
          </w:p>
        </w:tc>
        <w:tc>
          <w:tcPr>
            <w:tcW w:w="6912" w:type="dxa"/>
          </w:tcPr>
          <w:p w14:paraId="7C2A6573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3D2532D1" w14:textId="77777777">
        <w:trPr>
          <w:jc w:val="center"/>
        </w:trPr>
        <w:tc>
          <w:tcPr>
            <w:tcW w:w="2880" w:type="dxa"/>
          </w:tcPr>
          <w:p w14:paraId="1748A53E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Mitochondria</w:t>
            </w:r>
          </w:p>
        </w:tc>
        <w:tc>
          <w:tcPr>
            <w:tcW w:w="6912" w:type="dxa"/>
          </w:tcPr>
          <w:p w14:paraId="58F80002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35EBB288" w14:textId="77777777">
        <w:trPr>
          <w:jc w:val="center"/>
        </w:trPr>
        <w:tc>
          <w:tcPr>
            <w:tcW w:w="2880" w:type="dxa"/>
          </w:tcPr>
          <w:p w14:paraId="571B553D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Ribosomes</w:t>
            </w:r>
          </w:p>
        </w:tc>
        <w:tc>
          <w:tcPr>
            <w:tcW w:w="6912" w:type="dxa"/>
          </w:tcPr>
          <w:p w14:paraId="4EA1F2C8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2912771D" w14:textId="77777777">
        <w:trPr>
          <w:jc w:val="center"/>
        </w:trPr>
        <w:tc>
          <w:tcPr>
            <w:tcW w:w="2880" w:type="dxa"/>
          </w:tcPr>
          <w:p w14:paraId="2E2CD703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Cell membrane</w:t>
            </w:r>
          </w:p>
        </w:tc>
        <w:tc>
          <w:tcPr>
            <w:tcW w:w="6912" w:type="dxa"/>
          </w:tcPr>
          <w:p w14:paraId="09414C22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2932CC1B" w14:textId="77777777">
        <w:trPr>
          <w:jc w:val="center"/>
        </w:trPr>
        <w:tc>
          <w:tcPr>
            <w:tcW w:w="2880" w:type="dxa"/>
          </w:tcPr>
          <w:p w14:paraId="4470674E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Chloroplasts</w:t>
            </w:r>
          </w:p>
        </w:tc>
        <w:tc>
          <w:tcPr>
            <w:tcW w:w="6912" w:type="dxa"/>
          </w:tcPr>
          <w:p w14:paraId="2737F806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18A88B76" w14:textId="77777777">
        <w:trPr>
          <w:jc w:val="center"/>
        </w:trPr>
        <w:tc>
          <w:tcPr>
            <w:tcW w:w="2880" w:type="dxa"/>
          </w:tcPr>
          <w:p w14:paraId="1CCCFE0E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Cell wall</w:t>
            </w:r>
          </w:p>
        </w:tc>
        <w:tc>
          <w:tcPr>
            <w:tcW w:w="6912" w:type="dxa"/>
          </w:tcPr>
          <w:p w14:paraId="7F3B152E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</w:tbl>
    <w:p w14:paraId="14FAEA30" w14:textId="77777777" w:rsidR="00570A00" w:rsidRPr="00786C5E" w:rsidRDefault="00736137">
      <w:pPr>
        <w:spacing w:before="120" w:after="60"/>
        <w:rPr>
          <w:sz w:val="24"/>
          <w:szCs w:val="28"/>
        </w:rPr>
      </w:pPr>
      <w:r w:rsidRPr="00786C5E">
        <w:rPr>
          <w:b/>
          <w:color w:val="1A1941"/>
          <w:sz w:val="28"/>
          <w:szCs w:val="28"/>
        </w:rPr>
        <w:t xml:space="preserve">3. </w:t>
      </w:r>
      <w:r w:rsidRPr="00786C5E">
        <w:rPr>
          <w:sz w:val="24"/>
          <w:szCs w:val="28"/>
        </w:rPr>
        <w:t>A student views a cheek cell using a microscope. The image is 30 mm wide. The actual cell is 60 micrometres wide. Calculate the magnification. Show your working and unit conversion.</w:t>
      </w:r>
      <w:r w:rsidRPr="00786C5E">
        <w:rPr>
          <w:b/>
          <w:color w:val="1A1941"/>
          <w:sz w:val="24"/>
          <w:szCs w:val="28"/>
        </w:rPr>
        <w:t xml:space="preserve"> [4 marks]</w:t>
      </w:r>
    </w:p>
    <w:p w14:paraId="78F6EF61" w14:textId="77777777" w:rsidR="00570A00" w:rsidRPr="00786C5E" w:rsidRDefault="00736137">
      <w:pPr>
        <w:spacing w:after="0"/>
        <w:rPr>
          <w:sz w:val="24"/>
          <w:szCs w:val="28"/>
        </w:rPr>
      </w:pPr>
      <w:r w:rsidRPr="00786C5E">
        <w:rPr>
          <w:color w:val="888888"/>
          <w:szCs w:val="28"/>
        </w:rPr>
        <w:t>_______________________________________________________________________________________________</w:t>
      </w:r>
    </w:p>
    <w:p w14:paraId="344A4211" w14:textId="77777777" w:rsidR="00570A00" w:rsidRPr="00786C5E" w:rsidRDefault="00736137">
      <w:pPr>
        <w:spacing w:after="0"/>
        <w:rPr>
          <w:sz w:val="24"/>
          <w:szCs w:val="28"/>
        </w:rPr>
      </w:pPr>
      <w:r w:rsidRPr="00786C5E">
        <w:rPr>
          <w:color w:val="888888"/>
          <w:szCs w:val="28"/>
        </w:rPr>
        <w:t>_______________________________________________________________________________________________</w:t>
      </w:r>
    </w:p>
    <w:p w14:paraId="1FD55A53" w14:textId="77777777" w:rsidR="00570A00" w:rsidRPr="00786C5E" w:rsidRDefault="00736137">
      <w:pPr>
        <w:spacing w:after="0"/>
        <w:rPr>
          <w:sz w:val="24"/>
          <w:szCs w:val="28"/>
        </w:rPr>
      </w:pPr>
      <w:r w:rsidRPr="00786C5E">
        <w:rPr>
          <w:color w:val="888888"/>
          <w:szCs w:val="28"/>
        </w:rPr>
        <w:t>_______________________________________________________________________________________________</w:t>
      </w:r>
    </w:p>
    <w:p w14:paraId="56F6D4F4" w14:textId="77777777" w:rsidR="00570A00" w:rsidRPr="00786C5E" w:rsidRDefault="00736137">
      <w:pPr>
        <w:spacing w:after="0"/>
        <w:rPr>
          <w:sz w:val="24"/>
          <w:szCs w:val="28"/>
        </w:rPr>
      </w:pPr>
      <w:r w:rsidRPr="00786C5E">
        <w:rPr>
          <w:color w:val="888888"/>
          <w:szCs w:val="28"/>
        </w:rPr>
        <w:t>_______________________________________________________________________________________________</w:t>
      </w:r>
    </w:p>
    <w:p w14:paraId="56547453" w14:textId="77777777" w:rsidR="00570A00" w:rsidRPr="00786C5E" w:rsidRDefault="00736137">
      <w:pPr>
        <w:spacing w:before="120" w:after="60"/>
        <w:rPr>
          <w:sz w:val="24"/>
          <w:szCs w:val="28"/>
        </w:rPr>
      </w:pPr>
      <w:r w:rsidRPr="00786C5E">
        <w:rPr>
          <w:b/>
          <w:color w:val="1A1941"/>
          <w:sz w:val="28"/>
          <w:szCs w:val="28"/>
        </w:rPr>
        <w:t xml:space="preserve">4. </w:t>
      </w:r>
      <w:r w:rsidRPr="00786C5E">
        <w:rPr>
          <w:sz w:val="24"/>
          <w:szCs w:val="28"/>
        </w:rPr>
        <w:t>Match each transport process to the correct description, then answer the questions below.</w:t>
      </w:r>
      <w:r w:rsidRPr="00786C5E">
        <w:rPr>
          <w:b/>
          <w:color w:val="1A1941"/>
          <w:sz w:val="24"/>
          <w:szCs w:val="28"/>
        </w:rPr>
        <w:t xml:space="preserve"> [7 marks]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32"/>
        <w:gridCol w:w="7576"/>
      </w:tblGrid>
      <w:tr w:rsidR="00570A00" w:rsidRPr="00786C5E" w14:paraId="50C4EBD2" w14:textId="77777777">
        <w:trPr>
          <w:jc w:val="center"/>
        </w:trPr>
        <w:tc>
          <w:tcPr>
            <w:tcW w:w="3024" w:type="dxa"/>
            <w:shd w:val="clear" w:color="auto" w:fill="EAF2FA"/>
          </w:tcPr>
          <w:p w14:paraId="00FF6C46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Process</w:t>
            </w:r>
          </w:p>
        </w:tc>
        <w:tc>
          <w:tcPr>
            <w:tcW w:w="2880" w:type="dxa"/>
            <w:shd w:val="clear" w:color="auto" w:fill="EAF2FA"/>
          </w:tcPr>
          <w:p w14:paraId="61E95DEB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Description letter</w:t>
            </w:r>
          </w:p>
        </w:tc>
      </w:tr>
      <w:tr w:rsidR="00570A00" w:rsidRPr="00786C5E" w14:paraId="06249795" w14:textId="77777777">
        <w:trPr>
          <w:jc w:val="center"/>
        </w:trPr>
        <w:tc>
          <w:tcPr>
            <w:tcW w:w="3024" w:type="dxa"/>
          </w:tcPr>
          <w:p w14:paraId="2D97A85D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Diffusion</w:t>
            </w:r>
          </w:p>
        </w:tc>
        <w:tc>
          <w:tcPr>
            <w:tcW w:w="2880" w:type="dxa"/>
          </w:tcPr>
          <w:p w14:paraId="2E22BFCB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27909881" w14:textId="77777777">
        <w:trPr>
          <w:jc w:val="center"/>
        </w:trPr>
        <w:tc>
          <w:tcPr>
            <w:tcW w:w="3024" w:type="dxa"/>
          </w:tcPr>
          <w:p w14:paraId="44D7D185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Osmosis</w:t>
            </w:r>
          </w:p>
        </w:tc>
        <w:tc>
          <w:tcPr>
            <w:tcW w:w="2880" w:type="dxa"/>
          </w:tcPr>
          <w:p w14:paraId="268DC378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08E8FBE9" w14:textId="77777777">
        <w:trPr>
          <w:jc w:val="center"/>
        </w:trPr>
        <w:tc>
          <w:tcPr>
            <w:tcW w:w="3024" w:type="dxa"/>
          </w:tcPr>
          <w:p w14:paraId="71375265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Active transport</w:t>
            </w:r>
          </w:p>
        </w:tc>
        <w:tc>
          <w:tcPr>
            <w:tcW w:w="2880" w:type="dxa"/>
          </w:tcPr>
          <w:p w14:paraId="7260DC1B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2CBC203F" w14:textId="77777777">
        <w:trPr>
          <w:jc w:val="center"/>
        </w:trPr>
        <w:tc>
          <w:tcPr>
            <w:tcW w:w="1152" w:type="dxa"/>
            <w:shd w:val="clear" w:color="auto" w:fill="EAF2FA"/>
          </w:tcPr>
          <w:p w14:paraId="6D14D61C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Letter</w:t>
            </w:r>
          </w:p>
        </w:tc>
        <w:tc>
          <w:tcPr>
            <w:tcW w:w="8640" w:type="dxa"/>
            <w:shd w:val="clear" w:color="auto" w:fill="EAF2FA"/>
          </w:tcPr>
          <w:p w14:paraId="5366E06A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Description</w:t>
            </w:r>
          </w:p>
        </w:tc>
      </w:tr>
      <w:tr w:rsidR="00570A00" w:rsidRPr="00786C5E" w14:paraId="60DA9BE1" w14:textId="77777777">
        <w:trPr>
          <w:jc w:val="center"/>
        </w:trPr>
        <w:tc>
          <w:tcPr>
            <w:tcW w:w="1152" w:type="dxa"/>
          </w:tcPr>
          <w:p w14:paraId="482DCD47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A</w:t>
            </w:r>
          </w:p>
        </w:tc>
        <w:tc>
          <w:tcPr>
            <w:tcW w:w="8640" w:type="dxa"/>
          </w:tcPr>
          <w:p w14:paraId="20290612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Movement of water through a partially permeable membrane from dilute to concentrated solution.</w:t>
            </w:r>
          </w:p>
        </w:tc>
      </w:tr>
      <w:tr w:rsidR="00570A00" w:rsidRPr="00786C5E" w14:paraId="07AE24F9" w14:textId="77777777">
        <w:trPr>
          <w:jc w:val="center"/>
        </w:trPr>
        <w:tc>
          <w:tcPr>
            <w:tcW w:w="1152" w:type="dxa"/>
          </w:tcPr>
          <w:p w14:paraId="3D9B018C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B</w:t>
            </w:r>
          </w:p>
        </w:tc>
        <w:tc>
          <w:tcPr>
            <w:tcW w:w="8640" w:type="dxa"/>
          </w:tcPr>
          <w:p w14:paraId="7E972688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Movement of particles from a high concentration to a low concentration.</w:t>
            </w:r>
          </w:p>
        </w:tc>
      </w:tr>
      <w:tr w:rsidR="00570A00" w:rsidRPr="00786C5E" w14:paraId="394BF6BF" w14:textId="77777777">
        <w:trPr>
          <w:jc w:val="center"/>
        </w:trPr>
        <w:tc>
          <w:tcPr>
            <w:tcW w:w="1152" w:type="dxa"/>
          </w:tcPr>
          <w:p w14:paraId="3ECD17C9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C</w:t>
            </w:r>
          </w:p>
        </w:tc>
        <w:tc>
          <w:tcPr>
            <w:tcW w:w="8640" w:type="dxa"/>
          </w:tcPr>
          <w:p w14:paraId="5D163DC1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Movement of particles against a concentration gradient using energy from respiration.</w:t>
            </w:r>
          </w:p>
        </w:tc>
      </w:tr>
    </w:tbl>
    <w:p w14:paraId="5A745B34" w14:textId="77777777" w:rsidR="00786C5E" w:rsidRPr="00786C5E" w:rsidRDefault="00786C5E">
      <w:pPr>
        <w:spacing w:before="120" w:after="60"/>
        <w:rPr>
          <w:b/>
          <w:color w:val="1A1941"/>
          <w:sz w:val="28"/>
          <w:szCs w:val="28"/>
        </w:rPr>
      </w:pPr>
    </w:p>
    <w:p w14:paraId="01741B75" w14:textId="4D233350" w:rsidR="00570A00" w:rsidRPr="00786C5E" w:rsidRDefault="00736137">
      <w:pPr>
        <w:spacing w:before="120" w:after="60"/>
        <w:rPr>
          <w:sz w:val="24"/>
          <w:szCs w:val="28"/>
        </w:rPr>
      </w:pPr>
      <w:r w:rsidRPr="00786C5E">
        <w:rPr>
          <w:b/>
          <w:color w:val="1A1941"/>
          <w:sz w:val="28"/>
          <w:szCs w:val="28"/>
        </w:rPr>
        <w:t xml:space="preserve">5. </w:t>
      </w:r>
      <w:r w:rsidRPr="00786C5E">
        <w:rPr>
          <w:sz w:val="24"/>
          <w:szCs w:val="28"/>
        </w:rPr>
        <w:t>Complete the word equations.</w:t>
      </w:r>
      <w:r w:rsidRPr="00786C5E">
        <w:rPr>
          <w:b/>
          <w:color w:val="1A1941"/>
          <w:sz w:val="24"/>
          <w:szCs w:val="28"/>
        </w:rPr>
        <w:t xml:space="preserve"> [6 marks]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880"/>
        <w:gridCol w:w="6912"/>
      </w:tblGrid>
      <w:tr w:rsidR="00570A00" w:rsidRPr="00786C5E" w14:paraId="0B95B99B" w14:textId="77777777">
        <w:trPr>
          <w:jc w:val="center"/>
        </w:trPr>
        <w:tc>
          <w:tcPr>
            <w:tcW w:w="2880" w:type="dxa"/>
            <w:shd w:val="clear" w:color="auto" w:fill="EAF2FA"/>
          </w:tcPr>
          <w:p w14:paraId="5E4E0E46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Process</w:t>
            </w:r>
          </w:p>
        </w:tc>
        <w:tc>
          <w:tcPr>
            <w:tcW w:w="6912" w:type="dxa"/>
            <w:shd w:val="clear" w:color="auto" w:fill="EAF2FA"/>
          </w:tcPr>
          <w:p w14:paraId="73868B2A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Word equation</w:t>
            </w:r>
          </w:p>
        </w:tc>
      </w:tr>
      <w:tr w:rsidR="00570A00" w:rsidRPr="00786C5E" w14:paraId="7402B610" w14:textId="77777777">
        <w:trPr>
          <w:jc w:val="center"/>
        </w:trPr>
        <w:tc>
          <w:tcPr>
            <w:tcW w:w="2880" w:type="dxa"/>
          </w:tcPr>
          <w:p w14:paraId="09FE1FCA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Aerobic respiration</w:t>
            </w:r>
          </w:p>
        </w:tc>
        <w:tc>
          <w:tcPr>
            <w:tcW w:w="6912" w:type="dxa"/>
          </w:tcPr>
          <w:p w14:paraId="75164FDD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glucose + __________ → carbon dioxide + __________</w:t>
            </w:r>
          </w:p>
        </w:tc>
      </w:tr>
      <w:tr w:rsidR="00570A00" w:rsidRPr="00786C5E" w14:paraId="0B1A9A98" w14:textId="77777777">
        <w:trPr>
          <w:jc w:val="center"/>
        </w:trPr>
        <w:tc>
          <w:tcPr>
            <w:tcW w:w="2880" w:type="dxa"/>
          </w:tcPr>
          <w:p w14:paraId="270F697E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Photosynthesis</w:t>
            </w:r>
          </w:p>
        </w:tc>
        <w:tc>
          <w:tcPr>
            <w:tcW w:w="6912" w:type="dxa"/>
          </w:tcPr>
          <w:p w14:paraId="154ECCFC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carbon dioxide + __________ → glucose + __________</w:t>
            </w:r>
          </w:p>
        </w:tc>
      </w:tr>
    </w:tbl>
    <w:p w14:paraId="10E68CD3" w14:textId="77777777" w:rsidR="00786C5E" w:rsidRPr="00786C5E" w:rsidRDefault="00786C5E">
      <w:pPr>
        <w:spacing w:before="120" w:after="60"/>
        <w:rPr>
          <w:b/>
          <w:color w:val="1A1941"/>
          <w:sz w:val="28"/>
          <w:szCs w:val="28"/>
        </w:rPr>
      </w:pPr>
    </w:p>
    <w:p w14:paraId="16A971CB" w14:textId="112343A3" w:rsidR="00570A00" w:rsidRPr="00786C5E" w:rsidRDefault="00736137">
      <w:pPr>
        <w:spacing w:before="120" w:after="60"/>
        <w:rPr>
          <w:sz w:val="24"/>
          <w:szCs w:val="28"/>
        </w:rPr>
      </w:pPr>
      <w:r w:rsidRPr="00786C5E">
        <w:rPr>
          <w:b/>
          <w:color w:val="1A1941"/>
          <w:sz w:val="28"/>
          <w:szCs w:val="28"/>
        </w:rPr>
        <w:t xml:space="preserve">6. </w:t>
      </w:r>
      <w:r w:rsidRPr="00786C5E">
        <w:rPr>
          <w:sz w:val="24"/>
          <w:szCs w:val="28"/>
        </w:rPr>
        <w:t>Explain how the circulatory system helps substances move around the body. Include the heart, blood vessels and blood in your answer.</w:t>
      </w:r>
      <w:r w:rsidRPr="00786C5E">
        <w:rPr>
          <w:b/>
          <w:color w:val="1A1941"/>
          <w:sz w:val="24"/>
          <w:szCs w:val="28"/>
        </w:rPr>
        <w:t xml:space="preserve"> [6 marks]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70A00" w:rsidRPr="00786C5E" w14:paraId="0FF8A056" w14:textId="77777777">
        <w:tc>
          <w:tcPr>
            <w:tcW w:w="10318" w:type="dxa"/>
            <w:shd w:val="clear" w:color="auto" w:fill="FFFFFF"/>
          </w:tcPr>
          <w:p w14:paraId="7D7F318A" w14:textId="77777777" w:rsidR="00570A00" w:rsidRPr="00786C5E" w:rsidRDefault="00570A00">
            <w:pPr>
              <w:spacing w:after="240"/>
              <w:rPr>
                <w:sz w:val="24"/>
                <w:szCs w:val="28"/>
              </w:rPr>
            </w:pPr>
          </w:p>
          <w:p w14:paraId="139C6F33" w14:textId="77777777" w:rsidR="00570A00" w:rsidRPr="00786C5E" w:rsidRDefault="00570A00">
            <w:pPr>
              <w:spacing w:after="240"/>
              <w:rPr>
                <w:sz w:val="24"/>
                <w:szCs w:val="28"/>
              </w:rPr>
            </w:pPr>
          </w:p>
          <w:p w14:paraId="7362B8F0" w14:textId="77777777" w:rsidR="00570A00" w:rsidRPr="00786C5E" w:rsidRDefault="00570A00">
            <w:pPr>
              <w:spacing w:after="240"/>
              <w:rPr>
                <w:sz w:val="24"/>
                <w:szCs w:val="28"/>
              </w:rPr>
            </w:pPr>
          </w:p>
          <w:p w14:paraId="2D5DBEFB" w14:textId="77777777" w:rsidR="00570A00" w:rsidRPr="00786C5E" w:rsidRDefault="00570A00">
            <w:pPr>
              <w:spacing w:after="240"/>
              <w:rPr>
                <w:sz w:val="24"/>
                <w:szCs w:val="28"/>
              </w:rPr>
            </w:pPr>
          </w:p>
          <w:p w14:paraId="00747D54" w14:textId="77777777" w:rsidR="00570A00" w:rsidRPr="00786C5E" w:rsidRDefault="00570A00">
            <w:pPr>
              <w:spacing w:after="240"/>
              <w:rPr>
                <w:sz w:val="24"/>
                <w:szCs w:val="28"/>
              </w:rPr>
            </w:pPr>
          </w:p>
        </w:tc>
      </w:tr>
    </w:tbl>
    <w:p w14:paraId="3B43A908" w14:textId="77777777" w:rsidR="00570A00" w:rsidRPr="00786C5E" w:rsidRDefault="00736137">
      <w:pPr>
        <w:pStyle w:val="Heading1"/>
        <w:rPr>
          <w:sz w:val="40"/>
          <w:szCs w:val="36"/>
        </w:rPr>
      </w:pPr>
      <w:r w:rsidRPr="00786C5E">
        <w:rPr>
          <w:sz w:val="40"/>
          <w:szCs w:val="36"/>
        </w:rPr>
        <w:lastRenderedPageBreak/>
        <w:t>Part B: Chemistry</w:t>
      </w:r>
    </w:p>
    <w:p w14:paraId="2DB8642F" w14:textId="77777777" w:rsidR="00570A00" w:rsidRPr="00786C5E" w:rsidRDefault="00736137">
      <w:pPr>
        <w:rPr>
          <w:sz w:val="24"/>
          <w:szCs w:val="28"/>
        </w:rPr>
      </w:pPr>
      <w:r w:rsidRPr="00786C5E">
        <w:rPr>
          <w:i/>
          <w:color w:val="444444"/>
          <w:sz w:val="24"/>
          <w:szCs w:val="28"/>
        </w:rPr>
        <w:t>OCR Gateway Combined Science A: C1 Particles and C2 Elements, compounds and mixtures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298"/>
      </w:tblGrid>
      <w:tr w:rsidR="00570A00" w:rsidRPr="00786C5E" w14:paraId="69990FDC" w14:textId="77777777" w:rsidTr="00786C5E">
        <w:trPr>
          <w:jc w:val="center"/>
        </w:trPr>
        <w:tc>
          <w:tcPr>
            <w:tcW w:w="10318" w:type="dxa"/>
            <w:tcBorders>
              <w:top w:val="single" w:sz="8" w:space="0" w:color="BBDDD8"/>
              <w:left w:val="single" w:sz="8" w:space="0" w:color="BBDDD8"/>
              <w:bottom w:val="single" w:sz="8" w:space="0" w:color="BBDDD8"/>
              <w:right w:val="single" w:sz="8" w:space="0" w:color="BBDDD8"/>
            </w:tcBorders>
          </w:tcPr>
          <w:p w14:paraId="15E83578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8"/>
                <w:szCs w:val="28"/>
              </w:rPr>
              <w:t>Key knowledge to remember</w:t>
            </w:r>
          </w:p>
          <w:p w14:paraId="085800A2" w14:textId="77777777" w:rsidR="00570A00" w:rsidRPr="00786C5E" w:rsidRDefault="00736137">
            <w:pPr>
              <w:ind w:left="113"/>
              <w:rPr>
                <w:sz w:val="24"/>
                <w:szCs w:val="28"/>
              </w:rPr>
            </w:pPr>
            <w:r w:rsidRPr="00786C5E">
              <w:rPr>
                <w:b/>
                <w:sz w:val="24"/>
                <w:szCs w:val="28"/>
              </w:rPr>
              <w:t xml:space="preserve">• </w:t>
            </w:r>
            <w:r w:rsidRPr="00786C5E">
              <w:rPr>
                <w:sz w:val="24"/>
                <w:szCs w:val="28"/>
              </w:rPr>
              <w:t>All substances are made of particles. The arrangement and movement of particles explain solids, liquids and gases.</w:t>
            </w:r>
          </w:p>
          <w:p w14:paraId="331CF7A2" w14:textId="77777777" w:rsidR="00570A00" w:rsidRPr="00786C5E" w:rsidRDefault="00736137">
            <w:pPr>
              <w:ind w:left="113"/>
              <w:rPr>
                <w:sz w:val="24"/>
                <w:szCs w:val="28"/>
              </w:rPr>
            </w:pPr>
            <w:r w:rsidRPr="00786C5E">
              <w:rPr>
                <w:b/>
                <w:sz w:val="24"/>
                <w:szCs w:val="28"/>
              </w:rPr>
              <w:t xml:space="preserve">• </w:t>
            </w:r>
            <w:r w:rsidRPr="00786C5E">
              <w:rPr>
                <w:sz w:val="24"/>
                <w:szCs w:val="28"/>
              </w:rPr>
              <w:t>Atoms contain protons and neutrons in the nucleus with electrons arranged in shells around the nucleus.</w:t>
            </w:r>
          </w:p>
          <w:p w14:paraId="7954BED7" w14:textId="77777777" w:rsidR="00570A00" w:rsidRPr="00786C5E" w:rsidRDefault="00736137">
            <w:pPr>
              <w:ind w:left="113"/>
              <w:rPr>
                <w:sz w:val="24"/>
                <w:szCs w:val="28"/>
              </w:rPr>
            </w:pPr>
            <w:r w:rsidRPr="00786C5E">
              <w:rPr>
                <w:b/>
                <w:sz w:val="24"/>
                <w:szCs w:val="28"/>
              </w:rPr>
              <w:t xml:space="preserve">• </w:t>
            </w:r>
            <w:r w:rsidRPr="00786C5E">
              <w:rPr>
                <w:sz w:val="24"/>
                <w:szCs w:val="28"/>
              </w:rPr>
              <w:t>Atomic number = number of protons. Mass number = protons + neutrons.</w:t>
            </w:r>
          </w:p>
          <w:p w14:paraId="432A38C3" w14:textId="77777777" w:rsidR="00570A00" w:rsidRPr="00786C5E" w:rsidRDefault="00736137">
            <w:pPr>
              <w:ind w:left="113"/>
              <w:rPr>
                <w:sz w:val="24"/>
                <w:szCs w:val="28"/>
              </w:rPr>
            </w:pPr>
            <w:r w:rsidRPr="00786C5E">
              <w:rPr>
                <w:b/>
                <w:sz w:val="24"/>
                <w:szCs w:val="28"/>
              </w:rPr>
              <w:t xml:space="preserve">• </w:t>
            </w:r>
            <w:r w:rsidRPr="00786C5E">
              <w:rPr>
                <w:sz w:val="24"/>
                <w:szCs w:val="28"/>
              </w:rPr>
              <w:t>An element contains one type of atom. A compound contains two or more elements chemically bonded. A mixture is not chemically bonded and can be separated physically.</w:t>
            </w:r>
          </w:p>
          <w:p w14:paraId="45D07804" w14:textId="77777777" w:rsidR="00570A00" w:rsidRPr="00786C5E" w:rsidRDefault="00736137">
            <w:pPr>
              <w:ind w:left="113"/>
              <w:rPr>
                <w:sz w:val="24"/>
                <w:szCs w:val="28"/>
              </w:rPr>
            </w:pPr>
            <w:r w:rsidRPr="00786C5E">
              <w:rPr>
                <w:b/>
                <w:sz w:val="24"/>
                <w:szCs w:val="28"/>
              </w:rPr>
              <w:t xml:space="preserve">• </w:t>
            </w:r>
            <w:r w:rsidRPr="00786C5E">
              <w:rPr>
                <w:sz w:val="24"/>
                <w:szCs w:val="28"/>
              </w:rPr>
              <w:t>Separation methods include filtration, crystallisation, distillation and chromatography.</w:t>
            </w:r>
          </w:p>
        </w:tc>
      </w:tr>
    </w:tbl>
    <w:p w14:paraId="30026608" w14:textId="77777777" w:rsidR="00570A00" w:rsidRPr="00786C5E" w:rsidRDefault="00570A00">
      <w:pPr>
        <w:rPr>
          <w:sz w:val="24"/>
          <w:szCs w:val="28"/>
        </w:rPr>
      </w:pPr>
    </w:p>
    <w:p w14:paraId="67110517" w14:textId="77777777" w:rsidR="00570A00" w:rsidRPr="00786C5E" w:rsidRDefault="00736137">
      <w:pPr>
        <w:spacing w:before="120" w:after="60"/>
        <w:rPr>
          <w:sz w:val="28"/>
          <w:szCs w:val="32"/>
        </w:rPr>
      </w:pPr>
      <w:r w:rsidRPr="00786C5E">
        <w:rPr>
          <w:b/>
          <w:color w:val="1A1941"/>
          <w:sz w:val="32"/>
          <w:szCs w:val="32"/>
        </w:rPr>
        <w:t xml:space="preserve">7. </w:t>
      </w:r>
      <w:r w:rsidRPr="00786C5E">
        <w:rPr>
          <w:sz w:val="28"/>
          <w:szCs w:val="32"/>
        </w:rPr>
        <w:t>The diagrams show the particle arrangements in three states of matter. Identify A, B and C and describe the particle movement in each state.</w:t>
      </w:r>
      <w:r w:rsidRPr="00786C5E">
        <w:rPr>
          <w:b/>
          <w:color w:val="1A1941"/>
          <w:sz w:val="28"/>
          <w:szCs w:val="32"/>
        </w:rPr>
        <w:t xml:space="preserve"> [6 marks]</w:t>
      </w:r>
    </w:p>
    <w:p w14:paraId="12FD2870" w14:textId="77777777" w:rsidR="00570A00" w:rsidRPr="00786C5E" w:rsidRDefault="00736137">
      <w:pPr>
        <w:jc w:val="center"/>
        <w:rPr>
          <w:sz w:val="28"/>
          <w:szCs w:val="32"/>
        </w:rPr>
      </w:pPr>
      <w:r w:rsidRPr="00786C5E">
        <w:rPr>
          <w:noProof/>
          <w:sz w:val="28"/>
          <w:szCs w:val="32"/>
        </w:rPr>
        <w:drawing>
          <wp:inline distT="0" distB="0" distL="0" distR="0" wp14:anchorId="56FCC760" wp14:editId="3A799D85">
            <wp:extent cx="5669280" cy="201574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rticle_diagrams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69280" cy="2015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40"/>
        <w:gridCol w:w="2160"/>
        <w:gridCol w:w="5760"/>
      </w:tblGrid>
      <w:tr w:rsidR="00570A00" w:rsidRPr="00786C5E" w14:paraId="49367404" w14:textId="77777777">
        <w:trPr>
          <w:jc w:val="center"/>
        </w:trPr>
        <w:tc>
          <w:tcPr>
            <w:tcW w:w="1440" w:type="dxa"/>
            <w:shd w:val="clear" w:color="auto" w:fill="EAF2FA"/>
          </w:tcPr>
          <w:p w14:paraId="15050571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b/>
                <w:color w:val="1A1941"/>
                <w:sz w:val="24"/>
                <w:szCs w:val="32"/>
              </w:rPr>
              <w:t>Diagram</w:t>
            </w:r>
          </w:p>
        </w:tc>
        <w:tc>
          <w:tcPr>
            <w:tcW w:w="2160" w:type="dxa"/>
            <w:shd w:val="clear" w:color="auto" w:fill="EAF2FA"/>
          </w:tcPr>
          <w:p w14:paraId="7CAE6EBA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b/>
                <w:color w:val="1A1941"/>
                <w:sz w:val="24"/>
                <w:szCs w:val="32"/>
              </w:rPr>
              <w:t>State</w:t>
            </w:r>
          </w:p>
        </w:tc>
        <w:tc>
          <w:tcPr>
            <w:tcW w:w="5760" w:type="dxa"/>
            <w:shd w:val="clear" w:color="auto" w:fill="EAF2FA"/>
          </w:tcPr>
          <w:p w14:paraId="4ADADBFE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b/>
                <w:color w:val="1A1941"/>
                <w:sz w:val="24"/>
                <w:szCs w:val="32"/>
              </w:rPr>
              <w:t>Particle movement</w:t>
            </w:r>
          </w:p>
        </w:tc>
      </w:tr>
      <w:tr w:rsidR="00570A00" w:rsidRPr="00786C5E" w14:paraId="77EEA547" w14:textId="77777777">
        <w:trPr>
          <w:jc w:val="center"/>
        </w:trPr>
        <w:tc>
          <w:tcPr>
            <w:tcW w:w="1440" w:type="dxa"/>
          </w:tcPr>
          <w:p w14:paraId="490DA800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color w:val="000000"/>
                <w:sz w:val="24"/>
                <w:szCs w:val="32"/>
              </w:rPr>
              <w:t>A</w:t>
            </w:r>
          </w:p>
        </w:tc>
        <w:tc>
          <w:tcPr>
            <w:tcW w:w="2160" w:type="dxa"/>
          </w:tcPr>
          <w:p w14:paraId="2BF2ED14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  <w:tc>
          <w:tcPr>
            <w:tcW w:w="5760" w:type="dxa"/>
          </w:tcPr>
          <w:p w14:paraId="217DF361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</w:tr>
      <w:tr w:rsidR="00570A00" w:rsidRPr="00786C5E" w14:paraId="71723157" w14:textId="77777777">
        <w:trPr>
          <w:jc w:val="center"/>
        </w:trPr>
        <w:tc>
          <w:tcPr>
            <w:tcW w:w="1440" w:type="dxa"/>
          </w:tcPr>
          <w:p w14:paraId="19479B38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color w:val="000000"/>
                <w:sz w:val="24"/>
                <w:szCs w:val="32"/>
              </w:rPr>
              <w:t>B</w:t>
            </w:r>
          </w:p>
        </w:tc>
        <w:tc>
          <w:tcPr>
            <w:tcW w:w="2160" w:type="dxa"/>
          </w:tcPr>
          <w:p w14:paraId="6B1A61B9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  <w:tc>
          <w:tcPr>
            <w:tcW w:w="5760" w:type="dxa"/>
          </w:tcPr>
          <w:p w14:paraId="6E23E0C1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</w:tr>
      <w:tr w:rsidR="00570A00" w:rsidRPr="00786C5E" w14:paraId="255D1115" w14:textId="77777777">
        <w:trPr>
          <w:jc w:val="center"/>
        </w:trPr>
        <w:tc>
          <w:tcPr>
            <w:tcW w:w="1440" w:type="dxa"/>
          </w:tcPr>
          <w:p w14:paraId="44DBBFBB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color w:val="000000"/>
                <w:sz w:val="24"/>
                <w:szCs w:val="32"/>
              </w:rPr>
              <w:t>C</w:t>
            </w:r>
          </w:p>
        </w:tc>
        <w:tc>
          <w:tcPr>
            <w:tcW w:w="2160" w:type="dxa"/>
          </w:tcPr>
          <w:p w14:paraId="3D573CC7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  <w:tc>
          <w:tcPr>
            <w:tcW w:w="5760" w:type="dxa"/>
          </w:tcPr>
          <w:p w14:paraId="56C381F2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</w:tr>
    </w:tbl>
    <w:p w14:paraId="467941D0" w14:textId="77777777" w:rsidR="00786C5E" w:rsidRPr="00786C5E" w:rsidRDefault="00786C5E">
      <w:pPr>
        <w:spacing w:before="120" w:after="60"/>
        <w:rPr>
          <w:b/>
          <w:color w:val="1A1941"/>
          <w:sz w:val="28"/>
          <w:szCs w:val="28"/>
        </w:rPr>
      </w:pPr>
    </w:p>
    <w:p w14:paraId="5BAD1F3A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12C1D920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4AF5955B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34DBAB51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6A7439C1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197B5716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4DF11031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0B3009C1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7E65293E" w14:textId="51C4D630" w:rsidR="00570A00" w:rsidRPr="00786C5E" w:rsidRDefault="00736137">
      <w:pPr>
        <w:spacing w:before="120" w:after="60"/>
        <w:rPr>
          <w:sz w:val="24"/>
          <w:szCs w:val="28"/>
        </w:rPr>
      </w:pPr>
      <w:r w:rsidRPr="00786C5E">
        <w:rPr>
          <w:b/>
          <w:color w:val="1A1941"/>
          <w:sz w:val="28"/>
          <w:szCs w:val="28"/>
        </w:rPr>
        <w:lastRenderedPageBreak/>
        <w:t xml:space="preserve">8. </w:t>
      </w:r>
      <w:r w:rsidRPr="00786C5E">
        <w:rPr>
          <w:sz w:val="24"/>
          <w:szCs w:val="28"/>
        </w:rPr>
        <w:t>Label the atom diagram and complete the subatomic particle table.</w:t>
      </w:r>
      <w:r w:rsidRPr="00786C5E">
        <w:rPr>
          <w:b/>
          <w:color w:val="1A1941"/>
          <w:sz w:val="24"/>
          <w:szCs w:val="28"/>
        </w:rPr>
        <w:t xml:space="preserve"> [8 marks]</w:t>
      </w:r>
    </w:p>
    <w:p w14:paraId="09EC2ED5" w14:textId="77777777" w:rsidR="00570A00" w:rsidRPr="00786C5E" w:rsidRDefault="00736137">
      <w:pPr>
        <w:jc w:val="center"/>
        <w:rPr>
          <w:sz w:val="24"/>
          <w:szCs w:val="28"/>
        </w:rPr>
      </w:pPr>
      <w:r w:rsidRPr="00786C5E">
        <w:rPr>
          <w:noProof/>
          <w:sz w:val="24"/>
          <w:szCs w:val="28"/>
        </w:rPr>
        <w:drawing>
          <wp:inline distT="0" distB="0" distL="0" distR="0" wp14:anchorId="669CC384" wp14:editId="270594BE">
            <wp:extent cx="4937760" cy="282157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om_blank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37760" cy="2821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04"/>
        <w:gridCol w:w="2016"/>
        <w:gridCol w:w="2016"/>
        <w:gridCol w:w="3168"/>
      </w:tblGrid>
      <w:tr w:rsidR="00570A00" w:rsidRPr="00786C5E" w14:paraId="4C5270B1" w14:textId="77777777">
        <w:trPr>
          <w:jc w:val="center"/>
        </w:trPr>
        <w:tc>
          <w:tcPr>
            <w:tcW w:w="2304" w:type="dxa"/>
            <w:shd w:val="clear" w:color="auto" w:fill="EAF2FA"/>
          </w:tcPr>
          <w:p w14:paraId="44CD45DE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Cs w:val="28"/>
              </w:rPr>
              <w:t>Particle</w:t>
            </w:r>
          </w:p>
        </w:tc>
        <w:tc>
          <w:tcPr>
            <w:tcW w:w="2016" w:type="dxa"/>
            <w:shd w:val="clear" w:color="auto" w:fill="EAF2FA"/>
          </w:tcPr>
          <w:p w14:paraId="11FE4119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Cs w:val="28"/>
              </w:rPr>
              <w:t>Relative charge</w:t>
            </w:r>
          </w:p>
        </w:tc>
        <w:tc>
          <w:tcPr>
            <w:tcW w:w="2016" w:type="dxa"/>
            <w:shd w:val="clear" w:color="auto" w:fill="EAF2FA"/>
          </w:tcPr>
          <w:p w14:paraId="621421B0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Cs w:val="28"/>
              </w:rPr>
              <w:t>Relative mass</w:t>
            </w:r>
          </w:p>
        </w:tc>
        <w:tc>
          <w:tcPr>
            <w:tcW w:w="3168" w:type="dxa"/>
            <w:shd w:val="clear" w:color="auto" w:fill="EAF2FA"/>
          </w:tcPr>
          <w:p w14:paraId="395D5353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Cs w:val="28"/>
              </w:rPr>
              <w:t>Where found</w:t>
            </w:r>
          </w:p>
        </w:tc>
      </w:tr>
      <w:tr w:rsidR="00570A00" w:rsidRPr="00786C5E" w14:paraId="39B40C87" w14:textId="77777777">
        <w:trPr>
          <w:jc w:val="center"/>
        </w:trPr>
        <w:tc>
          <w:tcPr>
            <w:tcW w:w="2304" w:type="dxa"/>
          </w:tcPr>
          <w:p w14:paraId="11BA1277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Proton</w:t>
            </w:r>
          </w:p>
        </w:tc>
        <w:tc>
          <w:tcPr>
            <w:tcW w:w="2016" w:type="dxa"/>
          </w:tcPr>
          <w:p w14:paraId="2A6322BE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2016" w:type="dxa"/>
          </w:tcPr>
          <w:p w14:paraId="38389FC0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3168" w:type="dxa"/>
          </w:tcPr>
          <w:p w14:paraId="6F556296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04F907BC" w14:textId="77777777">
        <w:trPr>
          <w:jc w:val="center"/>
        </w:trPr>
        <w:tc>
          <w:tcPr>
            <w:tcW w:w="2304" w:type="dxa"/>
          </w:tcPr>
          <w:p w14:paraId="4B517095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Neutron</w:t>
            </w:r>
          </w:p>
        </w:tc>
        <w:tc>
          <w:tcPr>
            <w:tcW w:w="2016" w:type="dxa"/>
          </w:tcPr>
          <w:p w14:paraId="0E58E04B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2016" w:type="dxa"/>
          </w:tcPr>
          <w:p w14:paraId="02A160C3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3168" w:type="dxa"/>
          </w:tcPr>
          <w:p w14:paraId="0409BF35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358669B9" w14:textId="77777777">
        <w:trPr>
          <w:jc w:val="center"/>
        </w:trPr>
        <w:tc>
          <w:tcPr>
            <w:tcW w:w="2304" w:type="dxa"/>
          </w:tcPr>
          <w:p w14:paraId="60AA7999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Electron</w:t>
            </w:r>
          </w:p>
        </w:tc>
        <w:tc>
          <w:tcPr>
            <w:tcW w:w="2016" w:type="dxa"/>
          </w:tcPr>
          <w:p w14:paraId="0707CA04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2016" w:type="dxa"/>
          </w:tcPr>
          <w:p w14:paraId="50DDA975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3168" w:type="dxa"/>
          </w:tcPr>
          <w:p w14:paraId="62BADB92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</w:tbl>
    <w:p w14:paraId="2A949863" w14:textId="77777777" w:rsidR="00786C5E" w:rsidRDefault="00786C5E">
      <w:pPr>
        <w:spacing w:before="120" w:after="60"/>
        <w:rPr>
          <w:b/>
          <w:color w:val="1A1941"/>
          <w:sz w:val="28"/>
          <w:szCs w:val="28"/>
        </w:rPr>
      </w:pPr>
    </w:p>
    <w:p w14:paraId="0092B773" w14:textId="763356C4" w:rsidR="00570A00" w:rsidRPr="00786C5E" w:rsidRDefault="00736137">
      <w:pPr>
        <w:spacing w:before="120" w:after="60"/>
        <w:rPr>
          <w:sz w:val="24"/>
          <w:szCs w:val="28"/>
        </w:rPr>
      </w:pPr>
      <w:r w:rsidRPr="00786C5E">
        <w:rPr>
          <w:b/>
          <w:color w:val="1A1941"/>
          <w:sz w:val="28"/>
          <w:szCs w:val="28"/>
        </w:rPr>
        <w:t xml:space="preserve">9. </w:t>
      </w:r>
      <w:r w:rsidRPr="00786C5E">
        <w:rPr>
          <w:sz w:val="24"/>
          <w:szCs w:val="28"/>
        </w:rPr>
        <w:t>Complete the table for each atom. Assume each atom is neutral.</w:t>
      </w:r>
      <w:r w:rsidRPr="00786C5E">
        <w:rPr>
          <w:b/>
          <w:color w:val="1A1941"/>
          <w:sz w:val="24"/>
          <w:szCs w:val="28"/>
        </w:rPr>
        <w:t xml:space="preserve"> [8 marks]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72"/>
        <w:gridCol w:w="1728"/>
        <w:gridCol w:w="1728"/>
        <w:gridCol w:w="1584"/>
        <w:gridCol w:w="1584"/>
        <w:gridCol w:w="1584"/>
      </w:tblGrid>
      <w:tr w:rsidR="00570A00" w:rsidRPr="00786C5E" w14:paraId="7E128E0B" w14:textId="77777777">
        <w:trPr>
          <w:jc w:val="center"/>
        </w:trPr>
        <w:tc>
          <w:tcPr>
            <w:tcW w:w="1872" w:type="dxa"/>
            <w:shd w:val="clear" w:color="auto" w:fill="EAF2FA"/>
          </w:tcPr>
          <w:p w14:paraId="17947712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Cs w:val="28"/>
              </w:rPr>
              <w:t>Atom</w:t>
            </w:r>
          </w:p>
        </w:tc>
        <w:tc>
          <w:tcPr>
            <w:tcW w:w="1728" w:type="dxa"/>
            <w:shd w:val="clear" w:color="auto" w:fill="EAF2FA"/>
          </w:tcPr>
          <w:p w14:paraId="35A89B2C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Cs w:val="28"/>
              </w:rPr>
              <w:t>Atomic number</w:t>
            </w:r>
          </w:p>
        </w:tc>
        <w:tc>
          <w:tcPr>
            <w:tcW w:w="1728" w:type="dxa"/>
            <w:shd w:val="clear" w:color="auto" w:fill="EAF2FA"/>
          </w:tcPr>
          <w:p w14:paraId="2055BDB7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Cs w:val="28"/>
              </w:rPr>
              <w:t>Mass number</w:t>
            </w:r>
          </w:p>
        </w:tc>
        <w:tc>
          <w:tcPr>
            <w:tcW w:w="1584" w:type="dxa"/>
            <w:shd w:val="clear" w:color="auto" w:fill="EAF2FA"/>
          </w:tcPr>
          <w:p w14:paraId="145BE5A8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Cs w:val="28"/>
              </w:rPr>
              <w:t>Protons</w:t>
            </w:r>
          </w:p>
        </w:tc>
        <w:tc>
          <w:tcPr>
            <w:tcW w:w="1584" w:type="dxa"/>
            <w:shd w:val="clear" w:color="auto" w:fill="EAF2FA"/>
          </w:tcPr>
          <w:p w14:paraId="24861F25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Cs w:val="28"/>
              </w:rPr>
              <w:t>Neutrons</w:t>
            </w:r>
          </w:p>
        </w:tc>
        <w:tc>
          <w:tcPr>
            <w:tcW w:w="1584" w:type="dxa"/>
            <w:shd w:val="clear" w:color="auto" w:fill="EAF2FA"/>
          </w:tcPr>
          <w:p w14:paraId="4865A25C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Cs w:val="28"/>
              </w:rPr>
              <w:t>Electrons</w:t>
            </w:r>
          </w:p>
        </w:tc>
      </w:tr>
      <w:tr w:rsidR="00570A00" w:rsidRPr="00786C5E" w14:paraId="011FF57E" w14:textId="77777777">
        <w:trPr>
          <w:jc w:val="center"/>
        </w:trPr>
        <w:tc>
          <w:tcPr>
            <w:tcW w:w="1872" w:type="dxa"/>
          </w:tcPr>
          <w:p w14:paraId="28E0280B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Carbon-12</w:t>
            </w:r>
          </w:p>
        </w:tc>
        <w:tc>
          <w:tcPr>
            <w:tcW w:w="1728" w:type="dxa"/>
          </w:tcPr>
          <w:p w14:paraId="3A6D0523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6</w:t>
            </w:r>
          </w:p>
        </w:tc>
        <w:tc>
          <w:tcPr>
            <w:tcW w:w="1728" w:type="dxa"/>
          </w:tcPr>
          <w:p w14:paraId="036AF313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12</w:t>
            </w:r>
          </w:p>
        </w:tc>
        <w:tc>
          <w:tcPr>
            <w:tcW w:w="1584" w:type="dxa"/>
          </w:tcPr>
          <w:p w14:paraId="38FBCDD6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1584" w:type="dxa"/>
          </w:tcPr>
          <w:p w14:paraId="2F144B7B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1584" w:type="dxa"/>
          </w:tcPr>
          <w:p w14:paraId="38A08520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3F730DA0" w14:textId="77777777">
        <w:trPr>
          <w:jc w:val="center"/>
        </w:trPr>
        <w:tc>
          <w:tcPr>
            <w:tcW w:w="1872" w:type="dxa"/>
          </w:tcPr>
          <w:p w14:paraId="4219A695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Sodium-23</w:t>
            </w:r>
          </w:p>
        </w:tc>
        <w:tc>
          <w:tcPr>
            <w:tcW w:w="1728" w:type="dxa"/>
          </w:tcPr>
          <w:p w14:paraId="6D188ABA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11</w:t>
            </w:r>
          </w:p>
        </w:tc>
        <w:tc>
          <w:tcPr>
            <w:tcW w:w="1728" w:type="dxa"/>
          </w:tcPr>
          <w:p w14:paraId="618EFCC0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23</w:t>
            </w:r>
          </w:p>
        </w:tc>
        <w:tc>
          <w:tcPr>
            <w:tcW w:w="1584" w:type="dxa"/>
          </w:tcPr>
          <w:p w14:paraId="45834344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1584" w:type="dxa"/>
          </w:tcPr>
          <w:p w14:paraId="57B868A9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1584" w:type="dxa"/>
          </w:tcPr>
          <w:p w14:paraId="5893F6E1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17DA5EB7" w14:textId="77777777">
        <w:trPr>
          <w:jc w:val="center"/>
        </w:trPr>
        <w:tc>
          <w:tcPr>
            <w:tcW w:w="1872" w:type="dxa"/>
          </w:tcPr>
          <w:p w14:paraId="3BDE7E94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Chlorine-35</w:t>
            </w:r>
          </w:p>
        </w:tc>
        <w:tc>
          <w:tcPr>
            <w:tcW w:w="1728" w:type="dxa"/>
          </w:tcPr>
          <w:p w14:paraId="61AACA3B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17</w:t>
            </w:r>
          </w:p>
        </w:tc>
        <w:tc>
          <w:tcPr>
            <w:tcW w:w="1728" w:type="dxa"/>
          </w:tcPr>
          <w:p w14:paraId="701D2ACC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35</w:t>
            </w:r>
          </w:p>
        </w:tc>
        <w:tc>
          <w:tcPr>
            <w:tcW w:w="1584" w:type="dxa"/>
          </w:tcPr>
          <w:p w14:paraId="29FFCD7F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1584" w:type="dxa"/>
          </w:tcPr>
          <w:p w14:paraId="557B3E81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1584" w:type="dxa"/>
          </w:tcPr>
          <w:p w14:paraId="7419ABA2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2082B585" w14:textId="77777777">
        <w:trPr>
          <w:jc w:val="center"/>
        </w:trPr>
        <w:tc>
          <w:tcPr>
            <w:tcW w:w="1872" w:type="dxa"/>
          </w:tcPr>
          <w:p w14:paraId="2F704582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Oxygen-16</w:t>
            </w:r>
          </w:p>
        </w:tc>
        <w:tc>
          <w:tcPr>
            <w:tcW w:w="1728" w:type="dxa"/>
          </w:tcPr>
          <w:p w14:paraId="01275A75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8</w:t>
            </w:r>
          </w:p>
        </w:tc>
        <w:tc>
          <w:tcPr>
            <w:tcW w:w="1728" w:type="dxa"/>
          </w:tcPr>
          <w:p w14:paraId="5DC5DFE4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16</w:t>
            </w:r>
          </w:p>
        </w:tc>
        <w:tc>
          <w:tcPr>
            <w:tcW w:w="1584" w:type="dxa"/>
          </w:tcPr>
          <w:p w14:paraId="0B2B202C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1584" w:type="dxa"/>
          </w:tcPr>
          <w:p w14:paraId="107DFDF8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1584" w:type="dxa"/>
          </w:tcPr>
          <w:p w14:paraId="4C84DF98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</w:tbl>
    <w:p w14:paraId="18E434DC" w14:textId="77777777" w:rsidR="00786C5E" w:rsidRDefault="00786C5E">
      <w:pPr>
        <w:spacing w:before="120" w:after="60"/>
        <w:rPr>
          <w:b/>
          <w:color w:val="1A1941"/>
          <w:sz w:val="28"/>
          <w:szCs w:val="28"/>
        </w:rPr>
      </w:pPr>
    </w:p>
    <w:p w14:paraId="517A66FD" w14:textId="21A6D91F" w:rsidR="00570A00" w:rsidRPr="00786C5E" w:rsidRDefault="00736137">
      <w:pPr>
        <w:spacing w:before="120" w:after="60"/>
        <w:rPr>
          <w:sz w:val="24"/>
          <w:szCs w:val="28"/>
        </w:rPr>
      </w:pPr>
      <w:r w:rsidRPr="00786C5E">
        <w:rPr>
          <w:b/>
          <w:color w:val="1A1941"/>
          <w:sz w:val="28"/>
          <w:szCs w:val="28"/>
        </w:rPr>
        <w:t xml:space="preserve">10. </w:t>
      </w:r>
      <w:r w:rsidRPr="00786C5E">
        <w:rPr>
          <w:sz w:val="24"/>
          <w:szCs w:val="28"/>
        </w:rPr>
        <w:t>Define element, compound and mixture. Give one example of each.</w:t>
      </w:r>
      <w:r w:rsidRPr="00786C5E">
        <w:rPr>
          <w:b/>
          <w:color w:val="1A1941"/>
          <w:sz w:val="24"/>
          <w:szCs w:val="28"/>
        </w:rPr>
        <w:t xml:space="preserve"> [6 marks]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16"/>
        <w:gridCol w:w="5760"/>
        <w:gridCol w:w="2160"/>
      </w:tblGrid>
      <w:tr w:rsidR="00570A00" w:rsidRPr="00786C5E" w14:paraId="1D0DC018" w14:textId="77777777">
        <w:trPr>
          <w:jc w:val="center"/>
        </w:trPr>
        <w:tc>
          <w:tcPr>
            <w:tcW w:w="2016" w:type="dxa"/>
            <w:shd w:val="clear" w:color="auto" w:fill="EAF2FA"/>
          </w:tcPr>
          <w:p w14:paraId="5FCDD02D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Term</w:t>
            </w:r>
          </w:p>
        </w:tc>
        <w:tc>
          <w:tcPr>
            <w:tcW w:w="5760" w:type="dxa"/>
            <w:shd w:val="clear" w:color="auto" w:fill="EAF2FA"/>
          </w:tcPr>
          <w:p w14:paraId="75B82722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Definition</w:t>
            </w:r>
          </w:p>
        </w:tc>
        <w:tc>
          <w:tcPr>
            <w:tcW w:w="2160" w:type="dxa"/>
            <w:shd w:val="clear" w:color="auto" w:fill="EAF2FA"/>
          </w:tcPr>
          <w:p w14:paraId="34C24CEC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Example</w:t>
            </w:r>
          </w:p>
        </w:tc>
      </w:tr>
      <w:tr w:rsidR="00570A00" w:rsidRPr="00786C5E" w14:paraId="314372C6" w14:textId="77777777">
        <w:trPr>
          <w:jc w:val="center"/>
        </w:trPr>
        <w:tc>
          <w:tcPr>
            <w:tcW w:w="2016" w:type="dxa"/>
          </w:tcPr>
          <w:p w14:paraId="338F21B3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Element</w:t>
            </w:r>
          </w:p>
        </w:tc>
        <w:tc>
          <w:tcPr>
            <w:tcW w:w="5760" w:type="dxa"/>
          </w:tcPr>
          <w:p w14:paraId="150CA6B9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2160" w:type="dxa"/>
          </w:tcPr>
          <w:p w14:paraId="2164C0C1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7B02786F" w14:textId="77777777">
        <w:trPr>
          <w:jc w:val="center"/>
        </w:trPr>
        <w:tc>
          <w:tcPr>
            <w:tcW w:w="2016" w:type="dxa"/>
          </w:tcPr>
          <w:p w14:paraId="0396D46D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Compound</w:t>
            </w:r>
          </w:p>
        </w:tc>
        <w:tc>
          <w:tcPr>
            <w:tcW w:w="5760" w:type="dxa"/>
          </w:tcPr>
          <w:p w14:paraId="4C5FF971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2160" w:type="dxa"/>
          </w:tcPr>
          <w:p w14:paraId="18F14576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0002EA6B" w14:textId="77777777">
        <w:trPr>
          <w:jc w:val="center"/>
        </w:trPr>
        <w:tc>
          <w:tcPr>
            <w:tcW w:w="2016" w:type="dxa"/>
          </w:tcPr>
          <w:p w14:paraId="28D33FD9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Mixture</w:t>
            </w:r>
          </w:p>
        </w:tc>
        <w:tc>
          <w:tcPr>
            <w:tcW w:w="5760" w:type="dxa"/>
          </w:tcPr>
          <w:p w14:paraId="4B4535AF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2160" w:type="dxa"/>
          </w:tcPr>
          <w:p w14:paraId="392949D9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</w:tbl>
    <w:p w14:paraId="50C9982A" w14:textId="77777777" w:rsidR="00786C5E" w:rsidRPr="00786C5E" w:rsidRDefault="00786C5E">
      <w:pPr>
        <w:spacing w:before="120" w:after="60"/>
        <w:rPr>
          <w:b/>
          <w:color w:val="1A1941"/>
          <w:sz w:val="28"/>
          <w:szCs w:val="28"/>
        </w:rPr>
      </w:pPr>
    </w:p>
    <w:p w14:paraId="7428B812" w14:textId="77777777" w:rsidR="00786C5E" w:rsidRPr="00786C5E" w:rsidRDefault="00786C5E">
      <w:pPr>
        <w:spacing w:before="120" w:after="60"/>
        <w:rPr>
          <w:b/>
          <w:color w:val="1A1941"/>
          <w:sz w:val="28"/>
          <w:szCs w:val="28"/>
        </w:rPr>
      </w:pPr>
    </w:p>
    <w:p w14:paraId="3E3FBAB7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248DDE11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49E7D493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7FA2C254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5D8876EB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0AE7C385" w14:textId="16FF287B" w:rsidR="00570A00" w:rsidRDefault="00736137">
      <w:pPr>
        <w:spacing w:before="120" w:after="60"/>
        <w:rPr>
          <w:b/>
          <w:color w:val="1A1941"/>
          <w:sz w:val="28"/>
          <w:szCs w:val="32"/>
        </w:rPr>
      </w:pPr>
      <w:r w:rsidRPr="00786C5E">
        <w:rPr>
          <w:b/>
          <w:color w:val="1A1941"/>
          <w:sz w:val="32"/>
          <w:szCs w:val="32"/>
        </w:rPr>
        <w:lastRenderedPageBreak/>
        <w:t xml:space="preserve">11. </w:t>
      </w:r>
      <w:r w:rsidRPr="00786C5E">
        <w:rPr>
          <w:sz w:val="28"/>
          <w:szCs w:val="32"/>
        </w:rPr>
        <w:t>Use the separation methods diagram. For each mixture, choose the best separation method and explain why.</w:t>
      </w:r>
      <w:r w:rsidRPr="00786C5E">
        <w:rPr>
          <w:b/>
          <w:color w:val="1A1941"/>
          <w:sz w:val="28"/>
          <w:szCs w:val="32"/>
        </w:rPr>
        <w:t xml:space="preserve"> [6 marks]</w:t>
      </w:r>
    </w:p>
    <w:p w14:paraId="541AFF23" w14:textId="77777777" w:rsidR="00786C5E" w:rsidRPr="00786C5E" w:rsidRDefault="00786C5E">
      <w:pPr>
        <w:spacing w:before="120" w:after="60"/>
        <w:rPr>
          <w:sz w:val="28"/>
          <w:szCs w:val="32"/>
        </w:rPr>
      </w:pPr>
    </w:p>
    <w:p w14:paraId="78448514" w14:textId="77777777" w:rsidR="00570A00" w:rsidRDefault="00736137">
      <w:pPr>
        <w:jc w:val="center"/>
        <w:rPr>
          <w:sz w:val="28"/>
          <w:szCs w:val="32"/>
        </w:rPr>
      </w:pPr>
      <w:r w:rsidRPr="00786C5E">
        <w:rPr>
          <w:noProof/>
          <w:sz w:val="28"/>
          <w:szCs w:val="32"/>
        </w:rPr>
        <w:drawing>
          <wp:inline distT="0" distB="0" distL="0" distR="0" wp14:anchorId="1C28052F" wp14:editId="465B8C7A">
            <wp:extent cx="5852160" cy="2731008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paration_methods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2731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4D8DA" w14:textId="77777777" w:rsidR="00786C5E" w:rsidRPr="00786C5E" w:rsidRDefault="00786C5E">
      <w:pPr>
        <w:jc w:val="center"/>
        <w:rPr>
          <w:sz w:val="28"/>
          <w:szCs w:val="3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880"/>
        <w:gridCol w:w="2880"/>
        <w:gridCol w:w="4032"/>
      </w:tblGrid>
      <w:tr w:rsidR="00570A00" w:rsidRPr="00786C5E" w14:paraId="626ECFCB" w14:textId="77777777">
        <w:trPr>
          <w:jc w:val="center"/>
        </w:trPr>
        <w:tc>
          <w:tcPr>
            <w:tcW w:w="2880" w:type="dxa"/>
            <w:shd w:val="clear" w:color="auto" w:fill="EAF2FA"/>
          </w:tcPr>
          <w:p w14:paraId="77B24E0A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b/>
                <w:color w:val="1A1941"/>
                <w:sz w:val="24"/>
                <w:szCs w:val="32"/>
              </w:rPr>
              <w:t>Mixture</w:t>
            </w:r>
          </w:p>
        </w:tc>
        <w:tc>
          <w:tcPr>
            <w:tcW w:w="2880" w:type="dxa"/>
            <w:shd w:val="clear" w:color="auto" w:fill="EAF2FA"/>
          </w:tcPr>
          <w:p w14:paraId="0E68CD99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b/>
                <w:color w:val="1A1941"/>
                <w:sz w:val="24"/>
                <w:szCs w:val="32"/>
              </w:rPr>
              <w:t>Best method</w:t>
            </w:r>
          </w:p>
        </w:tc>
        <w:tc>
          <w:tcPr>
            <w:tcW w:w="4032" w:type="dxa"/>
            <w:shd w:val="clear" w:color="auto" w:fill="EAF2FA"/>
          </w:tcPr>
          <w:p w14:paraId="65A412B6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b/>
                <w:color w:val="1A1941"/>
                <w:sz w:val="24"/>
                <w:szCs w:val="32"/>
              </w:rPr>
              <w:t>Why?</w:t>
            </w:r>
          </w:p>
        </w:tc>
      </w:tr>
      <w:tr w:rsidR="00570A00" w:rsidRPr="00786C5E" w14:paraId="47777C23" w14:textId="77777777">
        <w:trPr>
          <w:jc w:val="center"/>
        </w:trPr>
        <w:tc>
          <w:tcPr>
            <w:tcW w:w="2880" w:type="dxa"/>
          </w:tcPr>
          <w:p w14:paraId="50268C5E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color w:val="000000"/>
                <w:sz w:val="24"/>
                <w:szCs w:val="32"/>
              </w:rPr>
              <w:t>Sand and water</w:t>
            </w:r>
          </w:p>
        </w:tc>
        <w:tc>
          <w:tcPr>
            <w:tcW w:w="2880" w:type="dxa"/>
          </w:tcPr>
          <w:p w14:paraId="71E3C205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  <w:tc>
          <w:tcPr>
            <w:tcW w:w="4032" w:type="dxa"/>
          </w:tcPr>
          <w:p w14:paraId="49972BC8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</w:tr>
      <w:tr w:rsidR="00570A00" w:rsidRPr="00786C5E" w14:paraId="0C1986EF" w14:textId="77777777">
        <w:trPr>
          <w:jc w:val="center"/>
        </w:trPr>
        <w:tc>
          <w:tcPr>
            <w:tcW w:w="2880" w:type="dxa"/>
          </w:tcPr>
          <w:p w14:paraId="4DE21472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color w:val="000000"/>
                <w:sz w:val="24"/>
                <w:szCs w:val="32"/>
              </w:rPr>
              <w:t>A coloured dye mixture</w:t>
            </w:r>
          </w:p>
        </w:tc>
        <w:tc>
          <w:tcPr>
            <w:tcW w:w="2880" w:type="dxa"/>
          </w:tcPr>
          <w:p w14:paraId="7537290F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  <w:tc>
          <w:tcPr>
            <w:tcW w:w="4032" w:type="dxa"/>
          </w:tcPr>
          <w:p w14:paraId="602F27DF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</w:tr>
      <w:tr w:rsidR="00570A00" w:rsidRPr="00786C5E" w14:paraId="0EDC7354" w14:textId="77777777">
        <w:trPr>
          <w:jc w:val="center"/>
        </w:trPr>
        <w:tc>
          <w:tcPr>
            <w:tcW w:w="2880" w:type="dxa"/>
          </w:tcPr>
          <w:p w14:paraId="4A5A2809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color w:val="000000"/>
                <w:sz w:val="24"/>
                <w:szCs w:val="32"/>
              </w:rPr>
              <w:t>Salt dissolved in water</w:t>
            </w:r>
          </w:p>
        </w:tc>
        <w:tc>
          <w:tcPr>
            <w:tcW w:w="2880" w:type="dxa"/>
          </w:tcPr>
          <w:p w14:paraId="7FBEB75C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  <w:tc>
          <w:tcPr>
            <w:tcW w:w="4032" w:type="dxa"/>
          </w:tcPr>
          <w:p w14:paraId="528D394F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</w:tr>
    </w:tbl>
    <w:p w14:paraId="116A5157" w14:textId="77777777" w:rsidR="00786C5E" w:rsidRDefault="00786C5E">
      <w:pPr>
        <w:spacing w:before="120" w:after="60"/>
        <w:rPr>
          <w:b/>
          <w:color w:val="1A1941"/>
          <w:sz w:val="32"/>
          <w:szCs w:val="32"/>
        </w:rPr>
      </w:pPr>
    </w:p>
    <w:p w14:paraId="5EE6777D" w14:textId="77777777" w:rsidR="00786C5E" w:rsidRDefault="00786C5E">
      <w:pPr>
        <w:spacing w:before="120" w:after="60"/>
        <w:rPr>
          <w:b/>
          <w:color w:val="1A1941"/>
          <w:sz w:val="32"/>
          <w:szCs w:val="32"/>
        </w:rPr>
      </w:pPr>
    </w:p>
    <w:p w14:paraId="3A411902" w14:textId="36BF2B22" w:rsidR="00570A00" w:rsidRPr="00786C5E" w:rsidRDefault="00736137">
      <w:pPr>
        <w:spacing w:before="120" w:after="60"/>
        <w:rPr>
          <w:sz w:val="28"/>
          <w:szCs w:val="32"/>
        </w:rPr>
      </w:pPr>
      <w:r w:rsidRPr="00786C5E">
        <w:rPr>
          <w:b/>
          <w:color w:val="1A1941"/>
          <w:sz w:val="32"/>
          <w:szCs w:val="32"/>
        </w:rPr>
        <w:t xml:space="preserve">12. </w:t>
      </w:r>
      <w:r w:rsidRPr="00786C5E">
        <w:rPr>
          <w:sz w:val="28"/>
          <w:szCs w:val="32"/>
        </w:rPr>
        <w:t>Balance the equations and explain why mass is conserved in chemical reactions.</w:t>
      </w:r>
      <w:r w:rsidRPr="00786C5E">
        <w:rPr>
          <w:b/>
          <w:color w:val="1A1941"/>
          <w:sz w:val="28"/>
          <w:szCs w:val="32"/>
        </w:rPr>
        <w:t xml:space="preserve"> [6 marks]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44"/>
        <w:gridCol w:w="5760"/>
      </w:tblGrid>
      <w:tr w:rsidR="00570A00" w:rsidRPr="00786C5E" w14:paraId="18F88643" w14:textId="77777777">
        <w:trPr>
          <w:jc w:val="center"/>
        </w:trPr>
        <w:tc>
          <w:tcPr>
            <w:tcW w:w="3744" w:type="dxa"/>
            <w:shd w:val="clear" w:color="auto" w:fill="EAF2FA"/>
          </w:tcPr>
          <w:p w14:paraId="6E69441B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b/>
                <w:color w:val="1A1941"/>
                <w:sz w:val="24"/>
                <w:szCs w:val="32"/>
              </w:rPr>
              <w:t>Equation</w:t>
            </w:r>
          </w:p>
        </w:tc>
        <w:tc>
          <w:tcPr>
            <w:tcW w:w="5760" w:type="dxa"/>
            <w:shd w:val="clear" w:color="auto" w:fill="EAF2FA"/>
          </w:tcPr>
          <w:p w14:paraId="5766AC9A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b/>
                <w:color w:val="1A1941"/>
                <w:sz w:val="24"/>
                <w:szCs w:val="32"/>
              </w:rPr>
              <w:t>Balanced equation</w:t>
            </w:r>
          </w:p>
        </w:tc>
      </w:tr>
      <w:tr w:rsidR="00570A00" w:rsidRPr="00786C5E" w14:paraId="679E6193" w14:textId="77777777">
        <w:trPr>
          <w:jc w:val="center"/>
        </w:trPr>
        <w:tc>
          <w:tcPr>
            <w:tcW w:w="3744" w:type="dxa"/>
          </w:tcPr>
          <w:p w14:paraId="1143648D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color w:val="000000"/>
                <w:sz w:val="24"/>
                <w:szCs w:val="32"/>
              </w:rPr>
              <w:t>Mg + O2 → MgO</w:t>
            </w:r>
          </w:p>
        </w:tc>
        <w:tc>
          <w:tcPr>
            <w:tcW w:w="5760" w:type="dxa"/>
          </w:tcPr>
          <w:p w14:paraId="61752F24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</w:tr>
      <w:tr w:rsidR="00570A00" w:rsidRPr="00786C5E" w14:paraId="4642E791" w14:textId="77777777">
        <w:trPr>
          <w:jc w:val="center"/>
        </w:trPr>
        <w:tc>
          <w:tcPr>
            <w:tcW w:w="3744" w:type="dxa"/>
          </w:tcPr>
          <w:p w14:paraId="42123B04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color w:val="000000"/>
                <w:sz w:val="24"/>
                <w:szCs w:val="32"/>
              </w:rPr>
              <w:t>Na + Cl2 → NaCl</w:t>
            </w:r>
          </w:p>
        </w:tc>
        <w:tc>
          <w:tcPr>
            <w:tcW w:w="5760" w:type="dxa"/>
          </w:tcPr>
          <w:p w14:paraId="506ED089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</w:tr>
      <w:tr w:rsidR="00570A00" w:rsidRPr="00786C5E" w14:paraId="3BDFD87A" w14:textId="77777777">
        <w:trPr>
          <w:jc w:val="center"/>
        </w:trPr>
        <w:tc>
          <w:tcPr>
            <w:tcW w:w="3744" w:type="dxa"/>
          </w:tcPr>
          <w:p w14:paraId="0FBA90AD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color w:val="000000"/>
                <w:sz w:val="24"/>
                <w:szCs w:val="32"/>
              </w:rPr>
              <w:t>H2 + O2 → H2O</w:t>
            </w:r>
          </w:p>
        </w:tc>
        <w:tc>
          <w:tcPr>
            <w:tcW w:w="5760" w:type="dxa"/>
          </w:tcPr>
          <w:p w14:paraId="034CFF03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</w:tr>
    </w:tbl>
    <w:p w14:paraId="594D4414" w14:textId="77777777" w:rsidR="00570A00" w:rsidRPr="00786C5E" w:rsidRDefault="00736137">
      <w:pPr>
        <w:rPr>
          <w:sz w:val="28"/>
          <w:szCs w:val="32"/>
        </w:rPr>
      </w:pPr>
      <w:r w:rsidRPr="00786C5E">
        <w:rPr>
          <w:sz w:val="28"/>
          <w:szCs w:val="32"/>
        </w:rPr>
        <w:br w:type="page"/>
      </w:r>
    </w:p>
    <w:p w14:paraId="04399BF2" w14:textId="77777777" w:rsidR="00570A00" w:rsidRPr="00786C5E" w:rsidRDefault="00736137">
      <w:pPr>
        <w:pStyle w:val="Heading1"/>
        <w:rPr>
          <w:sz w:val="36"/>
          <w:szCs w:val="32"/>
        </w:rPr>
      </w:pPr>
      <w:r w:rsidRPr="00786C5E">
        <w:rPr>
          <w:sz w:val="36"/>
          <w:szCs w:val="32"/>
        </w:rPr>
        <w:lastRenderedPageBreak/>
        <w:t>Part C: Physics</w:t>
      </w:r>
    </w:p>
    <w:p w14:paraId="31204857" w14:textId="77777777" w:rsidR="00570A00" w:rsidRPr="00786C5E" w:rsidRDefault="00736137">
      <w:pPr>
        <w:rPr>
          <w:sz w:val="24"/>
          <w:szCs w:val="28"/>
        </w:rPr>
      </w:pPr>
      <w:r w:rsidRPr="00786C5E">
        <w:rPr>
          <w:i/>
          <w:color w:val="444444"/>
          <w:sz w:val="24"/>
          <w:szCs w:val="28"/>
        </w:rPr>
        <w:t>OCR Gateway Combined Science A: P1 Matter and P2 Forces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298"/>
      </w:tblGrid>
      <w:tr w:rsidR="00570A00" w:rsidRPr="00786C5E" w14:paraId="2CE65F9C" w14:textId="77777777">
        <w:trPr>
          <w:jc w:val="center"/>
        </w:trPr>
        <w:tc>
          <w:tcPr>
            <w:tcW w:w="10318" w:type="dxa"/>
            <w:tcBorders>
              <w:top w:val="single" w:sz="8" w:space="0" w:color="BBDDD8"/>
              <w:left w:val="single" w:sz="8" w:space="0" w:color="BBDDD8"/>
              <w:bottom w:val="single" w:sz="8" w:space="0" w:color="BBDDD8"/>
              <w:right w:val="single" w:sz="8" w:space="0" w:color="BBDDD8"/>
            </w:tcBorders>
            <w:shd w:val="clear" w:color="auto" w:fill="E9F8F6"/>
          </w:tcPr>
          <w:p w14:paraId="3E83F8A3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8"/>
                <w:szCs w:val="28"/>
              </w:rPr>
              <w:t>Key knowledge to remember</w:t>
            </w:r>
          </w:p>
          <w:p w14:paraId="67E6668B" w14:textId="77777777" w:rsidR="00570A00" w:rsidRPr="00786C5E" w:rsidRDefault="00736137">
            <w:pPr>
              <w:ind w:left="113"/>
              <w:rPr>
                <w:sz w:val="24"/>
                <w:szCs w:val="28"/>
              </w:rPr>
            </w:pPr>
            <w:r w:rsidRPr="00786C5E">
              <w:rPr>
                <w:b/>
                <w:sz w:val="24"/>
                <w:szCs w:val="28"/>
              </w:rPr>
              <w:t xml:space="preserve">• </w:t>
            </w:r>
            <w:r w:rsidRPr="00786C5E">
              <w:rPr>
                <w:sz w:val="24"/>
                <w:szCs w:val="28"/>
              </w:rPr>
              <w:t>Density = mass ÷ volume. Use kg/m³ or g/cm³ depending on the question.</w:t>
            </w:r>
          </w:p>
          <w:p w14:paraId="0CF8E0D4" w14:textId="77777777" w:rsidR="00570A00" w:rsidRPr="00786C5E" w:rsidRDefault="00736137">
            <w:pPr>
              <w:ind w:left="113"/>
              <w:rPr>
                <w:sz w:val="24"/>
                <w:szCs w:val="28"/>
              </w:rPr>
            </w:pPr>
            <w:r w:rsidRPr="00786C5E">
              <w:rPr>
                <w:b/>
                <w:sz w:val="24"/>
                <w:szCs w:val="28"/>
              </w:rPr>
              <w:t xml:space="preserve">• </w:t>
            </w:r>
            <w:r w:rsidRPr="00786C5E">
              <w:rPr>
                <w:sz w:val="24"/>
                <w:szCs w:val="28"/>
              </w:rPr>
              <w:t>Heating changes internal energy. Specific heat capacity is the energy needed to raise 1 kg of a substance by 1 °C.</w:t>
            </w:r>
          </w:p>
          <w:p w14:paraId="42D5E1EF" w14:textId="77777777" w:rsidR="00570A00" w:rsidRPr="00786C5E" w:rsidRDefault="00736137">
            <w:pPr>
              <w:ind w:left="113"/>
              <w:rPr>
                <w:sz w:val="24"/>
                <w:szCs w:val="28"/>
              </w:rPr>
            </w:pPr>
            <w:r w:rsidRPr="00786C5E">
              <w:rPr>
                <w:b/>
                <w:sz w:val="24"/>
                <w:szCs w:val="28"/>
              </w:rPr>
              <w:t xml:space="preserve">• </w:t>
            </w:r>
            <w:r w:rsidRPr="00786C5E">
              <w:rPr>
                <w:sz w:val="24"/>
                <w:szCs w:val="28"/>
              </w:rPr>
              <w:t>A force is a push or pull. Forces are vectors because they have size and direction.</w:t>
            </w:r>
          </w:p>
          <w:p w14:paraId="22495B27" w14:textId="77777777" w:rsidR="00570A00" w:rsidRPr="00786C5E" w:rsidRDefault="00736137">
            <w:pPr>
              <w:ind w:left="113"/>
              <w:rPr>
                <w:sz w:val="24"/>
                <w:szCs w:val="28"/>
              </w:rPr>
            </w:pPr>
            <w:r w:rsidRPr="00786C5E">
              <w:rPr>
                <w:b/>
                <w:sz w:val="24"/>
                <w:szCs w:val="28"/>
              </w:rPr>
              <w:t xml:space="preserve">• </w:t>
            </w:r>
            <w:r w:rsidRPr="00786C5E">
              <w:rPr>
                <w:sz w:val="24"/>
                <w:szCs w:val="28"/>
              </w:rPr>
              <w:t>Resultant force causes acceleration. Newton’s second law is F = m × a.</w:t>
            </w:r>
          </w:p>
          <w:p w14:paraId="733AAC06" w14:textId="77777777" w:rsidR="00570A00" w:rsidRPr="00786C5E" w:rsidRDefault="00736137">
            <w:pPr>
              <w:ind w:left="113"/>
              <w:rPr>
                <w:sz w:val="24"/>
                <w:szCs w:val="28"/>
              </w:rPr>
            </w:pPr>
            <w:r w:rsidRPr="00786C5E">
              <w:rPr>
                <w:b/>
                <w:sz w:val="24"/>
                <w:szCs w:val="28"/>
              </w:rPr>
              <w:t xml:space="preserve">• </w:t>
            </w:r>
            <w:r w:rsidRPr="00786C5E">
              <w:rPr>
                <w:sz w:val="24"/>
                <w:szCs w:val="28"/>
              </w:rPr>
              <w:t>Hooke’s law: extension is proportional to force up to the limit of proportionality.</w:t>
            </w:r>
          </w:p>
        </w:tc>
      </w:tr>
    </w:tbl>
    <w:p w14:paraId="1CEEC036" w14:textId="77777777" w:rsidR="00570A00" w:rsidRPr="00786C5E" w:rsidRDefault="00570A00">
      <w:pPr>
        <w:rPr>
          <w:sz w:val="24"/>
          <w:szCs w:val="28"/>
        </w:rPr>
      </w:pPr>
    </w:p>
    <w:p w14:paraId="0E50979C" w14:textId="77777777" w:rsidR="00570A00" w:rsidRPr="00786C5E" w:rsidRDefault="00736137">
      <w:pPr>
        <w:spacing w:before="120" w:after="60"/>
        <w:rPr>
          <w:sz w:val="24"/>
          <w:szCs w:val="28"/>
        </w:rPr>
      </w:pPr>
      <w:r w:rsidRPr="00786C5E">
        <w:rPr>
          <w:b/>
          <w:color w:val="1A1941"/>
          <w:sz w:val="28"/>
          <w:szCs w:val="28"/>
        </w:rPr>
        <w:t xml:space="preserve">13. </w:t>
      </w:r>
      <w:r w:rsidRPr="00786C5E">
        <w:rPr>
          <w:sz w:val="24"/>
          <w:szCs w:val="28"/>
        </w:rPr>
        <w:t>A metal cube has a mass of 540 g and a volume of 200 cm³. Calculate its density.</w:t>
      </w:r>
      <w:r w:rsidRPr="00786C5E">
        <w:rPr>
          <w:b/>
          <w:color w:val="1A1941"/>
          <w:sz w:val="24"/>
          <w:szCs w:val="28"/>
        </w:rPr>
        <w:t xml:space="preserve"> [3 marks]</w:t>
      </w:r>
    </w:p>
    <w:p w14:paraId="44D4F3CB" w14:textId="77777777" w:rsidR="00570A00" w:rsidRPr="00786C5E" w:rsidRDefault="00736137">
      <w:pPr>
        <w:spacing w:after="0"/>
        <w:rPr>
          <w:sz w:val="24"/>
          <w:szCs w:val="28"/>
        </w:rPr>
      </w:pPr>
      <w:r w:rsidRPr="00786C5E">
        <w:rPr>
          <w:color w:val="888888"/>
          <w:szCs w:val="28"/>
        </w:rPr>
        <w:t>_______________________________________________________________________________________________</w:t>
      </w:r>
    </w:p>
    <w:p w14:paraId="38998E76" w14:textId="77777777" w:rsidR="00570A00" w:rsidRPr="00786C5E" w:rsidRDefault="00736137">
      <w:pPr>
        <w:spacing w:after="0"/>
        <w:rPr>
          <w:sz w:val="24"/>
          <w:szCs w:val="28"/>
        </w:rPr>
      </w:pPr>
      <w:r w:rsidRPr="00786C5E">
        <w:rPr>
          <w:color w:val="888888"/>
          <w:szCs w:val="28"/>
        </w:rPr>
        <w:t>_______________________________________________________________________________________________</w:t>
      </w:r>
    </w:p>
    <w:p w14:paraId="75FB04EE" w14:textId="77777777" w:rsidR="00570A00" w:rsidRPr="00786C5E" w:rsidRDefault="00736137">
      <w:pPr>
        <w:spacing w:after="0"/>
        <w:rPr>
          <w:sz w:val="24"/>
          <w:szCs w:val="28"/>
        </w:rPr>
      </w:pPr>
      <w:r w:rsidRPr="00786C5E">
        <w:rPr>
          <w:color w:val="888888"/>
          <w:szCs w:val="28"/>
        </w:rPr>
        <w:t>_______________________________________________________________________________________________</w:t>
      </w:r>
    </w:p>
    <w:p w14:paraId="39F903EA" w14:textId="77777777" w:rsidR="00570A00" w:rsidRPr="00786C5E" w:rsidRDefault="00736137">
      <w:pPr>
        <w:spacing w:before="120" w:after="60"/>
        <w:rPr>
          <w:sz w:val="24"/>
          <w:szCs w:val="28"/>
        </w:rPr>
      </w:pPr>
      <w:r w:rsidRPr="00786C5E">
        <w:rPr>
          <w:b/>
          <w:color w:val="1A1941"/>
          <w:sz w:val="28"/>
          <w:szCs w:val="28"/>
        </w:rPr>
        <w:t xml:space="preserve">14. </w:t>
      </w:r>
      <w:r w:rsidRPr="00786C5E">
        <w:rPr>
          <w:sz w:val="24"/>
          <w:szCs w:val="28"/>
        </w:rPr>
        <w:t>A 2.0 kg block is heated from 20 °C to 45 °C. The specific heat capacity of the block is 420 J/kg °C. Calculate the energy transferred.</w:t>
      </w:r>
      <w:r w:rsidRPr="00786C5E">
        <w:rPr>
          <w:b/>
          <w:color w:val="1A1941"/>
          <w:sz w:val="24"/>
          <w:szCs w:val="28"/>
        </w:rPr>
        <w:t xml:space="preserve"> [4 marks]</w:t>
      </w:r>
    </w:p>
    <w:p w14:paraId="2117FFC0" w14:textId="77777777" w:rsidR="00570A00" w:rsidRPr="00786C5E" w:rsidRDefault="00736137">
      <w:pPr>
        <w:spacing w:after="0"/>
        <w:rPr>
          <w:sz w:val="24"/>
          <w:szCs w:val="28"/>
        </w:rPr>
      </w:pPr>
      <w:r w:rsidRPr="00786C5E">
        <w:rPr>
          <w:color w:val="888888"/>
          <w:szCs w:val="28"/>
        </w:rPr>
        <w:t>_______________________________________________________________________________________________</w:t>
      </w:r>
    </w:p>
    <w:p w14:paraId="30BB3720" w14:textId="77777777" w:rsidR="00570A00" w:rsidRPr="00786C5E" w:rsidRDefault="00736137">
      <w:pPr>
        <w:spacing w:after="0"/>
        <w:rPr>
          <w:sz w:val="24"/>
          <w:szCs w:val="28"/>
        </w:rPr>
      </w:pPr>
      <w:r w:rsidRPr="00786C5E">
        <w:rPr>
          <w:color w:val="888888"/>
          <w:szCs w:val="28"/>
        </w:rPr>
        <w:t>_______________________________________________________________________________________________</w:t>
      </w:r>
    </w:p>
    <w:p w14:paraId="193EA051" w14:textId="77777777" w:rsidR="00570A00" w:rsidRPr="00786C5E" w:rsidRDefault="00736137">
      <w:pPr>
        <w:spacing w:after="0"/>
        <w:rPr>
          <w:sz w:val="24"/>
          <w:szCs w:val="28"/>
        </w:rPr>
      </w:pPr>
      <w:r w:rsidRPr="00786C5E">
        <w:rPr>
          <w:color w:val="888888"/>
          <w:szCs w:val="28"/>
        </w:rPr>
        <w:t>_______________________________________________________________________________________________</w:t>
      </w:r>
    </w:p>
    <w:p w14:paraId="1299072A" w14:textId="77777777" w:rsidR="00570A00" w:rsidRPr="00786C5E" w:rsidRDefault="00736137">
      <w:pPr>
        <w:spacing w:after="0"/>
        <w:rPr>
          <w:sz w:val="24"/>
          <w:szCs w:val="28"/>
        </w:rPr>
      </w:pPr>
      <w:r w:rsidRPr="00786C5E">
        <w:rPr>
          <w:color w:val="888888"/>
          <w:szCs w:val="28"/>
        </w:rPr>
        <w:t>_______________________________________________________________________________________________</w:t>
      </w:r>
    </w:p>
    <w:p w14:paraId="13B49187" w14:textId="77777777" w:rsidR="00570A00" w:rsidRPr="00786C5E" w:rsidRDefault="00736137">
      <w:pPr>
        <w:spacing w:before="120" w:after="60"/>
        <w:rPr>
          <w:sz w:val="24"/>
          <w:szCs w:val="28"/>
        </w:rPr>
      </w:pPr>
      <w:r w:rsidRPr="00786C5E">
        <w:rPr>
          <w:b/>
          <w:color w:val="1A1941"/>
          <w:sz w:val="28"/>
          <w:szCs w:val="28"/>
        </w:rPr>
        <w:t xml:space="preserve">15. </w:t>
      </w:r>
      <w:r w:rsidRPr="00786C5E">
        <w:rPr>
          <w:sz w:val="24"/>
          <w:szCs w:val="28"/>
        </w:rPr>
        <w:t>The force diagrams show three objects. Calculate the resultant force and state the motion for A, B and C.</w:t>
      </w:r>
      <w:r w:rsidRPr="00786C5E">
        <w:rPr>
          <w:b/>
          <w:color w:val="1A1941"/>
          <w:sz w:val="24"/>
          <w:szCs w:val="28"/>
        </w:rPr>
        <w:t xml:space="preserve"> [9 marks]</w:t>
      </w:r>
    </w:p>
    <w:p w14:paraId="113FB586" w14:textId="77777777" w:rsidR="00570A00" w:rsidRPr="00786C5E" w:rsidRDefault="00736137">
      <w:pPr>
        <w:jc w:val="center"/>
        <w:rPr>
          <w:sz w:val="24"/>
          <w:szCs w:val="28"/>
        </w:rPr>
      </w:pPr>
      <w:r w:rsidRPr="00786C5E">
        <w:rPr>
          <w:noProof/>
          <w:sz w:val="24"/>
          <w:szCs w:val="28"/>
        </w:rPr>
        <w:drawing>
          <wp:inline distT="0" distB="0" distL="0" distR="0" wp14:anchorId="41290B32" wp14:editId="5E9F6610">
            <wp:extent cx="6035040" cy="234696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ce_diagrams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35040" cy="234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40"/>
        <w:gridCol w:w="2880"/>
        <w:gridCol w:w="2592"/>
        <w:gridCol w:w="2880"/>
      </w:tblGrid>
      <w:tr w:rsidR="00570A00" w:rsidRPr="00786C5E" w14:paraId="277A2B8A" w14:textId="77777777">
        <w:trPr>
          <w:jc w:val="center"/>
        </w:trPr>
        <w:tc>
          <w:tcPr>
            <w:tcW w:w="1440" w:type="dxa"/>
            <w:shd w:val="clear" w:color="auto" w:fill="EAF2FA"/>
          </w:tcPr>
          <w:p w14:paraId="5423821C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Object</w:t>
            </w:r>
          </w:p>
        </w:tc>
        <w:tc>
          <w:tcPr>
            <w:tcW w:w="2880" w:type="dxa"/>
            <w:shd w:val="clear" w:color="auto" w:fill="EAF2FA"/>
          </w:tcPr>
          <w:p w14:paraId="7143615B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Resultant force</w:t>
            </w:r>
          </w:p>
        </w:tc>
        <w:tc>
          <w:tcPr>
            <w:tcW w:w="2592" w:type="dxa"/>
            <w:shd w:val="clear" w:color="auto" w:fill="EAF2FA"/>
          </w:tcPr>
          <w:p w14:paraId="40FAE38F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Direction</w:t>
            </w:r>
          </w:p>
        </w:tc>
        <w:tc>
          <w:tcPr>
            <w:tcW w:w="2880" w:type="dxa"/>
            <w:shd w:val="clear" w:color="auto" w:fill="EAF2FA"/>
          </w:tcPr>
          <w:p w14:paraId="73F8B665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Motion</w:t>
            </w:r>
          </w:p>
        </w:tc>
      </w:tr>
      <w:tr w:rsidR="00570A00" w:rsidRPr="00786C5E" w14:paraId="65416769" w14:textId="77777777">
        <w:trPr>
          <w:jc w:val="center"/>
        </w:trPr>
        <w:tc>
          <w:tcPr>
            <w:tcW w:w="1440" w:type="dxa"/>
          </w:tcPr>
          <w:p w14:paraId="14E527E0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A</w:t>
            </w:r>
          </w:p>
        </w:tc>
        <w:tc>
          <w:tcPr>
            <w:tcW w:w="2880" w:type="dxa"/>
          </w:tcPr>
          <w:p w14:paraId="36376E94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2592" w:type="dxa"/>
          </w:tcPr>
          <w:p w14:paraId="0799F212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2880" w:type="dxa"/>
          </w:tcPr>
          <w:p w14:paraId="37E848E6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77E6C9F6" w14:textId="77777777">
        <w:trPr>
          <w:jc w:val="center"/>
        </w:trPr>
        <w:tc>
          <w:tcPr>
            <w:tcW w:w="1440" w:type="dxa"/>
          </w:tcPr>
          <w:p w14:paraId="19290867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B</w:t>
            </w:r>
          </w:p>
        </w:tc>
        <w:tc>
          <w:tcPr>
            <w:tcW w:w="2880" w:type="dxa"/>
          </w:tcPr>
          <w:p w14:paraId="5634286A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2592" w:type="dxa"/>
          </w:tcPr>
          <w:p w14:paraId="29FF51E9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2880" w:type="dxa"/>
          </w:tcPr>
          <w:p w14:paraId="42F62499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03203CE3" w14:textId="77777777">
        <w:trPr>
          <w:jc w:val="center"/>
        </w:trPr>
        <w:tc>
          <w:tcPr>
            <w:tcW w:w="1440" w:type="dxa"/>
          </w:tcPr>
          <w:p w14:paraId="6BDECE09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C</w:t>
            </w:r>
          </w:p>
        </w:tc>
        <w:tc>
          <w:tcPr>
            <w:tcW w:w="2880" w:type="dxa"/>
          </w:tcPr>
          <w:p w14:paraId="5D933038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2592" w:type="dxa"/>
          </w:tcPr>
          <w:p w14:paraId="72ADC568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  <w:tc>
          <w:tcPr>
            <w:tcW w:w="2880" w:type="dxa"/>
          </w:tcPr>
          <w:p w14:paraId="0F7B2AA9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</w:tbl>
    <w:p w14:paraId="57F6910D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6C1E8795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5B5219E7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7E3EDD2C" w14:textId="77777777" w:rsidR="00786C5E" w:rsidRDefault="00786C5E">
      <w:pPr>
        <w:spacing w:before="120" w:after="60"/>
        <w:rPr>
          <w:b/>
          <w:color w:val="1A1941"/>
          <w:sz w:val="24"/>
          <w:szCs w:val="24"/>
        </w:rPr>
      </w:pPr>
    </w:p>
    <w:p w14:paraId="06CC7961" w14:textId="4CB7CEC1" w:rsidR="00570A00" w:rsidRPr="00786C5E" w:rsidRDefault="00736137">
      <w:pPr>
        <w:spacing w:before="120" w:after="60"/>
        <w:rPr>
          <w:sz w:val="28"/>
          <w:szCs w:val="32"/>
        </w:rPr>
      </w:pPr>
      <w:r w:rsidRPr="00786C5E">
        <w:rPr>
          <w:b/>
          <w:color w:val="1A1941"/>
          <w:sz w:val="32"/>
          <w:szCs w:val="32"/>
        </w:rPr>
        <w:t xml:space="preserve">16. </w:t>
      </w:r>
      <w:r w:rsidRPr="00786C5E">
        <w:rPr>
          <w:sz w:val="28"/>
          <w:szCs w:val="32"/>
        </w:rPr>
        <w:t>The graph shows the velocity of a car over 10 seconds. Answer the questions below.</w:t>
      </w:r>
      <w:r w:rsidRPr="00786C5E">
        <w:rPr>
          <w:b/>
          <w:color w:val="1A1941"/>
          <w:sz w:val="28"/>
          <w:szCs w:val="32"/>
        </w:rPr>
        <w:t xml:space="preserve"> [8 marks]</w:t>
      </w:r>
    </w:p>
    <w:p w14:paraId="6D593875" w14:textId="77777777" w:rsidR="00570A00" w:rsidRPr="00786C5E" w:rsidRDefault="00736137">
      <w:pPr>
        <w:jc w:val="center"/>
        <w:rPr>
          <w:sz w:val="28"/>
          <w:szCs w:val="32"/>
        </w:rPr>
      </w:pPr>
      <w:r w:rsidRPr="00786C5E">
        <w:rPr>
          <w:noProof/>
          <w:sz w:val="28"/>
          <w:szCs w:val="32"/>
        </w:rPr>
        <w:drawing>
          <wp:inline distT="0" distB="0" distL="0" distR="0" wp14:anchorId="241B590B" wp14:editId="4833BDAF">
            <wp:extent cx="5303520" cy="33147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locity_time_graph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336"/>
        <w:gridCol w:w="3456"/>
      </w:tblGrid>
      <w:tr w:rsidR="00570A00" w:rsidRPr="00786C5E" w14:paraId="0F15598B" w14:textId="77777777">
        <w:trPr>
          <w:jc w:val="center"/>
        </w:trPr>
        <w:tc>
          <w:tcPr>
            <w:tcW w:w="6336" w:type="dxa"/>
            <w:shd w:val="clear" w:color="auto" w:fill="EAF2FA"/>
          </w:tcPr>
          <w:p w14:paraId="12D7D682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b/>
                <w:color w:val="1A1941"/>
                <w:sz w:val="22"/>
                <w:szCs w:val="32"/>
              </w:rPr>
              <w:t>Question</w:t>
            </w:r>
          </w:p>
        </w:tc>
        <w:tc>
          <w:tcPr>
            <w:tcW w:w="3456" w:type="dxa"/>
            <w:shd w:val="clear" w:color="auto" w:fill="EAF2FA"/>
          </w:tcPr>
          <w:p w14:paraId="7D4D0713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b/>
                <w:color w:val="1A1941"/>
                <w:sz w:val="22"/>
                <w:szCs w:val="32"/>
              </w:rPr>
              <w:t>Answer</w:t>
            </w:r>
          </w:p>
        </w:tc>
      </w:tr>
      <w:tr w:rsidR="00570A00" w:rsidRPr="00786C5E" w14:paraId="2992EF52" w14:textId="77777777">
        <w:trPr>
          <w:jc w:val="center"/>
        </w:trPr>
        <w:tc>
          <w:tcPr>
            <w:tcW w:w="6336" w:type="dxa"/>
          </w:tcPr>
          <w:p w14:paraId="4118E3DE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color w:val="000000"/>
                <w:sz w:val="22"/>
                <w:szCs w:val="32"/>
              </w:rPr>
              <w:t>a) Calculate the acceleration from 0-4 s.</w:t>
            </w:r>
          </w:p>
        </w:tc>
        <w:tc>
          <w:tcPr>
            <w:tcW w:w="3456" w:type="dxa"/>
          </w:tcPr>
          <w:p w14:paraId="72EA823A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</w:tr>
      <w:tr w:rsidR="00570A00" w:rsidRPr="00786C5E" w14:paraId="40EBD8CF" w14:textId="77777777">
        <w:trPr>
          <w:jc w:val="center"/>
        </w:trPr>
        <w:tc>
          <w:tcPr>
            <w:tcW w:w="6336" w:type="dxa"/>
          </w:tcPr>
          <w:p w14:paraId="04F3E732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color w:val="000000"/>
                <w:sz w:val="22"/>
                <w:szCs w:val="32"/>
              </w:rPr>
              <w:t>b) Describe the motion from 4-8 s.</w:t>
            </w:r>
          </w:p>
        </w:tc>
        <w:tc>
          <w:tcPr>
            <w:tcW w:w="3456" w:type="dxa"/>
          </w:tcPr>
          <w:p w14:paraId="1BF92ACE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</w:tr>
      <w:tr w:rsidR="00570A00" w:rsidRPr="00786C5E" w14:paraId="5C79AD54" w14:textId="77777777">
        <w:trPr>
          <w:jc w:val="center"/>
        </w:trPr>
        <w:tc>
          <w:tcPr>
            <w:tcW w:w="6336" w:type="dxa"/>
          </w:tcPr>
          <w:p w14:paraId="32E94AFA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color w:val="000000"/>
                <w:sz w:val="22"/>
                <w:szCs w:val="32"/>
              </w:rPr>
              <w:t>c) Calculate the deceleration from 8-10 s.</w:t>
            </w:r>
          </w:p>
        </w:tc>
        <w:tc>
          <w:tcPr>
            <w:tcW w:w="3456" w:type="dxa"/>
          </w:tcPr>
          <w:p w14:paraId="3AEE2120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</w:tr>
      <w:tr w:rsidR="00570A00" w:rsidRPr="00786C5E" w14:paraId="05C8CD54" w14:textId="77777777">
        <w:trPr>
          <w:jc w:val="center"/>
        </w:trPr>
        <w:tc>
          <w:tcPr>
            <w:tcW w:w="6336" w:type="dxa"/>
          </w:tcPr>
          <w:p w14:paraId="42FB4E26" w14:textId="77777777" w:rsidR="00570A00" w:rsidRPr="00786C5E" w:rsidRDefault="00736137">
            <w:pPr>
              <w:rPr>
                <w:sz w:val="28"/>
                <w:szCs w:val="32"/>
              </w:rPr>
            </w:pPr>
            <w:r w:rsidRPr="00786C5E">
              <w:rPr>
                <w:color w:val="000000"/>
                <w:sz w:val="22"/>
                <w:szCs w:val="32"/>
              </w:rPr>
              <w:t>d) Calculate the distance travelled in the first 4 s.</w:t>
            </w:r>
          </w:p>
        </w:tc>
        <w:tc>
          <w:tcPr>
            <w:tcW w:w="3456" w:type="dxa"/>
          </w:tcPr>
          <w:p w14:paraId="3DF1F174" w14:textId="77777777" w:rsidR="00570A00" w:rsidRPr="00786C5E" w:rsidRDefault="00570A00">
            <w:pPr>
              <w:rPr>
                <w:sz w:val="28"/>
                <w:szCs w:val="32"/>
              </w:rPr>
            </w:pPr>
          </w:p>
        </w:tc>
      </w:tr>
    </w:tbl>
    <w:p w14:paraId="3FF03615" w14:textId="77777777" w:rsidR="00786C5E" w:rsidRDefault="00786C5E">
      <w:pPr>
        <w:spacing w:before="120" w:after="60"/>
        <w:rPr>
          <w:b/>
          <w:color w:val="1A1941"/>
          <w:sz w:val="32"/>
          <w:szCs w:val="32"/>
        </w:rPr>
      </w:pPr>
    </w:p>
    <w:p w14:paraId="0379CF5C" w14:textId="36DC63DF" w:rsidR="00570A00" w:rsidRPr="00786C5E" w:rsidRDefault="00736137">
      <w:pPr>
        <w:spacing w:before="120" w:after="60"/>
        <w:rPr>
          <w:sz w:val="28"/>
          <w:szCs w:val="32"/>
        </w:rPr>
      </w:pPr>
      <w:r w:rsidRPr="00786C5E">
        <w:rPr>
          <w:b/>
          <w:color w:val="1A1941"/>
          <w:sz w:val="32"/>
          <w:szCs w:val="32"/>
        </w:rPr>
        <w:t xml:space="preserve">17. </w:t>
      </w:r>
      <w:r w:rsidRPr="00786C5E">
        <w:rPr>
          <w:sz w:val="28"/>
          <w:szCs w:val="32"/>
        </w:rPr>
        <w:t>A 0.80 kg ball accelerates at 6.0 m/s². Calculate the resultant force on the ball. Then calculate its weight on Earth where g = 10 N/kg.</w:t>
      </w:r>
      <w:r w:rsidRPr="00786C5E">
        <w:rPr>
          <w:b/>
          <w:color w:val="1A1941"/>
          <w:sz w:val="28"/>
          <w:szCs w:val="32"/>
        </w:rPr>
        <w:t xml:space="preserve"> [5 marks]</w:t>
      </w:r>
    </w:p>
    <w:p w14:paraId="7314A69B" w14:textId="77777777" w:rsidR="00570A00" w:rsidRPr="00786C5E" w:rsidRDefault="00736137">
      <w:pPr>
        <w:spacing w:after="0"/>
        <w:rPr>
          <w:sz w:val="28"/>
          <w:szCs w:val="32"/>
        </w:rPr>
      </w:pPr>
      <w:r w:rsidRPr="00786C5E">
        <w:rPr>
          <w:color w:val="888888"/>
          <w:sz w:val="22"/>
          <w:szCs w:val="32"/>
        </w:rPr>
        <w:t>_______________________________________________________________________________________________</w:t>
      </w:r>
    </w:p>
    <w:p w14:paraId="7A486C42" w14:textId="77777777" w:rsidR="00570A00" w:rsidRPr="00786C5E" w:rsidRDefault="00736137">
      <w:pPr>
        <w:spacing w:after="0"/>
        <w:rPr>
          <w:sz w:val="28"/>
          <w:szCs w:val="32"/>
        </w:rPr>
      </w:pPr>
      <w:r w:rsidRPr="00786C5E">
        <w:rPr>
          <w:color w:val="888888"/>
          <w:sz w:val="22"/>
          <w:szCs w:val="32"/>
        </w:rPr>
        <w:t>_______________________________________________________________________________________________</w:t>
      </w:r>
    </w:p>
    <w:p w14:paraId="476E2C2B" w14:textId="77777777" w:rsidR="00570A00" w:rsidRPr="00786C5E" w:rsidRDefault="00736137">
      <w:pPr>
        <w:spacing w:after="0"/>
        <w:rPr>
          <w:sz w:val="28"/>
          <w:szCs w:val="32"/>
        </w:rPr>
      </w:pPr>
      <w:r w:rsidRPr="00786C5E">
        <w:rPr>
          <w:color w:val="888888"/>
          <w:sz w:val="22"/>
          <w:szCs w:val="32"/>
        </w:rPr>
        <w:t>_______________________________________________________________________________________________</w:t>
      </w:r>
    </w:p>
    <w:p w14:paraId="68A141C3" w14:textId="77777777" w:rsidR="00570A00" w:rsidRPr="00786C5E" w:rsidRDefault="00736137">
      <w:pPr>
        <w:spacing w:after="0"/>
        <w:rPr>
          <w:sz w:val="28"/>
          <w:szCs w:val="32"/>
        </w:rPr>
      </w:pPr>
      <w:r w:rsidRPr="00786C5E">
        <w:rPr>
          <w:color w:val="888888"/>
          <w:sz w:val="22"/>
          <w:szCs w:val="32"/>
        </w:rPr>
        <w:t>_______________________________________________________________________________________________</w:t>
      </w:r>
    </w:p>
    <w:p w14:paraId="241BA375" w14:textId="77777777" w:rsidR="00786C5E" w:rsidRDefault="00786C5E">
      <w:pPr>
        <w:spacing w:before="120" w:after="60"/>
        <w:rPr>
          <w:b/>
          <w:color w:val="1A1941"/>
          <w:sz w:val="32"/>
          <w:szCs w:val="32"/>
        </w:rPr>
      </w:pPr>
    </w:p>
    <w:p w14:paraId="0D64D55F" w14:textId="7D5795D2" w:rsidR="00570A00" w:rsidRPr="00786C5E" w:rsidRDefault="00736137">
      <w:pPr>
        <w:spacing w:before="120" w:after="60"/>
        <w:rPr>
          <w:sz w:val="28"/>
          <w:szCs w:val="32"/>
        </w:rPr>
      </w:pPr>
      <w:r w:rsidRPr="00786C5E">
        <w:rPr>
          <w:b/>
          <w:color w:val="1A1941"/>
          <w:sz w:val="32"/>
          <w:szCs w:val="32"/>
        </w:rPr>
        <w:t xml:space="preserve">18. </w:t>
      </w:r>
      <w:r w:rsidRPr="00786C5E">
        <w:rPr>
          <w:sz w:val="28"/>
          <w:szCs w:val="32"/>
        </w:rPr>
        <w:t>A spring extends by 0.020 m when a force of 4.0 N is applied. Calculate the spring constant. Then calculate the elastic energy stored.</w:t>
      </w:r>
      <w:r w:rsidRPr="00786C5E">
        <w:rPr>
          <w:b/>
          <w:color w:val="1A1941"/>
          <w:sz w:val="28"/>
          <w:szCs w:val="32"/>
        </w:rPr>
        <w:t xml:space="preserve"> [6 marks]</w:t>
      </w:r>
    </w:p>
    <w:p w14:paraId="705A56D4" w14:textId="77777777" w:rsidR="00570A00" w:rsidRPr="00786C5E" w:rsidRDefault="00736137">
      <w:pPr>
        <w:spacing w:after="0"/>
        <w:rPr>
          <w:sz w:val="28"/>
          <w:szCs w:val="32"/>
        </w:rPr>
      </w:pPr>
      <w:r w:rsidRPr="00786C5E">
        <w:rPr>
          <w:color w:val="888888"/>
          <w:sz w:val="22"/>
          <w:szCs w:val="32"/>
        </w:rPr>
        <w:t>_______________________________________________________________________________________________</w:t>
      </w:r>
    </w:p>
    <w:p w14:paraId="54C2017E" w14:textId="77777777" w:rsidR="00570A00" w:rsidRPr="00786C5E" w:rsidRDefault="00736137">
      <w:pPr>
        <w:spacing w:after="0"/>
        <w:rPr>
          <w:sz w:val="28"/>
          <w:szCs w:val="32"/>
        </w:rPr>
      </w:pPr>
      <w:r w:rsidRPr="00786C5E">
        <w:rPr>
          <w:color w:val="888888"/>
          <w:sz w:val="22"/>
          <w:szCs w:val="32"/>
        </w:rPr>
        <w:t>_______________________________________________________________________________________________</w:t>
      </w:r>
    </w:p>
    <w:p w14:paraId="31C02FFE" w14:textId="77777777" w:rsidR="00570A00" w:rsidRPr="00786C5E" w:rsidRDefault="00736137">
      <w:pPr>
        <w:spacing w:after="0"/>
        <w:rPr>
          <w:sz w:val="28"/>
          <w:szCs w:val="32"/>
        </w:rPr>
      </w:pPr>
      <w:r w:rsidRPr="00786C5E">
        <w:rPr>
          <w:color w:val="888888"/>
          <w:sz w:val="22"/>
          <w:szCs w:val="32"/>
        </w:rPr>
        <w:t>_______________________________________________________________________________________________</w:t>
      </w:r>
    </w:p>
    <w:p w14:paraId="34FDE85C" w14:textId="77777777" w:rsidR="00570A00" w:rsidRPr="00786C5E" w:rsidRDefault="00736137">
      <w:pPr>
        <w:spacing w:after="0"/>
        <w:rPr>
          <w:sz w:val="28"/>
          <w:szCs w:val="32"/>
        </w:rPr>
      </w:pPr>
      <w:r w:rsidRPr="00786C5E">
        <w:rPr>
          <w:color w:val="888888"/>
          <w:sz w:val="22"/>
          <w:szCs w:val="32"/>
        </w:rPr>
        <w:t>_______________________________________________________________________________________________</w:t>
      </w:r>
    </w:p>
    <w:p w14:paraId="0C911DEF" w14:textId="4F077A7E" w:rsidR="00570A00" w:rsidRPr="00786C5E" w:rsidRDefault="00736137" w:rsidP="00786C5E">
      <w:pPr>
        <w:spacing w:after="0"/>
        <w:rPr>
          <w:sz w:val="32"/>
          <w:szCs w:val="36"/>
        </w:rPr>
      </w:pPr>
      <w:r w:rsidRPr="00786C5E">
        <w:rPr>
          <w:color w:val="888888"/>
          <w:sz w:val="24"/>
          <w:szCs w:val="36"/>
        </w:rPr>
        <w:t>_______________________________________________________________________________________</w:t>
      </w:r>
    </w:p>
    <w:p w14:paraId="36360D00" w14:textId="77777777" w:rsidR="00570A00" w:rsidRPr="00786C5E" w:rsidRDefault="00736137">
      <w:pPr>
        <w:pStyle w:val="Heading1"/>
        <w:rPr>
          <w:sz w:val="40"/>
          <w:szCs w:val="36"/>
        </w:rPr>
      </w:pPr>
      <w:r w:rsidRPr="00786C5E">
        <w:rPr>
          <w:sz w:val="40"/>
          <w:szCs w:val="36"/>
        </w:rPr>
        <w:lastRenderedPageBreak/>
        <w:t>Part D: Working Scientifically and maths skills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298"/>
      </w:tblGrid>
      <w:tr w:rsidR="00570A00" w:rsidRPr="00786C5E" w14:paraId="082C5078" w14:textId="77777777">
        <w:trPr>
          <w:jc w:val="center"/>
        </w:trPr>
        <w:tc>
          <w:tcPr>
            <w:tcW w:w="10318" w:type="dxa"/>
            <w:tcBorders>
              <w:top w:val="single" w:sz="8" w:space="0" w:color="BBDDD8"/>
              <w:left w:val="single" w:sz="8" w:space="0" w:color="BBDDD8"/>
              <w:bottom w:val="single" w:sz="8" w:space="0" w:color="BBDDD8"/>
              <w:right w:val="single" w:sz="8" w:space="0" w:color="BBDDD8"/>
            </w:tcBorders>
            <w:shd w:val="clear" w:color="auto" w:fill="E9F8F6"/>
          </w:tcPr>
          <w:p w14:paraId="529D9529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8"/>
                <w:szCs w:val="28"/>
              </w:rPr>
              <w:t>Key knowledge to remember</w:t>
            </w:r>
          </w:p>
          <w:p w14:paraId="02702FC6" w14:textId="77777777" w:rsidR="00570A00" w:rsidRPr="00786C5E" w:rsidRDefault="00736137">
            <w:pPr>
              <w:ind w:left="113"/>
              <w:rPr>
                <w:sz w:val="24"/>
                <w:szCs w:val="28"/>
              </w:rPr>
            </w:pPr>
            <w:r w:rsidRPr="00786C5E">
              <w:rPr>
                <w:b/>
                <w:sz w:val="24"/>
                <w:szCs w:val="28"/>
              </w:rPr>
              <w:t xml:space="preserve">• </w:t>
            </w:r>
            <w:r w:rsidRPr="00786C5E">
              <w:rPr>
                <w:sz w:val="24"/>
                <w:szCs w:val="28"/>
              </w:rPr>
              <w:t>Independent variable: the variable you change. Dependent variable: the variable you measure. Control variables: variables kept the same.</w:t>
            </w:r>
          </w:p>
          <w:p w14:paraId="24E5654C" w14:textId="77777777" w:rsidR="00570A00" w:rsidRPr="00786C5E" w:rsidRDefault="00736137">
            <w:pPr>
              <w:ind w:left="113"/>
              <w:rPr>
                <w:sz w:val="24"/>
                <w:szCs w:val="28"/>
              </w:rPr>
            </w:pPr>
            <w:r w:rsidRPr="00786C5E">
              <w:rPr>
                <w:b/>
                <w:sz w:val="24"/>
                <w:szCs w:val="28"/>
              </w:rPr>
              <w:t xml:space="preserve">• </w:t>
            </w:r>
            <w:r w:rsidRPr="00786C5E">
              <w:rPr>
                <w:sz w:val="24"/>
                <w:szCs w:val="28"/>
              </w:rPr>
              <w:t>A valid practical changes only one independent variable and controls the others.</w:t>
            </w:r>
          </w:p>
          <w:p w14:paraId="0F6BC817" w14:textId="77777777" w:rsidR="00570A00" w:rsidRPr="00786C5E" w:rsidRDefault="00736137">
            <w:pPr>
              <w:ind w:left="113"/>
              <w:rPr>
                <w:sz w:val="24"/>
                <w:szCs w:val="28"/>
              </w:rPr>
            </w:pPr>
            <w:r w:rsidRPr="00786C5E">
              <w:rPr>
                <w:b/>
                <w:sz w:val="24"/>
                <w:szCs w:val="28"/>
              </w:rPr>
              <w:t xml:space="preserve">• </w:t>
            </w:r>
            <w:r w:rsidRPr="00786C5E">
              <w:rPr>
                <w:sz w:val="24"/>
                <w:szCs w:val="28"/>
              </w:rPr>
              <w:t>Repeat readings help identify anomalies and calculate a reliable mean.</w:t>
            </w:r>
          </w:p>
          <w:p w14:paraId="34E7DCAB" w14:textId="77777777" w:rsidR="00570A00" w:rsidRPr="00786C5E" w:rsidRDefault="00736137">
            <w:pPr>
              <w:ind w:left="113"/>
              <w:rPr>
                <w:sz w:val="24"/>
                <w:szCs w:val="28"/>
              </w:rPr>
            </w:pPr>
            <w:r w:rsidRPr="00786C5E">
              <w:rPr>
                <w:b/>
                <w:sz w:val="24"/>
                <w:szCs w:val="28"/>
              </w:rPr>
              <w:t xml:space="preserve">• </w:t>
            </w:r>
            <w:r w:rsidRPr="00786C5E">
              <w:rPr>
                <w:sz w:val="24"/>
                <w:szCs w:val="28"/>
              </w:rPr>
              <w:t>Accuracy means close to the true value. Precision means repeat readings are close together. Resolution is the smallest change a measuring instrument can detect.</w:t>
            </w:r>
          </w:p>
          <w:p w14:paraId="3E095C72" w14:textId="77777777" w:rsidR="00570A00" w:rsidRPr="00786C5E" w:rsidRDefault="00736137">
            <w:pPr>
              <w:ind w:left="113"/>
              <w:rPr>
                <w:sz w:val="24"/>
                <w:szCs w:val="28"/>
              </w:rPr>
            </w:pPr>
            <w:r w:rsidRPr="00786C5E">
              <w:rPr>
                <w:b/>
                <w:sz w:val="24"/>
                <w:szCs w:val="28"/>
              </w:rPr>
              <w:t xml:space="preserve">• </w:t>
            </w:r>
            <w:r w:rsidRPr="00786C5E">
              <w:rPr>
                <w:sz w:val="24"/>
                <w:szCs w:val="28"/>
              </w:rPr>
              <w:t>For calculations, show equation, substitution, answer and unit.</w:t>
            </w:r>
          </w:p>
        </w:tc>
      </w:tr>
    </w:tbl>
    <w:p w14:paraId="2717B0E9" w14:textId="77777777" w:rsidR="00570A00" w:rsidRPr="00786C5E" w:rsidRDefault="00570A00">
      <w:pPr>
        <w:rPr>
          <w:sz w:val="24"/>
          <w:szCs w:val="28"/>
        </w:rPr>
      </w:pPr>
    </w:p>
    <w:p w14:paraId="52EA9FA7" w14:textId="77777777" w:rsidR="00570A00" w:rsidRPr="00786C5E" w:rsidRDefault="00736137">
      <w:pPr>
        <w:spacing w:before="120" w:after="60"/>
        <w:rPr>
          <w:sz w:val="24"/>
          <w:szCs w:val="28"/>
        </w:rPr>
      </w:pPr>
      <w:r w:rsidRPr="00786C5E">
        <w:rPr>
          <w:b/>
          <w:color w:val="1A1941"/>
          <w:sz w:val="28"/>
          <w:szCs w:val="28"/>
        </w:rPr>
        <w:t xml:space="preserve">19. </w:t>
      </w:r>
      <w:r w:rsidRPr="00786C5E">
        <w:rPr>
          <w:sz w:val="24"/>
          <w:szCs w:val="28"/>
        </w:rPr>
        <w:t>A student investigates how force affects the extension of a spring. Identify the variables and write a short method.</w:t>
      </w:r>
      <w:r w:rsidRPr="00786C5E">
        <w:rPr>
          <w:b/>
          <w:color w:val="1A1941"/>
          <w:sz w:val="24"/>
          <w:szCs w:val="28"/>
        </w:rPr>
        <w:t xml:space="preserve"> [9 marks]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22"/>
        <w:gridCol w:w="7286"/>
      </w:tblGrid>
      <w:tr w:rsidR="00570A00" w:rsidRPr="00786C5E" w14:paraId="4F1889A7" w14:textId="77777777">
        <w:trPr>
          <w:jc w:val="center"/>
        </w:trPr>
        <w:tc>
          <w:tcPr>
            <w:tcW w:w="3024" w:type="dxa"/>
            <w:shd w:val="clear" w:color="auto" w:fill="EAF2FA"/>
          </w:tcPr>
          <w:p w14:paraId="0DFBAEAD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Variable type</w:t>
            </w:r>
          </w:p>
        </w:tc>
        <w:tc>
          <w:tcPr>
            <w:tcW w:w="6912" w:type="dxa"/>
            <w:shd w:val="clear" w:color="auto" w:fill="EAF2FA"/>
          </w:tcPr>
          <w:p w14:paraId="0B68D0A2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Variable</w:t>
            </w:r>
          </w:p>
        </w:tc>
      </w:tr>
      <w:tr w:rsidR="00570A00" w:rsidRPr="00786C5E" w14:paraId="6346BD6A" w14:textId="77777777">
        <w:trPr>
          <w:jc w:val="center"/>
        </w:trPr>
        <w:tc>
          <w:tcPr>
            <w:tcW w:w="3024" w:type="dxa"/>
          </w:tcPr>
          <w:p w14:paraId="7B65AB59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Independent variable</w:t>
            </w:r>
          </w:p>
        </w:tc>
        <w:tc>
          <w:tcPr>
            <w:tcW w:w="6912" w:type="dxa"/>
          </w:tcPr>
          <w:p w14:paraId="066B73D1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4F86090F" w14:textId="77777777">
        <w:trPr>
          <w:jc w:val="center"/>
        </w:trPr>
        <w:tc>
          <w:tcPr>
            <w:tcW w:w="3024" w:type="dxa"/>
          </w:tcPr>
          <w:p w14:paraId="2BDD76F5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Dependent variable</w:t>
            </w:r>
          </w:p>
        </w:tc>
        <w:tc>
          <w:tcPr>
            <w:tcW w:w="6912" w:type="dxa"/>
          </w:tcPr>
          <w:p w14:paraId="6A295A9C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011D8F6B" w14:textId="77777777">
        <w:trPr>
          <w:jc w:val="center"/>
        </w:trPr>
        <w:tc>
          <w:tcPr>
            <w:tcW w:w="3024" w:type="dxa"/>
          </w:tcPr>
          <w:p w14:paraId="64165DFD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Control variable 1</w:t>
            </w:r>
          </w:p>
        </w:tc>
        <w:tc>
          <w:tcPr>
            <w:tcW w:w="6912" w:type="dxa"/>
          </w:tcPr>
          <w:p w14:paraId="49208F12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3202975A" w14:textId="77777777">
        <w:trPr>
          <w:jc w:val="center"/>
        </w:trPr>
        <w:tc>
          <w:tcPr>
            <w:tcW w:w="3024" w:type="dxa"/>
          </w:tcPr>
          <w:p w14:paraId="6613A23B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Control variable 2</w:t>
            </w:r>
          </w:p>
        </w:tc>
        <w:tc>
          <w:tcPr>
            <w:tcW w:w="6912" w:type="dxa"/>
          </w:tcPr>
          <w:p w14:paraId="1A43B1A4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6135E48F" w14:textId="77777777">
        <w:tblPrEx>
          <w:jc w:val="left"/>
        </w:tblPrEx>
        <w:tc>
          <w:tcPr>
            <w:tcW w:w="10318" w:type="dxa"/>
            <w:gridSpan w:val="2"/>
            <w:shd w:val="clear" w:color="auto" w:fill="FFFFFF"/>
          </w:tcPr>
          <w:p w14:paraId="28752912" w14:textId="77777777" w:rsidR="00570A00" w:rsidRPr="00786C5E" w:rsidRDefault="00570A00">
            <w:pPr>
              <w:spacing w:after="240"/>
              <w:rPr>
                <w:sz w:val="24"/>
                <w:szCs w:val="28"/>
              </w:rPr>
            </w:pPr>
          </w:p>
          <w:p w14:paraId="31B5550E" w14:textId="77777777" w:rsidR="00570A00" w:rsidRPr="00786C5E" w:rsidRDefault="00570A00">
            <w:pPr>
              <w:spacing w:after="240"/>
              <w:rPr>
                <w:sz w:val="24"/>
                <w:szCs w:val="28"/>
              </w:rPr>
            </w:pPr>
          </w:p>
          <w:p w14:paraId="148CD8CC" w14:textId="77777777" w:rsidR="00570A00" w:rsidRPr="00786C5E" w:rsidRDefault="00570A00">
            <w:pPr>
              <w:spacing w:after="240"/>
              <w:rPr>
                <w:sz w:val="24"/>
                <w:szCs w:val="28"/>
              </w:rPr>
            </w:pPr>
          </w:p>
          <w:p w14:paraId="7A65D45C" w14:textId="77777777" w:rsidR="00570A00" w:rsidRPr="00786C5E" w:rsidRDefault="00570A00">
            <w:pPr>
              <w:spacing w:after="240"/>
              <w:rPr>
                <w:sz w:val="24"/>
                <w:szCs w:val="28"/>
              </w:rPr>
            </w:pPr>
          </w:p>
          <w:p w14:paraId="3DFA5222" w14:textId="77777777" w:rsidR="00570A00" w:rsidRDefault="00570A00">
            <w:pPr>
              <w:spacing w:after="240"/>
              <w:rPr>
                <w:sz w:val="24"/>
                <w:szCs w:val="28"/>
              </w:rPr>
            </w:pPr>
          </w:p>
          <w:p w14:paraId="4A7A2602" w14:textId="77777777" w:rsidR="00786C5E" w:rsidRDefault="00786C5E">
            <w:pPr>
              <w:spacing w:after="240"/>
              <w:rPr>
                <w:sz w:val="24"/>
                <w:szCs w:val="28"/>
              </w:rPr>
            </w:pPr>
          </w:p>
          <w:p w14:paraId="63C578E2" w14:textId="77777777" w:rsidR="00786C5E" w:rsidRDefault="00786C5E">
            <w:pPr>
              <w:spacing w:after="240"/>
              <w:rPr>
                <w:sz w:val="24"/>
                <w:szCs w:val="28"/>
              </w:rPr>
            </w:pPr>
          </w:p>
          <w:p w14:paraId="12699D0D" w14:textId="77777777" w:rsidR="00786C5E" w:rsidRPr="00786C5E" w:rsidRDefault="00786C5E">
            <w:pPr>
              <w:spacing w:after="240"/>
              <w:rPr>
                <w:sz w:val="24"/>
                <w:szCs w:val="28"/>
              </w:rPr>
            </w:pPr>
          </w:p>
          <w:p w14:paraId="2F90CDDA" w14:textId="77777777" w:rsidR="00786C5E" w:rsidRPr="00786C5E" w:rsidRDefault="00786C5E">
            <w:pPr>
              <w:spacing w:after="240"/>
              <w:rPr>
                <w:sz w:val="24"/>
                <w:szCs w:val="28"/>
              </w:rPr>
            </w:pPr>
          </w:p>
        </w:tc>
      </w:tr>
    </w:tbl>
    <w:p w14:paraId="4180E72D" w14:textId="77777777" w:rsidR="00786C5E" w:rsidRDefault="00786C5E">
      <w:pPr>
        <w:spacing w:before="120" w:after="60"/>
        <w:rPr>
          <w:b/>
          <w:color w:val="1A1941"/>
          <w:sz w:val="28"/>
          <w:szCs w:val="28"/>
        </w:rPr>
      </w:pPr>
    </w:p>
    <w:p w14:paraId="6B8E1CE9" w14:textId="6CF3012C" w:rsidR="00570A00" w:rsidRPr="00786C5E" w:rsidRDefault="00736137">
      <w:pPr>
        <w:spacing w:before="120" w:after="60"/>
        <w:rPr>
          <w:sz w:val="24"/>
          <w:szCs w:val="28"/>
        </w:rPr>
      </w:pPr>
      <w:r w:rsidRPr="00786C5E">
        <w:rPr>
          <w:b/>
          <w:color w:val="1A1941"/>
          <w:sz w:val="28"/>
          <w:szCs w:val="28"/>
        </w:rPr>
        <w:t xml:space="preserve">20. </w:t>
      </w:r>
      <w:r w:rsidRPr="00786C5E">
        <w:rPr>
          <w:sz w:val="24"/>
          <w:szCs w:val="28"/>
        </w:rPr>
        <w:t>The student collects the results below. Calculate the mean extension for each force. Circle any anomalous result.</w:t>
      </w:r>
      <w:r w:rsidRPr="00786C5E">
        <w:rPr>
          <w:b/>
          <w:color w:val="1A1941"/>
          <w:sz w:val="24"/>
          <w:szCs w:val="28"/>
        </w:rPr>
        <w:t xml:space="preserve"> [8 marks]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28"/>
        <w:gridCol w:w="2016"/>
        <w:gridCol w:w="2016"/>
        <w:gridCol w:w="2016"/>
        <w:gridCol w:w="1728"/>
      </w:tblGrid>
      <w:tr w:rsidR="00570A00" w:rsidRPr="00786C5E" w14:paraId="4811F8A8" w14:textId="77777777">
        <w:trPr>
          <w:jc w:val="center"/>
        </w:trPr>
        <w:tc>
          <w:tcPr>
            <w:tcW w:w="1728" w:type="dxa"/>
            <w:shd w:val="clear" w:color="auto" w:fill="EAF2FA"/>
          </w:tcPr>
          <w:p w14:paraId="45F8041D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Cs w:val="28"/>
              </w:rPr>
              <w:t>Force (N)</w:t>
            </w:r>
          </w:p>
        </w:tc>
        <w:tc>
          <w:tcPr>
            <w:tcW w:w="2016" w:type="dxa"/>
            <w:shd w:val="clear" w:color="auto" w:fill="EAF2FA"/>
          </w:tcPr>
          <w:p w14:paraId="56C2B4E9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Cs w:val="28"/>
              </w:rPr>
              <w:t>Extension 1 (cm)</w:t>
            </w:r>
          </w:p>
        </w:tc>
        <w:tc>
          <w:tcPr>
            <w:tcW w:w="2016" w:type="dxa"/>
            <w:shd w:val="clear" w:color="auto" w:fill="EAF2FA"/>
          </w:tcPr>
          <w:p w14:paraId="06A32976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Cs w:val="28"/>
              </w:rPr>
              <w:t>Extension 2 (cm)</w:t>
            </w:r>
          </w:p>
        </w:tc>
        <w:tc>
          <w:tcPr>
            <w:tcW w:w="2016" w:type="dxa"/>
            <w:shd w:val="clear" w:color="auto" w:fill="EAF2FA"/>
          </w:tcPr>
          <w:p w14:paraId="3C7A4D0A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Cs w:val="28"/>
              </w:rPr>
              <w:t>Extension 3 (cm)</w:t>
            </w:r>
          </w:p>
        </w:tc>
        <w:tc>
          <w:tcPr>
            <w:tcW w:w="1728" w:type="dxa"/>
            <w:shd w:val="clear" w:color="auto" w:fill="EAF2FA"/>
          </w:tcPr>
          <w:p w14:paraId="3AEA42D0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Cs w:val="28"/>
              </w:rPr>
              <w:t>Mean (cm)</w:t>
            </w:r>
          </w:p>
        </w:tc>
      </w:tr>
      <w:tr w:rsidR="00570A00" w:rsidRPr="00786C5E" w14:paraId="595717B0" w14:textId="77777777">
        <w:trPr>
          <w:jc w:val="center"/>
        </w:trPr>
        <w:tc>
          <w:tcPr>
            <w:tcW w:w="1728" w:type="dxa"/>
          </w:tcPr>
          <w:p w14:paraId="747D2FBA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0</w:t>
            </w:r>
          </w:p>
        </w:tc>
        <w:tc>
          <w:tcPr>
            <w:tcW w:w="2016" w:type="dxa"/>
          </w:tcPr>
          <w:p w14:paraId="019CE597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0.0</w:t>
            </w:r>
          </w:p>
        </w:tc>
        <w:tc>
          <w:tcPr>
            <w:tcW w:w="2016" w:type="dxa"/>
          </w:tcPr>
          <w:p w14:paraId="7B207E6F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0.0</w:t>
            </w:r>
          </w:p>
        </w:tc>
        <w:tc>
          <w:tcPr>
            <w:tcW w:w="2016" w:type="dxa"/>
          </w:tcPr>
          <w:p w14:paraId="289F6B74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0.0</w:t>
            </w:r>
          </w:p>
        </w:tc>
        <w:tc>
          <w:tcPr>
            <w:tcW w:w="1728" w:type="dxa"/>
          </w:tcPr>
          <w:p w14:paraId="06E9FB37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0801719B" w14:textId="77777777">
        <w:trPr>
          <w:jc w:val="center"/>
        </w:trPr>
        <w:tc>
          <w:tcPr>
            <w:tcW w:w="1728" w:type="dxa"/>
          </w:tcPr>
          <w:p w14:paraId="7D34A94E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1</w:t>
            </w:r>
          </w:p>
        </w:tc>
        <w:tc>
          <w:tcPr>
            <w:tcW w:w="2016" w:type="dxa"/>
          </w:tcPr>
          <w:p w14:paraId="68500487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2.1</w:t>
            </w:r>
          </w:p>
        </w:tc>
        <w:tc>
          <w:tcPr>
            <w:tcW w:w="2016" w:type="dxa"/>
          </w:tcPr>
          <w:p w14:paraId="60CA9E29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2.0</w:t>
            </w:r>
          </w:p>
        </w:tc>
        <w:tc>
          <w:tcPr>
            <w:tcW w:w="2016" w:type="dxa"/>
          </w:tcPr>
          <w:p w14:paraId="5822730B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2.0</w:t>
            </w:r>
          </w:p>
        </w:tc>
        <w:tc>
          <w:tcPr>
            <w:tcW w:w="1728" w:type="dxa"/>
          </w:tcPr>
          <w:p w14:paraId="3CA45945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459F7BCE" w14:textId="77777777">
        <w:trPr>
          <w:jc w:val="center"/>
        </w:trPr>
        <w:tc>
          <w:tcPr>
            <w:tcW w:w="1728" w:type="dxa"/>
          </w:tcPr>
          <w:p w14:paraId="3A6FEA00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2</w:t>
            </w:r>
          </w:p>
        </w:tc>
        <w:tc>
          <w:tcPr>
            <w:tcW w:w="2016" w:type="dxa"/>
          </w:tcPr>
          <w:p w14:paraId="7270DFA8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4.0</w:t>
            </w:r>
          </w:p>
        </w:tc>
        <w:tc>
          <w:tcPr>
            <w:tcW w:w="2016" w:type="dxa"/>
          </w:tcPr>
          <w:p w14:paraId="6F41322E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4.1</w:t>
            </w:r>
          </w:p>
        </w:tc>
        <w:tc>
          <w:tcPr>
            <w:tcW w:w="2016" w:type="dxa"/>
          </w:tcPr>
          <w:p w14:paraId="332EFC2F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4.2</w:t>
            </w:r>
          </w:p>
        </w:tc>
        <w:tc>
          <w:tcPr>
            <w:tcW w:w="1728" w:type="dxa"/>
          </w:tcPr>
          <w:p w14:paraId="2C8D5916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58E9D90E" w14:textId="77777777">
        <w:trPr>
          <w:jc w:val="center"/>
        </w:trPr>
        <w:tc>
          <w:tcPr>
            <w:tcW w:w="1728" w:type="dxa"/>
          </w:tcPr>
          <w:p w14:paraId="125D6D5F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3</w:t>
            </w:r>
          </w:p>
        </w:tc>
        <w:tc>
          <w:tcPr>
            <w:tcW w:w="2016" w:type="dxa"/>
          </w:tcPr>
          <w:p w14:paraId="25399FB1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6.1</w:t>
            </w:r>
          </w:p>
        </w:tc>
        <w:tc>
          <w:tcPr>
            <w:tcW w:w="2016" w:type="dxa"/>
          </w:tcPr>
          <w:p w14:paraId="2EB01C66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9.5</w:t>
            </w:r>
          </w:p>
        </w:tc>
        <w:tc>
          <w:tcPr>
            <w:tcW w:w="2016" w:type="dxa"/>
          </w:tcPr>
          <w:p w14:paraId="353E3964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6.0</w:t>
            </w:r>
          </w:p>
        </w:tc>
        <w:tc>
          <w:tcPr>
            <w:tcW w:w="1728" w:type="dxa"/>
          </w:tcPr>
          <w:p w14:paraId="2F2C7DFB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58B516E7" w14:textId="77777777">
        <w:trPr>
          <w:jc w:val="center"/>
        </w:trPr>
        <w:tc>
          <w:tcPr>
            <w:tcW w:w="1728" w:type="dxa"/>
          </w:tcPr>
          <w:p w14:paraId="1E38C3E2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4</w:t>
            </w:r>
          </w:p>
        </w:tc>
        <w:tc>
          <w:tcPr>
            <w:tcW w:w="2016" w:type="dxa"/>
          </w:tcPr>
          <w:p w14:paraId="02BF67C2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8.0</w:t>
            </w:r>
          </w:p>
        </w:tc>
        <w:tc>
          <w:tcPr>
            <w:tcW w:w="2016" w:type="dxa"/>
          </w:tcPr>
          <w:p w14:paraId="03FC28DD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8.1</w:t>
            </w:r>
          </w:p>
        </w:tc>
        <w:tc>
          <w:tcPr>
            <w:tcW w:w="2016" w:type="dxa"/>
          </w:tcPr>
          <w:p w14:paraId="7BB86047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Cs w:val="28"/>
              </w:rPr>
              <w:t>8.0</w:t>
            </w:r>
          </w:p>
        </w:tc>
        <w:tc>
          <w:tcPr>
            <w:tcW w:w="1728" w:type="dxa"/>
          </w:tcPr>
          <w:p w14:paraId="6B528B40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</w:tbl>
    <w:p w14:paraId="3E4C2FFC" w14:textId="77777777" w:rsidR="00786C5E" w:rsidRPr="00786C5E" w:rsidRDefault="00786C5E">
      <w:pPr>
        <w:spacing w:before="120" w:after="60"/>
        <w:rPr>
          <w:b/>
          <w:color w:val="1A1941"/>
          <w:sz w:val="28"/>
          <w:szCs w:val="28"/>
        </w:rPr>
      </w:pPr>
    </w:p>
    <w:p w14:paraId="363C711D" w14:textId="1F23597A" w:rsidR="00570A00" w:rsidRPr="00786C5E" w:rsidRDefault="00736137">
      <w:pPr>
        <w:spacing w:before="120" w:after="60"/>
        <w:rPr>
          <w:sz w:val="22"/>
          <w:szCs w:val="24"/>
        </w:rPr>
      </w:pPr>
      <w:r w:rsidRPr="00786C5E">
        <w:rPr>
          <w:b/>
          <w:color w:val="1A1941"/>
          <w:sz w:val="24"/>
          <w:szCs w:val="24"/>
        </w:rPr>
        <w:lastRenderedPageBreak/>
        <w:t xml:space="preserve">21. </w:t>
      </w:r>
      <w:r w:rsidRPr="00786C5E">
        <w:rPr>
          <w:sz w:val="22"/>
          <w:szCs w:val="24"/>
        </w:rPr>
        <w:t>Plot a graph of mean extension against force. Add a line of best fit and describe the relationship.</w:t>
      </w:r>
      <w:r w:rsidRPr="00786C5E">
        <w:rPr>
          <w:b/>
          <w:color w:val="1A1941"/>
          <w:sz w:val="22"/>
          <w:szCs w:val="24"/>
        </w:rPr>
        <w:t xml:space="preserve"> [4 marks]</w:t>
      </w:r>
    </w:p>
    <w:p w14:paraId="7EED96F8" w14:textId="0FD0B3E8" w:rsidR="00570A00" w:rsidRPr="00786C5E" w:rsidRDefault="00736137" w:rsidP="00786C5E">
      <w:pPr>
        <w:jc w:val="center"/>
        <w:rPr>
          <w:sz w:val="22"/>
          <w:szCs w:val="24"/>
        </w:rPr>
      </w:pPr>
      <w:r w:rsidRPr="00786C5E">
        <w:rPr>
          <w:noProof/>
          <w:sz w:val="22"/>
          <w:szCs w:val="24"/>
        </w:rPr>
        <w:drawing>
          <wp:inline distT="0" distB="0" distL="0" distR="0" wp14:anchorId="0400AF61" wp14:editId="2954D6AF">
            <wp:extent cx="5212080" cy="358330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ank_graph_grid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358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D66BB" w14:textId="1E13825A" w:rsidR="00786C5E" w:rsidRPr="00786C5E" w:rsidRDefault="00736137">
      <w:pPr>
        <w:spacing w:before="120" w:after="60"/>
        <w:rPr>
          <w:b/>
          <w:color w:val="1A1941"/>
          <w:sz w:val="24"/>
          <w:szCs w:val="28"/>
        </w:rPr>
      </w:pPr>
      <w:r w:rsidRPr="00786C5E">
        <w:rPr>
          <w:b/>
          <w:color w:val="1A1941"/>
          <w:sz w:val="28"/>
          <w:szCs w:val="28"/>
        </w:rPr>
        <w:t xml:space="preserve">22. </w:t>
      </w:r>
      <w:r w:rsidRPr="00786C5E">
        <w:rPr>
          <w:sz w:val="24"/>
          <w:szCs w:val="28"/>
        </w:rPr>
        <w:t>Complete the command word table.</w:t>
      </w:r>
      <w:r w:rsidRPr="00786C5E">
        <w:rPr>
          <w:b/>
          <w:color w:val="1A1941"/>
          <w:sz w:val="24"/>
          <w:szCs w:val="28"/>
        </w:rPr>
        <w:t xml:space="preserve"> [5 marks]</w:t>
      </w:r>
      <w:r w:rsidR="00786C5E" w:rsidRPr="00786C5E">
        <w:rPr>
          <w:b/>
          <w:color w:val="1A1941"/>
          <w:sz w:val="24"/>
          <w:szCs w:val="28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7488"/>
      </w:tblGrid>
      <w:tr w:rsidR="00570A00" w:rsidRPr="00786C5E" w14:paraId="2F4FDD63" w14:textId="77777777">
        <w:trPr>
          <w:jc w:val="center"/>
        </w:trPr>
        <w:tc>
          <w:tcPr>
            <w:tcW w:w="2160" w:type="dxa"/>
            <w:shd w:val="clear" w:color="auto" w:fill="EAF2FA"/>
          </w:tcPr>
          <w:p w14:paraId="3CECFD39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Command word</w:t>
            </w:r>
          </w:p>
        </w:tc>
        <w:tc>
          <w:tcPr>
            <w:tcW w:w="7488" w:type="dxa"/>
            <w:shd w:val="clear" w:color="auto" w:fill="EAF2FA"/>
          </w:tcPr>
          <w:p w14:paraId="6ABB5244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What you need to do</w:t>
            </w:r>
          </w:p>
        </w:tc>
      </w:tr>
      <w:tr w:rsidR="00570A00" w:rsidRPr="00786C5E" w14:paraId="5886F23E" w14:textId="77777777">
        <w:trPr>
          <w:jc w:val="center"/>
        </w:trPr>
        <w:tc>
          <w:tcPr>
            <w:tcW w:w="2160" w:type="dxa"/>
          </w:tcPr>
          <w:p w14:paraId="25ECDAE9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State</w:t>
            </w:r>
          </w:p>
        </w:tc>
        <w:tc>
          <w:tcPr>
            <w:tcW w:w="7488" w:type="dxa"/>
          </w:tcPr>
          <w:p w14:paraId="0A96DC1D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13174C0C" w14:textId="77777777">
        <w:trPr>
          <w:jc w:val="center"/>
        </w:trPr>
        <w:tc>
          <w:tcPr>
            <w:tcW w:w="2160" w:type="dxa"/>
          </w:tcPr>
          <w:p w14:paraId="4C0806B8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Describe</w:t>
            </w:r>
          </w:p>
        </w:tc>
        <w:tc>
          <w:tcPr>
            <w:tcW w:w="7488" w:type="dxa"/>
          </w:tcPr>
          <w:p w14:paraId="6AF6A4A5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211B4EB0" w14:textId="77777777">
        <w:trPr>
          <w:jc w:val="center"/>
        </w:trPr>
        <w:tc>
          <w:tcPr>
            <w:tcW w:w="2160" w:type="dxa"/>
          </w:tcPr>
          <w:p w14:paraId="7FCD36CE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Explain</w:t>
            </w:r>
          </w:p>
        </w:tc>
        <w:tc>
          <w:tcPr>
            <w:tcW w:w="7488" w:type="dxa"/>
          </w:tcPr>
          <w:p w14:paraId="7EBC83DA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54D102BC" w14:textId="77777777">
        <w:trPr>
          <w:jc w:val="center"/>
        </w:trPr>
        <w:tc>
          <w:tcPr>
            <w:tcW w:w="2160" w:type="dxa"/>
          </w:tcPr>
          <w:p w14:paraId="2FA67F98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Calculate</w:t>
            </w:r>
          </w:p>
        </w:tc>
        <w:tc>
          <w:tcPr>
            <w:tcW w:w="7488" w:type="dxa"/>
          </w:tcPr>
          <w:p w14:paraId="2179B2E7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761EC084" w14:textId="77777777">
        <w:trPr>
          <w:jc w:val="center"/>
        </w:trPr>
        <w:tc>
          <w:tcPr>
            <w:tcW w:w="2160" w:type="dxa"/>
          </w:tcPr>
          <w:p w14:paraId="7162D6B0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Evaluate</w:t>
            </w:r>
          </w:p>
        </w:tc>
        <w:tc>
          <w:tcPr>
            <w:tcW w:w="7488" w:type="dxa"/>
          </w:tcPr>
          <w:p w14:paraId="77D30975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</w:tbl>
    <w:p w14:paraId="4A397087" w14:textId="77777777" w:rsidR="00786C5E" w:rsidRPr="00786C5E" w:rsidRDefault="00786C5E">
      <w:pPr>
        <w:spacing w:before="120" w:after="60"/>
        <w:rPr>
          <w:b/>
          <w:color w:val="1A1941"/>
          <w:sz w:val="28"/>
          <w:szCs w:val="28"/>
        </w:rPr>
      </w:pPr>
    </w:p>
    <w:p w14:paraId="14CC8144" w14:textId="201B1676" w:rsidR="00570A00" w:rsidRPr="00786C5E" w:rsidRDefault="00736137">
      <w:pPr>
        <w:spacing w:before="120" w:after="60"/>
        <w:rPr>
          <w:sz w:val="24"/>
          <w:szCs w:val="28"/>
        </w:rPr>
      </w:pPr>
      <w:r w:rsidRPr="00786C5E">
        <w:rPr>
          <w:b/>
          <w:color w:val="1A1941"/>
          <w:sz w:val="28"/>
          <w:szCs w:val="28"/>
        </w:rPr>
        <w:t xml:space="preserve">23. </w:t>
      </w:r>
      <w:r w:rsidRPr="00786C5E">
        <w:rPr>
          <w:sz w:val="24"/>
          <w:szCs w:val="28"/>
        </w:rPr>
        <w:t>Extended response. Explain how to find the density of an irregular solid using a balance and measuring cylinder. Include equipment, measurements, calculation and how to improve accuracy.</w:t>
      </w:r>
      <w:r w:rsidRPr="00786C5E">
        <w:rPr>
          <w:b/>
          <w:color w:val="1A1941"/>
          <w:sz w:val="24"/>
          <w:szCs w:val="28"/>
        </w:rPr>
        <w:t xml:space="preserve"> [6 marks]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70A00" w:rsidRPr="00786C5E" w14:paraId="5BEBFA44" w14:textId="77777777">
        <w:tc>
          <w:tcPr>
            <w:tcW w:w="10318" w:type="dxa"/>
            <w:shd w:val="clear" w:color="auto" w:fill="FFFFFF"/>
          </w:tcPr>
          <w:p w14:paraId="0487C42E" w14:textId="77777777" w:rsidR="00570A00" w:rsidRPr="00786C5E" w:rsidRDefault="00570A00">
            <w:pPr>
              <w:spacing w:after="240"/>
              <w:rPr>
                <w:sz w:val="22"/>
                <w:szCs w:val="24"/>
              </w:rPr>
            </w:pPr>
          </w:p>
          <w:p w14:paraId="6096799C" w14:textId="77777777" w:rsidR="00570A00" w:rsidRDefault="00570A00">
            <w:pPr>
              <w:spacing w:after="240"/>
              <w:rPr>
                <w:sz w:val="22"/>
                <w:szCs w:val="24"/>
              </w:rPr>
            </w:pPr>
          </w:p>
          <w:p w14:paraId="5DA5163E" w14:textId="77777777" w:rsidR="00786C5E" w:rsidRPr="00786C5E" w:rsidRDefault="00786C5E">
            <w:pPr>
              <w:spacing w:after="240"/>
              <w:rPr>
                <w:sz w:val="22"/>
                <w:szCs w:val="24"/>
              </w:rPr>
            </w:pPr>
          </w:p>
          <w:p w14:paraId="07C42E04" w14:textId="77777777" w:rsidR="00570A00" w:rsidRPr="00786C5E" w:rsidRDefault="00570A00">
            <w:pPr>
              <w:spacing w:after="240"/>
              <w:rPr>
                <w:sz w:val="22"/>
                <w:szCs w:val="24"/>
              </w:rPr>
            </w:pPr>
          </w:p>
          <w:p w14:paraId="0C2608DA" w14:textId="77777777" w:rsidR="00570A00" w:rsidRPr="00786C5E" w:rsidRDefault="00570A00">
            <w:pPr>
              <w:spacing w:after="240"/>
              <w:rPr>
                <w:sz w:val="22"/>
                <w:szCs w:val="24"/>
              </w:rPr>
            </w:pPr>
          </w:p>
          <w:p w14:paraId="2A2E4BEB" w14:textId="77777777" w:rsidR="00570A00" w:rsidRPr="00786C5E" w:rsidRDefault="00570A00">
            <w:pPr>
              <w:spacing w:after="240"/>
              <w:rPr>
                <w:sz w:val="22"/>
                <w:szCs w:val="24"/>
              </w:rPr>
            </w:pPr>
          </w:p>
          <w:p w14:paraId="4D233D1A" w14:textId="77777777" w:rsidR="00570A00" w:rsidRPr="00786C5E" w:rsidRDefault="00570A00">
            <w:pPr>
              <w:spacing w:after="240"/>
              <w:rPr>
                <w:sz w:val="22"/>
                <w:szCs w:val="24"/>
              </w:rPr>
            </w:pPr>
          </w:p>
        </w:tc>
      </w:tr>
    </w:tbl>
    <w:p w14:paraId="4A0618F3" w14:textId="77777777" w:rsidR="00570A00" w:rsidRPr="00786C5E" w:rsidRDefault="00736137">
      <w:pPr>
        <w:pStyle w:val="Heading1"/>
        <w:rPr>
          <w:sz w:val="40"/>
          <w:szCs w:val="36"/>
        </w:rPr>
      </w:pPr>
      <w:r w:rsidRPr="00786C5E">
        <w:rPr>
          <w:sz w:val="40"/>
          <w:szCs w:val="36"/>
        </w:rPr>
        <w:lastRenderedPageBreak/>
        <w:t>Final student checklist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8064"/>
        <w:gridCol w:w="2160"/>
      </w:tblGrid>
      <w:tr w:rsidR="00570A00" w:rsidRPr="00786C5E" w14:paraId="7FD45621" w14:textId="77777777">
        <w:trPr>
          <w:jc w:val="center"/>
        </w:trPr>
        <w:tc>
          <w:tcPr>
            <w:tcW w:w="8064" w:type="dxa"/>
            <w:shd w:val="clear" w:color="auto" w:fill="EAF2FA"/>
          </w:tcPr>
          <w:p w14:paraId="66F7FDB0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Task</w:t>
            </w:r>
          </w:p>
        </w:tc>
        <w:tc>
          <w:tcPr>
            <w:tcW w:w="2160" w:type="dxa"/>
            <w:shd w:val="clear" w:color="auto" w:fill="EAF2FA"/>
          </w:tcPr>
          <w:p w14:paraId="52CC39DB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b/>
                <w:color w:val="1A1941"/>
                <w:sz w:val="22"/>
                <w:szCs w:val="28"/>
              </w:rPr>
              <w:t>Tick when complete</w:t>
            </w:r>
          </w:p>
        </w:tc>
      </w:tr>
      <w:tr w:rsidR="00570A00" w:rsidRPr="00786C5E" w14:paraId="38E0C1AF" w14:textId="77777777">
        <w:trPr>
          <w:jc w:val="center"/>
        </w:trPr>
        <w:tc>
          <w:tcPr>
            <w:tcW w:w="8064" w:type="dxa"/>
          </w:tcPr>
          <w:p w14:paraId="0FF92C73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I completed all Biology questions.</w:t>
            </w:r>
          </w:p>
        </w:tc>
        <w:tc>
          <w:tcPr>
            <w:tcW w:w="2160" w:type="dxa"/>
          </w:tcPr>
          <w:p w14:paraId="652AE003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3B67546A" w14:textId="77777777">
        <w:trPr>
          <w:jc w:val="center"/>
        </w:trPr>
        <w:tc>
          <w:tcPr>
            <w:tcW w:w="8064" w:type="dxa"/>
          </w:tcPr>
          <w:p w14:paraId="21733450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I completed all Chemistry questions.</w:t>
            </w:r>
          </w:p>
        </w:tc>
        <w:tc>
          <w:tcPr>
            <w:tcW w:w="2160" w:type="dxa"/>
          </w:tcPr>
          <w:p w14:paraId="5BAA9D74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735F3645" w14:textId="77777777">
        <w:trPr>
          <w:jc w:val="center"/>
        </w:trPr>
        <w:tc>
          <w:tcPr>
            <w:tcW w:w="8064" w:type="dxa"/>
          </w:tcPr>
          <w:p w14:paraId="061E4838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I completed all Physics questions.</w:t>
            </w:r>
          </w:p>
        </w:tc>
        <w:tc>
          <w:tcPr>
            <w:tcW w:w="2160" w:type="dxa"/>
          </w:tcPr>
          <w:p w14:paraId="52C53A6D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46113472" w14:textId="77777777">
        <w:trPr>
          <w:jc w:val="center"/>
        </w:trPr>
        <w:tc>
          <w:tcPr>
            <w:tcW w:w="8064" w:type="dxa"/>
          </w:tcPr>
          <w:p w14:paraId="26B1EAA1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I completed the Working Scientifically section.</w:t>
            </w:r>
          </w:p>
        </w:tc>
        <w:tc>
          <w:tcPr>
            <w:tcW w:w="2160" w:type="dxa"/>
          </w:tcPr>
          <w:p w14:paraId="1282FC2E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78086C89" w14:textId="77777777">
        <w:trPr>
          <w:jc w:val="center"/>
        </w:trPr>
        <w:tc>
          <w:tcPr>
            <w:tcW w:w="8064" w:type="dxa"/>
          </w:tcPr>
          <w:p w14:paraId="1D15DB0C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I checked my calculations include working and units.</w:t>
            </w:r>
          </w:p>
        </w:tc>
        <w:tc>
          <w:tcPr>
            <w:tcW w:w="2160" w:type="dxa"/>
          </w:tcPr>
          <w:p w14:paraId="6A8128D5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526D7286" w14:textId="77777777">
        <w:trPr>
          <w:jc w:val="center"/>
        </w:trPr>
        <w:tc>
          <w:tcPr>
            <w:tcW w:w="8064" w:type="dxa"/>
          </w:tcPr>
          <w:p w14:paraId="7638B8F4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I used green pen to correct answers after checking the answer booklet.</w:t>
            </w:r>
          </w:p>
        </w:tc>
        <w:tc>
          <w:tcPr>
            <w:tcW w:w="2160" w:type="dxa"/>
          </w:tcPr>
          <w:p w14:paraId="791C6C23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  <w:tr w:rsidR="00570A00" w:rsidRPr="00786C5E" w14:paraId="4AEC8D5F" w14:textId="77777777">
        <w:trPr>
          <w:jc w:val="center"/>
        </w:trPr>
        <w:tc>
          <w:tcPr>
            <w:tcW w:w="8064" w:type="dxa"/>
          </w:tcPr>
          <w:p w14:paraId="4BCF699A" w14:textId="77777777" w:rsidR="00570A00" w:rsidRPr="00786C5E" w:rsidRDefault="00736137">
            <w:pPr>
              <w:rPr>
                <w:sz w:val="24"/>
                <w:szCs w:val="28"/>
              </w:rPr>
            </w:pPr>
            <w:r w:rsidRPr="00786C5E">
              <w:rPr>
                <w:color w:val="000000"/>
                <w:sz w:val="22"/>
                <w:szCs w:val="28"/>
              </w:rPr>
              <w:t>I wrote down three topics I need to revise before the baseline.</w:t>
            </w:r>
          </w:p>
        </w:tc>
        <w:tc>
          <w:tcPr>
            <w:tcW w:w="2160" w:type="dxa"/>
          </w:tcPr>
          <w:p w14:paraId="6F131A80" w14:textId="77777777" w:rsidR="00570A00" w:rsidRPr="00786C5E" w:rsidRDefault="00570A00">
            <w:pPr>
              <w:rPr>
                <w:sz w:val="24"/>
                <w:szCs w:val="28"/>
              </w:rPr>
            </w:pPr>
          </w:p>
        </w:tc>
      </w:tr>
    </w:tbl>
    <w:p w14:paraId="6FF84C80" w14:textId="77777777" w:rsidR="00570A00" w:rsidRPr="00786C5E" w:rsidRDefault="00570A00">
      <w:pPr>
        <w:rPr>
          <w:sz w:val="24"/>
          <w:szCs w:val="28"/>
        </w:rPr>
      </w:pPr>
    </w:p>
    <w:p w14:paraId="239BC649" w14:textId="77777777" w:rsidR="00570A00" w:rsidRPr="00786C5E" w:rsidRDefault="00736137">
      <w:pPr>
        <w:pStyle w:val="Heading2"/>
        <w:rPr>
          <w:sz w:val="32"/>
          <w:szCs w:val="32"/>
        </w:rPr>
      </w:pPr>
      <w:r w:rsidRPr="00786C5E">
        <w:rPr>
          <w:sz w:val="32"/>
          <w:szCs w:val="32"/>
        </w:rPr>
        <w:t>My three priority topics for September</w:t>
      </w:r>
    </w:p>
    <w:p w14:paraId="2A1294B2" w14:textId="77777777" w:rsidR="00570A00" w:rsidRPr="00786C5E" w:rsidRDefault="00736137" w:rsidP="00786C5E">
      <w:pPr>
        <w:pStyle w:val="ListParagraph"/>
        <w:numPr>
          <w:ilvl w:val="0"/>
          <w:numId w:val="10"/>
        </w:numPr>
        <w:spacing w:after="0"/>
        <w:rPr>
          <w:sz w:val="24"/>
          <w:szCs w:val="28"/>
        </w:rPr>
      </w:pPr>
      <w:r w:rsidRPr="00786C5E">
        <w:rPr>
          <w:color w:val="888888"/>
          <w:szCs w:val="28"/>
        </w:rPr>
        <w:t>_______________________________________________________________________________________________</w:t>
      </w:r>
    </w:p>
    <w:p w14:paraId="25DF30A8" w14:textId="77777777" w:rsidR="00570A00" w:rsidRPr="00786C5E" w:rsidRDefault="00736137" w:rsidP="00786C5E">
      <w:pPr>
        <w:pStyle w:val="ListParagraph"/>
        <w:numPr>
          <w:ilvl w:val="0"/>
          <w:numId w:val="10"/>
        </w:numPr>
        <w:spacing w:after="0"/>
        <w:rPr>
          <w:sz w:val="24"/>
          <w:szCs w:val="28"/>
        </w:rPr>
      </w:pPr>
      <w:r w:rsidRPr="00786C5E">
        <w:rPr>
          <w:color w:val="888888"/>
          <w:szCs w:val="28"/>
        </w:rPr>
        <w:t>_______________________________________________________________________________________________</w:t>
      </w:r>
    </w:p>
    <w:p w14:paraId="7E5A5526" w14:textId="77777777" w:rsidR="00570A00" w:rsidRPr="00786C5E" w:rsidRDefault="00736137" w:rsidP="00786C5E">
      <w:pPr>
        <w:pStyle w:val="ListParagraph"/>
        <w:numPr>
          <w:ilvl w:val="0"/>
          <w:numId w:val="10"/>
        </w:numPr>
        <w:spacing w:after="0"/>
        <w:rPr>
          <w:sz w:val="24"/>
          <w:szCs w:val="28"/>
        </w:rPr>
      </w:pPr>
      <w:r w:rsidRPr="00786C5E">
        <w:rPr>
          <w:color w:val="888888"/>
          <w:szCs w:val="28"/>
        </w:rPr>
        <w:t>_______________________________________________________________________________________________</w:t>
      </w:r>
    </w:p>
    <w:p w14:paraId="0839622B" w14:textId="5109BCB9" w:rsidR="00570A00" w:rsidRPr="00786C5E" w:rsidRDefault="00570A00" w:rsidP="00786C5E">
      <w:pPr>
        <w:pStyle w:val="ListParagraph"/>
        <w:spacing w:after="0"/>
        <w:rPr>
          <w:sz w:val="24"/>
          <w:szCs w:val="28"/>
        </w:rPr>
      </w:pPr>
    </w:p>
    <w:sectPr w:rsidR="00570A00" w:rsidRPr="00786C5E" w:rsidSect="00034616">
      <w:footerReference w:type="default" r:id="rId17"/>
      <w:pgSz w:w="11906" w:h="16838"/>
      <w:pgMar w:top="709" w:right="794" w:bottom="737" w:left="79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8C064A" w14:textId="77777777" w:rsidR="00736137" w:rsidRDefault="00736137">
      <w:pPr>
        <w:spacing w:after="0" w:line="240" w:lineRule="auto"/>
      </w:pPr>
      <w:r>
        <w:separator/>
      </w:r>
    </w:p>
  </w:endnote>
  <w:endnote w:type="continuationSeparator" w:id="0">
    <w:p w14:paraId="5389CE0D" w14:textId="77777777" w:rsidR="00736137" w:rsidRDefault="007361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8C3BF" w14:textId="77777777" w:rsidR="00570A00" w:rsidRDefault="00736137">
    <w:pPr>
      <w:jc w:val="center"/>
    </w:pPr>
    <w:r>
      <w:rPr>
        <w:b/>
        <w:color w:val="1A1941"/>
      </w:rPr>
      <w:t>Beal High School</w:t>
    </w:r>
  </w:p>
  <w:p w14:paraId="24CA37BA" w14:textId="77777777" w:rsidR="00570A00" w:rsidRDefault="00736137">
    <w:r>
      <w:rPr>
        <w:color w:val="777777"/>
        <w:sz w:val="16"/>
      </w:rPr>
      <w:t xml:space="preserve">Page </w:t>
    </w:r>
    <w:r>
      <w:rPr>
        <w:color w:val="777777"/>
        <w:sz w:val="16"/>
      </w:rPr>
      <w:fldChar w:fldCharType="begin"/>
    </w:r>
    <w:r>
      <w:rPr>
        <w:color w:val="777777"/>
        <w:sz w:val="16"/>
      </w:rPr>
      <w:instrText>PAGE</w:instrText>
    </w:r>
    <w:r w:rsidR="00786C5E">
      <w:rPr>
        <w:color w:val="777777"/>
        <w:sz w:val="16"/>
      </w:rPr>
      <w:fldChar w:fldCharType="separate"/>
    </w:r>
    <w:r w:rsidR="00786C5E">
      <w:rPr>
        <w:noProof/>
        <w:color w:val="777777"/>
        <w:sz w:val="16"/>
      </w:rPr>
      <w:t>1</w:t>
    </w:r>
    <w:r>
      <w:rPr>
        <w:color w:val="777777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F40D3B" w14:textId="77777777" w:rsidR="00736137" w:rsidRDefault="00736137">
      <w:pPr>
        <w:spacing w:after="0" w:line="240" w:lineRule="auto"/>
      </w:pPr>
      <w:r>
        <w:separator/>
      </w:r>
    </w:p>
  </w:footnote>
  <w:footnote w:type="continuationSeparator" w:id="0">
    <w:p w14:paraId="53C0623A" w14:textId="77777777" w:rsidR="00736137" w:rsidRDefault="007361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CE57A4F"/>
    <w:multiLevelType w:val="hybridMultilevel"/>
    <w:tmpl w:val="E83CEBC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2483165">
    <w:abstractNumId w:val="8"/>
  </w:num>
  <w:num w:numId="2" w16cid:durableId="1606646864">
    <w:abstractNumId w:val="6"/>
  </w:num>
  <w:num w:numId="3" w16cid:durableId="379861639">
    <w:abstractNumId w:val="5"/>
  </w:num>
  <w:num w:numId="4" w16cid:durableId="290014010">
    <w:abstractNumId w:val="4"/>
  </w:num>
  <w:num w:numId="5" w16cid:durableId="1963880958">
    <w:abstractNumId w:val="7"/>
  </w:num>
  <w:num w:numId="6" w16cid:durableId="2119058346">
    <w:abstractNumId w:val="3"/>
  </w:num>
  <w:num w:numId="7" w16cid:durableId="1240334442">
    <w:abstractNumId w:val="2"/>
  </w:num>
  <w:num w:numId="8" w16cid:durableId="864368451">
    <w:abstractNumId w:val="1"/>
  </w:num>
  <w:num w:numId="9" w16cid:durableId="1758286802">
    <w:abstractNumId w:val="0"/>
  </w:num>
  <w:num w:numId="10" w16cid:durableId="160746806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70A00"/>
    <w:rsid w:val="00586977"/>
    <w:rsid w:val="00736137"/>
    <w:rsid w:val="00786C5E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99CA21"/>
  <w14:defaultImageDpi w14:val="300"/>
  <w15:docId w15:val="{E9673020-6A97-4505-B6E5-DF518CBA2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ptos" w:hAnsi="Aptos"/>
      <w:color w:val="222222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1A1941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A194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A1941"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b/>
      <w:color w:val="1A1941"/>
      <w:spacing w:val="5"/>
      <w:kern w:val="28"/>
      <w:sz w:val="4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1649</Words>
  <Characters>9404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11031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Fiaz Ahmad</dc:creator>
  <cp:keywords/>
  <dc:description>generated by python-docx</dc:description>
  <cp:lastModifiedBy>Fiaz Ahmad</cp:lastModifiedBy>
  <cp:revision>2</cp:revision>
  <dcterms:created xsi:type="dcterms:W3CDTF">2026-07-09T10:57:00Z</dcterms:created>
  <dcterms:modified xsi:type="dcterms:W3CDTF">2026-07-09T10:57:00Z</dcterms:modified>
  <cp:category/>
</cp:coreProperties>
</file>